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A0503" w14:paraId="19649A1E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3F5E92EA" w14:textId="6625FA6F" w:rsidR="00DA0503" w:rsidRDefault="000A7C07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5A055C2C" wp14:editId="1AADFAC0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A36F513" w14:textId="787C9E3F" w:rsidR="00DA0503" w:rsidRDefault="00DA0503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0A7C07">
              <w:rPr>
                <w:b/>
                <w:bCs/>
                <w:sz w:val="20"/>
                <w:szCs w:val="20"/>
              </w:rPr>
              <w:t>TIMI</w:t>
            </w:r>
            <w:r w:rsidR="000A7C07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DA0503" w14:paraId="273808F8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43793DED" w14:textId="77777777" w:rsidR="00DA0503" w:rsidRDefault="00DA0503" w:rsidP="001C4405"/>
        </w:tc>
        <w:tc>
          <w:tcPr>
            <w:tcW w:w="8030" w:type="dxa"/>
            <w:gridSpan w:val="3"/>
            <w:shd w:val="clear" w:color="auto" w:fill="F0F0F0"/>
          </w:tcPr>
          <w:p w14:paraId="1D497C73" w14:textId="04F8F261" w:rsidR="00DA0503" w:rsidRPr="00681BF0" w:rsidRDefault="00DA0503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0A7C07" w:rsidRPr="00681BF0">
              <w:rPr>
                <w:b/>
                <w:bCs/>
                <w:sz w:val="20"/>
                <w:szCs w:val="20"/>
              </w:rPr>
              <w:t>CONSILIUL JUDE</w:t>
            </w:r>
            <w:r w:rsidR="000A7C07">
              <w:rPr>
                <w:b/>
                <w:bCs/>
                <w:sz w:val="20"/>
                <w:szCs w:val="20"/>
              </w:rPr>
              <w:t>Ț</w:t>
            </w:r>
            <w:r w:rsidR="000A7C07"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0A7C07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DA0503" w:rsidRPr="000A7C07" w14:paraId="09C575AB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2BBCC69F" w14:textId="77777777" w:rsidR="00DA0503" w:rsidRDefault="00DA0503" w:rsidP="001C4405"/>
        </w:tc>
        <w:tc>
          <w:tcPr>
            <w:tcW w:w="2409" w:type="dxa"/>
            <w:shd w:val="clear" w:color="auto" w:fill="F0F0F0"/>
          </w:tcPr>
          <w:p w14:paraId="041C81E8" w14:textId="77777777" w:rsidR="00DA0503" w:rsidRPr="00343BBA" w:rsidRDefault="00DA0503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54B040FA" w14:textId="3555E784" w:rsidR="00DA0503" w:rsidRPr="00681BF0" w:rsidRDefault="000A7C07" w:rsidP="000A7C07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8B98A4B" w14:textId="77777777" w:rsidR="00DA0503" w:rsidRPr="004F799F" w:rsidRDefault="00DA0503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44556004" w14:textId="77777777" w:rsidR="000A7C07" w:rsidRPr="006463CB" w:rsidRDefault="000A7C07" w:rsidP="000A7C07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4D09BDDC" w14:textId="77777777" w:rsidR="00DA0503" w:rsidRPr="004F799F" w:rsidRDefault="00DA0503" w:rsidP="001C4405">
            <w:pPr>
              <w:keepNext/>
              <w:rPr>
                <w:lang w:val="fr-FR"/>
              </w:rPr>
            </w:pPr>
          </w:p>
        </w:tc>
      </w:tr>
      <w:tr w:rsidR="00DA0503" w14:paraId="10F2BAFE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773FE54E" w14:textId="77777777" w:rsidR="00DA0503" w:rsidRPr="004F799F" w:rsidRDefault="00DA0503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694CC669" w14:textId="77777777" w:rsidR="00DA0503" w:rsidRDefault="00DA0503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164ABB2" w14:textId="77777777" w:rsidR="00DA0503" w:rsidRDefault="00DA0503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4E1BA7AD" w14:textId="77777777" w:rsidR="00DA0503" w:rsidRDefault="00DA0503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5FC73CA" w14:textId="77777777" w:rsidR="00DA0503" w:rsidRDefault="00DA0503" w:rsidP="001C4405">
            <w:pPr>
              <w:keepNext/>
            </w:pPr>
          </w:p>
        </w:tc>
      </w:tr>
      <w:tr w:rsidR="00DA0503" w:rsidRPr="000A7C07" w14:paraId="4D55B9B7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AFC5500" w14:textId="77777777" w:rsidR="00DA0503" w:rsidRPr="00343BBA" w:rsidRDefault="00DA0503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FADD9B" w14:textId="77777777" w:rsidR="00C85C0B" w:rsidRPr="00DA0503" w:rsidRDefault="00000000">
      <w:pPr>
        <w:spacing w:before="140" w:after="40"/>
        <w:jc w:val="center"/>
        <w:rPr>
          <w:sz w:val="28"/>
          <w:szCs w:val="28"/>
          <w:lang w:val="it-IT"/>
        </w:rPr>
      </w:pPr>
      <w:r w:rsidRPr="00DA0503">
        <w:rPr>
          <w:b/>
          <w:sz w:val="28"/>
          <w:szCs w:val="28"/>
          <w:lang w:val="it-IT"/>
        </w:rPr>
        <w:t>ÎNȘTIINȚARE</w:t>
      </w:r>
    </w:p>
    <w:p w14:paraId="49143762" w14:textId="77777777" w:rsidR="00C85C0B" w:rsidRPr="00DA0503" w:rsidRDefault="00000000">
      <w:pPr>
        <w:spacing w:after="120"/>
        <w:jc w:val="center"/>
        <w:rPr>
          <w:lang w:val="it-IT"/>
        </w:rPr>
      </w:pPr>
      <w:r w:rsidRPr="00DA0503">
        <w:rPr>
          <w:sz w:val="19"/>
          <w:lang w:val="it-IT"/>
        </w:rPr>
        <w:t>privind finalizarea lucrărilor notificate și solicitarea participării reprezentantului UAT la recepție</w:t>
      </w:r>
    </w:p>
    <w:p w14:paraId="279D8DA9" w14:textId="77777777" w:rsidR="00C85C0B" w:rsidRPr="00DA0503" w:rsidRDefault="00C85C0B">
      <w:pPr>
        <w:spacing w:after="60" w:line="168" w:lineRule="auto"/>
        <w:rPr>
          <w:lang w:val="it-IT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 w:rsidRPr="00DA0503">
              <w:rPr>
                <w:b/>
                <w:sz w:val="16"/>
                <w:lang w:val="it-IT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DA0503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662B31C" w14:textId="6009BCAF" w:rsidR="00C85C0B" w:rsidRPr="00150E80" w:rsidRDefault="000A7C07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C85C0B" w:rsidRPr="000A7C07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4F5D2719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Pr="00DA0503" w:rsidRDefault="00000000">
            <w:pPr>
              <w:keepNext/>
              <w:rPr>
                <w:lang w:val="it-IT"/>
              </w:rPr>
            </w:pPr>
            <w:r w:rsidRPr="00DA0503">
              <w:rPr>
                <w:b/>
                <w:color w:val="0D5F78"/>
                <w:lang w:val="it-IT"/>
              </w:rPr>
              <w:t>Data începerii lucrărilor</w:t>
            </w:r>
          </w:p>
          <w:p w14:paraId="2D6D470D" w14:textId="77777777" w:rsidR="00C85C0B" w:rsidRPr="00DA0503" w:rsidRDefault="00000000">
            <w:pPr>
              <w:keepNext/>
              <w:rPr>
                <w:lang w:val="it-IT"/>
              </w:rPr>
            </w:pPr>
            <w:r w:rsidRPr="00DA0503">
              <w:rPr>
                <w:i/>
                <w:color w:val="7A7A7A"/>
                <w:lang w:val="it-IT"/>
              </w:rPr>
              <w:t>se declară aici</w:t>
            </w:r>
          </w:p>
          <w:p w14:paraId="544B9697" w14:textId="77777777" w:rsidR="00C85C0B" w:rsidRPr="00DA0503" w:rsidRDefault="00C85C0B">
            <w:pPr>
              <w:keepNext/>
              <w:rPr>
                <w:lang w:val="it-IT"/>
              </w:rPr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373A7" w14:textId="77777777" w:rsidR="00860629" w:rsidRDefault="00860629">
      <w:r>
        <w:separator/>
      </w:r>
    </w:p>
  </w:endnote>
  <w:endnote w:type="continuationSeparator" w:id="0">
    <w:p w14:paraId="7444C20A" w14:textId="77777777" w:rsidR="00860629" w:rsidRDefault="0086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A0E7" w14:textId="77777777" w:rsidR="00860629" w:rsidRDefault="00860629">
      <w:r>
        <w:separator/>
      </w:r>
    </w:p>
  </w:footnote>
  <w:footnote w:type="continuationSeparator" w:id="0">
    <w:p w14:paraId="39BF91B4" w14:textId="77777777" w:rsidR="00860629" w:rsidRDefault="008606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C07"/>
    <w:rsid w:val="0015074B"/>
    <w:rsid w:val="00150E80"/>
    <w:rsid w:val="001E410C"/>
    <w:rsid w:val="00243E2F"/>
    <w:rsid w:val="0029639D"/>
    <w:rsid w:val="00326F90"/>
    <w:rsid w:val="0035361E"/>
    <w:rsid w:val="003A7070"/>
    <w:rsid w:val="003F0F62"/>
    <w:rsid w:val="004B1106"/>
    <w:rsid w:val="004E1BDA"/>
    <w:rsid w:val="005C02E4"/>
    <w:rsid w:val="005F38D0"/>
    <w:rsid w:val="007A302B"/>
    <w:rsid w:val="00860629"/>
    <w:rsid w:val="00911827"/>
    <w:rsid w:val="00AA1D8D"/>
    <w:rsid w:val="00B47730"/>
    <w:rsid w:val="00B94163"/>
    <w:rsid w:val="00BE763D"/>
    <w:rsid w:val="00C85C0B"/>
    <w:rsid w:val="00CB0664"/>
    <w:rsid w:val="00DA0503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A05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2026-09-02T07:48:00Z</dcterms:created>
  <dcterms:modified xsi:type="dcterms:W3CDTF">2026-09-02T07:48:00Z</dcterms:modified>
  <cp:category/>
</cp:coreProperties>
</file>