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83A75" w14:paraId="764532F0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141DB4CE" w14:textId="428E0EBA" w:rsidR="00083A75" w:rsidRDefault="002A53DA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5ED7DADF" wp14:editId="19F48D08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2ADF2B7" w14:textId="5754F407" w:rsidR="00083A75" w:rsidRDefault="00083A75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</w:t>
            </w:r>
            <w:r w:rsidR="002B52FE">
              <w:rPr>
                <w:b/>
                <w:bCs/>
                <w:sz w:val="20"/>
                <w:szCs w:val="20"/>
              </w:rPr>
              <w:t>TIMI</w:t>
            </w:r>
            <w:r w:rsidR="002B52FE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083A75" w14:paraId="524F142B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57C026EF" w14:textId="77777777" w:rsidR="00083A75" w:rsidRDefault="00083A75" w:rsidP="001C4405"/>
        </w:tc>
        <w:tc>
          <w:tcPr>
            <w:tcW w:w="8030" w:type="dxa"/>
            <w:gridSpan w:val="3"/>
            <w:shd w:val="clear" w:color="auto" w:fill="F0F0F0"/>
          </w:tcPr>
          <w:p w14:paraId="01A28182" w14:textId="1945B65C" w:rsidR="00083A75" w:rsidRPr="00681BF0" w:rsidRDefault="00083A75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2B52FE" w:rsidRPr="00681BF0">
              <w:rPr>
                <w:b/>
                <w:bCs/>
                <w:sz w:val="20"/>
                <w:szCs w:val="20"/>
              </w:rPr>
              <w:t>CONSILIUL JUDE</w:t>
            </w:r>
            <w:r w:rsidR="002B52FE">
              <w:rPr>
                <w:b/>
                <w:bCs/>
                <w:sz w:val="20"/>
                <w:szCs w:val="20"/>
              </w:rPr>
              <w:t>Ț</w:t>
            </w:r>
            <w:r w:rsidR="002B52FE"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2B52FE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083A75" w:rsidRPr="002B52FE" w14:paraId="1412002C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3EC59B73" w14:textId="77777777" w:rsidR="00083A75" w:rsidRDefault="00083A75" w:rsidP="001C4405"/>
        </w:tc>
        <w:tc>
          <w:tcPr>
            <w:tcW w:w="2409" w:type="dxa"/>
            <w:shd w:val="clear" w:color="auto" w:fill="F0F0F0"/>
          </w:tcPr>
          <w:p w14:paraId="3DE96A50" w14:textId="77777777" w:rsidR="00083A75" w:rsidRPr="00343BBA" w:rsidRDefault="00083A75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EA0493E" w14:textId="10E69675" w:rsidR="00083A75" w:rsidRPr="00681BF0" w:rsidRDefault="002B52FE" w:rsidP="002B52FE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2626A29F" w14:textId="77777777" w:rsidR="00083A75" w:rsidRPr="004F799F" w:rsidRDefault="00083A75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574DC6FA" w14:textId="77777777" w:rsidR="002B52FE" w:rsidRPr="006463CB" w:rsidRDefault="002B52FE" w:rsidP="002B52FE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3DDAF5BC" w14:textId="77777777" w:rsidR="00083A75" w:rsidRPr="004F799F" w:rsidRDefault="00083A75" w:rsidP="001C4405">
            <w:pPr>
              <w:keepNext/>
              <w:rPr>
                <w:lang w:val="fr-FR"/>
              </w:rPr>
            </w:pPr>
          </w:p>
        </w:tc>
      </w:tr>
      <w:tr w:rsidR="00083A75" w14:paraId="2A075C4D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119D476B" w14:textId="77777777" w:rsidR="00083A75" w:rsidRPr="004F799F" w:rsidRDefault="00083A75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59C98685" w14:textId="77777777" w:rsidR="00083A75" w:rsidRDefault="00083A75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33A946E" w14:textId="77777777" w:rsidR="00083A75" w:rsidRDefault="00083A75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195CF9F5" w14:textId="77777777" w:rsidR="00083A75" w:rsidRDefault="00083A75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EEDF61C" w14:textId="77777777" w:rsidR="00083A75" w:rsidRDefault="00083A75" w:rsidP="001C4405">
            <w:pPr>
              <w:keepNext/>
            </w:pPr>
          </w:p>
        </w:tc>
      </w:tr>
      <w:tr w:rsidR="00083A75" w:rsidRPr="002B52FE" w14:paraId="21D24E3D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76CBE6D" w14:textId="77777777" w:rsidR="00083A75" w:rsidRPr="00343BBA" w:rsidRDefault="00083A75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083A75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0383914" w14:textId="091423DF" w:rsidR="00846492" w:rsidRPr="00AD1D4A" w:rsidRDefault="002B52FE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846492" w:rsidRPr="002B52FE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1D9CA529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</w:t>
            </w:r>
            <w:r w:rsidR="00083A75">
              <w:rPr>
                <w:lang w:val="fr-FR"/>
              </w:rPr>
              <w:t>n</w:t>
            </w:r>
            <w:proofErr w:type="spellEnd"/>
            <w:r w:rsidR="00083A75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2B52FE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2B52FE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 w:rsidRPr="00083A75">
              <w:rPr>
                <w:sz w:val="16"/>
                <w:lang w:val="it-IT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2B52FE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 w:rsidRPr="00083A75">
              <w:rPr>
                <w:sz w:val="16"/>
                <w:lang w:val="it-IT"/>
              </w:rPr>
              <w:t xml:space="preserve"> A · Lucrări noi în mediul rural, în intravila</w:t>
            </w:r>
            <w:r w:rsidR="007C5D68" w:rsidRPr="00083A75">
              <w:rPr>
                <w:sz w:val="16"/>
                <w:lang w:val="it-IT"/>
              </w:rPr>
              <w:t xml:space="preserve">n, din categoria celor prevăzute la </w:t>
            </w:r>
            <w:r w:rsidRPr="00083A75">
              <w:rPr>
                <w:sz w:val="16"/>
                <w:lang w:val="it-IT"/>
              </w:rPr>
              <w:t xml:space="preserve">art. 294 alin. </w:t>
            </w:r>
            <w:r>
              <w:rPr>
                <w:sz w:val="16"/>
              </w:rPr>
              <w:t>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2B52FE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10"/>
          <w:headerReference w:type="first" r:id="rId11"/>
          <w:footerReference w:type="first" r:id="rId12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Pr="00083A75" w:rsidRDefault="00000000">
            <w:pPr>
              <w:keepNext/>
              <w:rPr>
                <w:lang w:val="it-IT"/>
              </w:rPr>
            </w:pPr>
            <w:r w:rsidRPr="00083A75">
              <w:rPr>
                <w:sz w:val="16"/>
                <w:lang w:val="it-IT"/>
              </w:rPr>
              <w:t>☐ B.1 împrejmuiri noi</w:t>
            </w:r>
          </w:p>
          <w:p w14:paraId="0EF99278" w14:textId="77777777" w:rsidR="00846492" w:rsidRPr="00083A75" w:rsidRDefault="00000000">
            <w:pPr>
              <w:keepNext/>
              <w:rPr>
                <w:lang w:val="it-IT"/>
              </w:rPr>
            </w:pPr>
            <w:r w:rsidRPr="00083A75">
              <w:rPr>
                <w:sz w:val="16"/>
                <w:lang w:val="it-IT"/>
              </w:rPr>
              <w:t>☐ B.2 înlocuire / reconfigurare acoperiș</w:t>
            </w:r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2B52FE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Pr="00083A75" w:rsidRDefault="00000000">
            <w:pPr>
              <w:keepNext/>
              <w:rPr>
                <w:lang w:val="it-IT"/>
              </w:rPr>
            </w:pPr>
            <w:r w:rsidRPr="00083A75">
              <w:rPr>
                <w:sz w:val="16"/>
                <w:lang w:val="it-IT"/>
              </w:rPr>
              <w:t>☐ B.10 grupuri sanitare / camere tehnice (max. 25 mp)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2B52FE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2B52FE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Pr="00083A75" w:rsidRDefault="00000000">
            <w:pPr>
              <w:rPr>
                <w:b/>
                <w:color w:val="0D5F78"/>
                <w:lang w:val="it-IT"/>
              </w:rPr>
            </w:pPr>
            <w:r w:rsidRPr="00083A75">
              <w:rPr>
                <w:b/>
                <w:color w:val="0D5F78"/>
                <w:lang w:val="it-IT"/>
              </w:rPr>
              <w:t xml:space="preserve">Instalații </w:t>
            </w:r>
            <w:r w:rsidR="00870FD7" w:rsidRPr="00083A75">
              <w:rPr>
                <w:b/>
                <w:color w:val="0D5F78"/>
                <w:lang w:val="it-IT"/>
              </w:rPr>
              <w:t>— nume/prenume</w:t>
            </w:r>
            <w:r w:rsidR="00FD1916" w:rsidRPr="00083A75">
              <w:rPr>
                <w:b/>
                <w:color w:val="0D5F78"/>
                <w:lang w:val="it-IT"/>
              </w:rPr>
              <w:t>, specialitate</w:t>
            </w:r>
          </w:p>
          <w:p w14:paraId="3F533455" w14:textId="489AAF0C" w:rsidR="00846492" w:rsidRPr="00083A75" w:rsidRDefault="00870FD7">
            <w:pPr>
              <w:rPr>
                <w:lang w:val="it-IT"/>
              </w:rPr>
            </w:pPr>
            <w:r w:rsidRPr="00083A75">
              <w:rPr>
                <w:b/>
                <w:color w:val="0D5F78"/>
                <w:lang w:val="it-IT"/>
              </w:rPr>
              <w:t>Alte specialități (dacă este cazul)  — nume/prenume, atestare</w:t>
            </w:r>
          </w:p>
          <w:p w14:paraId="760B832F" w14:textId="77777777" w:rsidR="00846492" w:rsidRPr="00083A75" w:rsidRDefault="00846492">
            <w:pPr>
              <w:rPr>
                <w:lang w:val="it-IT"/>
              </w:rPr>
            </w:pPr>
          </w:p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:rsidRPr="002B52FE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Pr="00083A75" w:rsidRDefault="00000000">
            <w:pPr>
              <w:rPr>
                <w:sz w:val="16"/>
                <w:lang w:val="it-IT"/>
              </w:rPr>
            </w:pPr>
            <w:r w:rsidRPr="00083A75">
              <w:rPr>
                <w:sz w:val="16"/>
                <w:lang w:val="it-IT"/>
              </w:rPr>
              <w:t xml:space="preserve">☐ studiul topografic </w:t>
            </w:r>
            <w:r w:rsidR="007F39C2" w:rsidRPr="00083A75">
              <w:rPr>
                <w:sz w:val="16"/>
                <w:lang w:val="it-IT"/>
              </w:rPr>
              <w:t xml:space="preserve">(obligatoriu la locuințe unifamiliale)     </w:t>
            </w:r>
            <w:r w:rsidRPr="00083A75">
              <w:rPr>
                <w:sz w:val="16"/>
                <w:lang w:val="it-IT"/>
              </w:rPr>
              <w:t xml:space="preserve">     ☐ acordul / avizul pentru patrimoniu, după caz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 w:rsidRPr="00083A75">
              <w:rPr>
                <w:sz w:val="16"/>
                <w:lang w:val="it-IT"/>
              </w:rPr>
              <w:t>☐ dovada plății taxelor</w:t>
            </w:r>
          </w:p>
        </w:tc>
      </w:tr>
    </w:tbl>
    <w:p w14:paraId="09936F2B" w14:textId="77777777" w:rsidR="00846492" w:rsidRPr="00083A75" w:rsidRDefault="00846492">
      <w:pPr>
        <w:spacing w:line="168" w:lineRule="auto"/>
        <w:rPr>
          <w:lang w:val="it-IT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 w:rsidRPr="00083A75">
              <w:rPr>
                <w:b/>
                <w:sz w:val="16"/>
                <w:lang w:val="it-IT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2B52FE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Legea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Legea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2B52FE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915AA" w14:textId="77777777" w:rsidR="00D36650" w:rsidRDefault="00D36650">
      <w:r>
        <w:separator/>
      </w:r>
    </w:p>
  </w:endnote>
  <w:endnote w:type="continuationSeparator" w:id="0">
    <w:p w14:paraId="56619830" w14:textId="77777777" w:rsidR="00D36650" w:rsidRDefault="00D3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Pr="00083A75" w:rsidRDefault="00F343D2" w:rsidP="00F343D2">
    <w:pPr>
      <w:pStyle w:val="Footer"/>
      <w:tabs>
        <w:tab w:val="right" w:pos="9639"/>
      </w:tabs>
      <w:rPr>
        <w:lang w:val="it-IT"/>
      </w:rPr>
    </w:pPr>
    <w:r w:rsidRPr="00083A75">
      <w:rPr>
        <w:color w:val="595959"/>
        <w:lang w:val="it-IT"/>
      </w:rPr>
      <w:t>F_NOT_01 · versiunea 1.0</w:t>
    </w:r>
    <w:r w:rsidRPr="00083A75">
      <w:rPr>
        <w:color w:val="595959"/>
        <w:lang w:val="it-IT"/>
      </w:rPr>
      <w:tab/>
      <w:t xml:space="preserve">pagina </w:t>
    </w:r>
    <w:r>
      <w:rPr>
        <w:color w:val="595959"/>
      </w:rPr>
      <w:fldChar w:fldCharType="begin"/>
    </w:r>
    <w:r w:rsidRPr="00083A75">
      <w:rPr>
        <w:color w:val="595959"/>
        <w:lang w:val="it-IT"/>
      </w:rPr>
      <w:instrText xml:space="preserve"> PAGE </w:instrText>
    </w:r>
    <w:r>
      <w:rPr>
        <w:color w:val="595959"/>
      </w:rPr>
      <w:fldChar w:fldCharType="separate"/>
    </w:r>
    <w:r w:rsidRPr="00083A75">
      <w:rPr>
        <w:color w:val="595959"/>
        <w:lang w:val="it-IT"/>
      </w:rPr>
      <w:t>2</w:t>
    </w:r>
    <w:r>
      <w:rPr>
        <w:color w:val="595959"/>
      </w:rPr>
      <w:fldChar w:fldCharType="end"/>
    </w:r>
    <w:r w:rsidRPr="00083A75">
      <w:rPr>
        <w:color w:val="595959"/>
        <w:lang w:val="it-IT"/>
      </w:rPr>
      <w:t xml:space="preserve"> din </w:t>
    </w:r>
    <w:r>
      <w:rPr>
        <w:color w:val="595959"/>
      </w:rPr>
      <w:fldChar w:fldCharType="begin"/>
    </w:r>
    <w:r w:rsidRPr="00083A75">
      <w:rPr>
        <w:color w:val="595959"/>
        <w:lang w:val="it-IT"/>
      </w:rPr>
      <w:instrText xml:space="preserve"> NUMPAGES </w:instrText>
    </w:r>
    <w:r>
      <w:rPr>
        <w:color w:val="595959"/>
      </w:rPr>
      <w:fldChar w:fldCharType="separate"/>
    </w:r>
    <w:r w:rsidRPr="00083A75">
      <w:rPr>
        <w:color w:val="595959"/>
        <w:lang w:val="it-IT"/>
      </w:rPr>
      <w:t>2</w:t>
    </w:r>
    <w:r>
      <w:rPr>
        <w:color w:val="595959"/>
      </w:rPr>
      <w:fldChar w:fldCharType="end"/>
    </w:r>
  </w:p>
  <w:p w14:paraId="30EA6E2D" w14:textId="77777777" w:rsidR="00F343D2" w:rsidRPr="00083A75" w:rsidRDefault="00F343D2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5B58D" w14:textId="77777777" w:rsidR="00D36650" w:rsidRDefault="00D36650">
      <w:r>
        <w:separator/>
      </w:r>
    </w:p>
  </w:footnote>
  <w:footnote w:type="continuationSeparator" w:id="0">
    <w:p w14:paraId="5AD888DD" w14:textId="77777777" w:rsidR="00D36650" w:rsidRDefault="00D36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A75"/>
    <w:rsid w:val="0015074B"/>
    <w:rsid w:val="001A55CA"/>
    <w:rsid w:val="0029639D"/>
    <w:rsid w:val="002A53DA"/>
    <w:rsid w:val="002B52FE"/>
    <w:rsid w:val="002E3AD3"/>
    <w:rsid w:val="0031113E"/>
    <w:rsid w:val="00320861"/>
    <w:rsid w:val="00326F90"/>
    <w:rsid w:val="003869B3"/>
    <w:rsid w:val="003F4418"/>
    <w:rsid w:val="004B1106"/>
    <w:rsid w:val="004D2D0E"/>
    <w:rsid w:val="004E2246"/>
    <w:rsid w:val="00525A6F"/>
    <w:rsid w:val="0060615D"/>
    <w:rsid w:val="006113A9"/>
    <w:rsid w:val="006C103E"/>
    <w:rsid w:val="007A1207"/>
    <w:rsid w:val="007C5D68"/>
    <w:rsid w:val="007F39C2"/>
    <w:rsid w:val="00810FC6"/>
    <w:rsid w:val="00846492"/>
    <w:rsid w:val="00852977"/>
    <w:rsid w:val="00870FD7"/>
    <w:rsid w:val="00911827"/>
    <w:rsid w:val="00932ED5"/>
    <w:rsid w:val="00A17614"/>
    <w:rsid w:val="00AA1D8D"/>
    <w:rsid w:val="00AD1D4A"/>
    <w:rsid w:val="00B47730"/>
    <w:rsid w:val="00BE763D"/>
    <w:rsid w:val="00C56255"/>
    <w:rsid w:val="00CA6FDB"/>
    <w:rsid w:val="00CB0664"/>
    <w:rsid w:val="00D2019F"/>
    <w:rsid w:val="00D2346C"/>
    <w:rsid w:val="00D36650"/>
    <w:rsid w:val="00E52AF9"/>
    <w:rsid w:val="00E61A6B"/>
    <w:rsid w:val="00F343D2"/>
    <w:rsid w:val="00F4129D"/>
    <w:rsid w:val="00FC56DB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83A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4875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2026-09-02T07:47:00Z</dcterms:created>
  <dcterms:modified xsi:type="dcterms:W3CDTF">2026-09-02T07:47:00Z</dcterms:modified>
  <cp:category/>
</cp:coreProperties>
</file>