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8016BF" w14:textId="77777777" w:rsidR="00BD4241" w:rsidRPr="00A256C2" w:rsidRDefault="00BD4241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B539EB" w14:paraId="13F599B8" w14:textId="77777777" w:rsidTr="001C4405">
        <w:trPr>
          <w:cantSplit/>
          <w:trHeight w:val="350"/>
        </w:trPr>
        <w:tc>
          <w:tcPr>
            <w:tcW w:w="1606" w:type="dxa"/>
            <w:vMerge w:val="restart"/>
            <w:vAlign w:val="center"/>
          </w:tcPr>
          <w:p w14:paraId="7B4B37EE" w14:textId="11CEDCBF" w:rsidR="00B539EB" w:rsidRDefault="004767E6" w:rsidP="001C4405">
            <w:pPr>
              <w:keepNext/>
              <w:jc w:val="center"/>
            </w:pPr>
            <w:r w:rsidRPr="006463CB">
              <w:rPr>
                <w:noProof/>
                <w:lang w:val="ro-RO"/>
              </w:rPr>
              <w:drawing>
                <wp:inline distT="0" distB="0" distL="0" distR="0" wp14:anchorId="47F74A1A" wp14:editId="74E2A28E">
                  <wp:extent cx="882650" cy="1054100"/>
                  <wp:effectExtent l="0" t="0" r="0" b="0"/>
                  <wp:docPr id="1624532397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2650" cy="1054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0FADA73D" w14:textId="0E265973" w:rsidR="00B539EB" w:rsidRDefault="00B539EB" w:rsidP="001C4405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  <w:r>
              <w:rPr>
                <w:b/>
                <w:color w:val="0D5F78"/>
              </w:rPr>
              <w:t xml:space="preserve">   </w:t>
            </w:r>
            <w:r w:rsidR="004767E6">
              <w:rPr>
                <w:b/>
                <w:bCs/>
                <w:sz w:val="20"/>
                <w:szCs w:val="20"/>
              </w:rPr>
              <w:t>TIMI</w:t>
            </w:r>
            <w:r w:rsidR="004767E6">
              <w:rPr>
                <w:b/>
                <w:bCs/>
                <w:sz w:val="20"/>
                <w:szCs w:val="20"/>
                <w:lang w:val="ro-RO"/>
              </w:rPr>
              <w:t>Ș</w:t>
            </w:r>
          </w:p>
        </w:tc>
      </w:tr>
      <w:tr w:rsidR="00B539EB" w14:paraId="50319F3C" w14:textId="77777777" w:rsidTr="001C4405">
        <w:trPr>
          <w:cantSplit/>
          <w:trHeight w:val="395"/>
        </w:trPr>
        <w:tc>
          <w:tcPr>
            <w:tcW w:w="1606" w:type="dxa"/>
            <w:vMerge/>
          </w:tcPr>
          <w:p w14:paraId="5016D10E" w14:textId="77777777" w:rsidR="00B539EB" w:rsidRDefault="00B539EB" w:rsidP="001C4405"/>
        </w:tc>
        <w:tc>
          <w:tcPr>
            <w:tcW w:w="8030" w:type="dxa"/>
            <w:gridSpan w:val="3"/>
            <w:shd w:val="clear" w:color="auto" w:fill="F0F0F0"/>
          </w:tcPr>
          <w:p w14:paraId="165EDC2E" w14:textId="34E02627" w:rsidR="00B539EB" w:rsidRPr="00681BF0" w:rsidRDefault="00B539EB" w:rsidP="001C4405">
            <w:pPr>
              <w:keepNext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color w:val="0D5F78"/>
              </w:rPr>
              <w:t>Autoritatea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administrației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publice</w:t>
            </w:r>
            <w:proofErr w:type="spellEnd"/>
            <w:r>
              <w:rPr>
                <w:b/>
                <w:color w:val="0D5F78"/>
              </w:rPr>
              <w:t xml:space="preserve">    </w:t>
            </w:r>
            <w:r w:rsidR="004767E6" w:rsidRPr="00681BF0">
              <w:rPr>
                <w:b/>
                <w:bCs/>
                <w:sz w:val="20"/>
                <w:szCs w:val="20"/>
              </w:rPr>
              <w:t>CONSILIUL JUDE</w:t>
            </w:r>
            <w:r w:rsidR="004767E6">
              <w:rPr>
                <w:b/>
                <w:bCs/>
                <w:sz w:val="20"/>
                <w:szCs w:val="20"/>
              </w:rPr>
              <w:t>Ț</w:t>
            </w:r>
            <w:r w:rsidR="004767E6" w:rsidRPr="00681BF0">
              <w:rPr>
                <w:b/>
                <w:bCs/>
                <w:sz w:val="20"/>
                <w:szCs w:val="20"/>
              </w:rPr>
              <w:t xml:space="preserve">EAN </w:t>
            </w:r>
            <w:r w:rsidR="004767E6">
              <w:rPr>
                <w:b/>
                <w:bCs/>
                <w:sz w:val="20"/>
                <w:szCs w:val="20"/>
              </w:rPr>
              <w:t>TIMIȘ</w:t>
            </w:r>
          </w:p>
        </w:tc>
      </w:tr>
      <w:tr w:rsidR="00B539EB" w:rsidRPr="004767E6" w14:paraId="487B488C" w14:textId="77777777" w:rsidTr="001C4405">
        <w:trPr>
          <w:cantSplit/>
          <w:trHeight w:val="692"/>
        </w:trPr>
        <w:tc>
          <w:tcPr>
            <w:tcW w:w="1606" w:type="dxa"/>
            <w:vMerge/>
          </w:tcPr>
          <w:p w14:paraId="1AB6A86D" w14:textId="77777777" w:rsidR="00B539EB" w:rsidRDefault="00B539EB" w:rsidP="001C4405"/>
        </w:tc>
        <w:tc>
          <w:tcPr>
            <w:tcW w:w="2409" w:type="dxa"/>
            <w:shd w:val="clear" w:color="auto" w:fill="F0F0F0"/>
          </w:tcPr>
          <w:p w14:paraId="6C681917" w14:textId="77777777" w:rsidR="00B539EB" w:rsidRPr="00343BBA" w:rsidRDefault="00B539EB" w:rsidP="001C4405">
            <w:pPr>
              <w:keepNext/>
              <w:rPr>
                <w:lang w:val="fr-FR"/>
              </w:rPr>
            </w:pPr>
            <w:r w:rsidRPr="00343BBA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343BBA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343BB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343BBA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343BBA">
              <w:rPr>
                <w:b/>
                <w:color w:val="0D5F78"/>
                <w:lang w:val="fr-FR"/>
              </w:rPr>
              <w:t xml:space="preserve"> (CIF)</w:t>
            </w:r>
          </w:p>
          <w:p w14:paraId="709769BC" w14:textId="570B62D5" w:rsidR="00B539EB" w:rsidRPr="00681BF0" w:rsidRDefault="004767E6" w:rsidP="004767E6">
            <w:pPr>
              <w:keepNext/>
              <w:jc w:val="center"/>
              <w:rPr>
                <w:sz w:val="20"/>
                <w:szCs w:val="20"/>
                <w:lang w:val="fr-FR"/>
              </w:rPr>
            </w:pPr>
            <w:r w:rsidRPr="006463CB">
              <w:rPr>
                <w:b/>
                <w:bCs/>
                <w:sz w:val="20"/>
                <w:szCs w:val="20"/>
              </w:rPr>
              <w:t>4358029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7BC03E2A" w14:textId="77777777" w:rsidR="00B539EB" w:rsidRPr="004F799F" w:rsidRDefault="00B539EB" w:rsidP="001C4405">
            <w:pPr>
              <w:keepNext/>
              <w:rPr>
                <w:lang w:val="fr-FR"/>
              </w:rPr>
            </w:pPr>
            <w:proofErr w:type="spellStart"/>
            <w:r w:rsidRPr="004F799F">
              <w:rPr>
                <w:b/>
                <w:color w:val="0D5F78"/>
                <w:lang w:val="fr-FR"/>
              </w:rPr>
              <w:t>Adresa</w:t>
            </w:r>
            <w:proofErr w:type="spellEnd"/>
            <w:r w:rsidRPr="004F799F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4F799F">
              <w:rPr>
                <w:b/>
                <w:color w:val="0D5F78"/>
                <w:lang w:val="fr-FR"/>
              </w:rPr>
              <w:t>oficială</w:t>
            </w:r>
            <w:proofErr w:type="spellEnd"/>
          </w:p>
          <w:p w14:paraId="4A2A9B70" w14:textId="77777777" w:rsidR="004767E6" w:rsidRPr="006463CB" w:rsidRDefault="004767E6" w:rsidP="004767E6">
            <w:pPr>
              <w:keepNext/>
              <w:rPr>
                <w:sz w:val="20"/>
                <w:szCs w:val="20"/>
                <w:lang w:val="fr-FR"/>
              </w:rPr>
            </w:pPr>
            <w:proofErr w:type="spellStart"/>
            <w:r w:rsidRPr="006463CB">
              <w:rPr>
                <w:b/>
                <w:bCs/>
                <w:sz w:val="20"/>
                <w:szCs w:val="20"/>
                <w:lang w:val="fr-FR"/>
              </w:rPr>
              <w:t>Bulevardul</w:t>
            </w:r>
            <w:proofErr w:type="spellEnd"/>
            <w:r w:rsidRPr="006463CB">
              <w:rPr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463CB">
              <w:rPr>
                <w:b/>
                <w:bCs/>
                <w:sz w:val="20"/>
                <w:szCs w:val="20"/>
                <w:lang w:val="fr-FR"/>
              </w:rPr>
              <w:t>Revoluţiei</w:t>
            </w:r>
            <w:proofErr w:type="spellEnd"/>
            <w:r w:rsidRPr="006463CB">
              <w:rPr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463CB">
              <w:rPr>
                <w:b/>
                <w:bCs/>
                <w:sz w:val="20"/>
                <w:szCs w:val="20"/>
                <w:lang w:val="fr-FR"/>
              </w:rPr>
              <w:t>din</w:t>
            </w:r>
            <w:proofErr w:type="spellEnd"/>
            <w:r w:rsidRPr="006463CB">
              <w:rPr>
                <w:b/>
                <w:bCs/>
                <w:sz w:val="20"/>
                <w:szCs w:val="20"/>
                <w:lang w:val="fr-FR"/>
              </w:rPr>
              <w:t xml:space="preserve"> 1989 nr.17, Timişoara, </w:t>
            </w:r>
            <w:proofErr w:type="spellStart"/>
            <w:r w:rsidRPr="006463CB">
              <w:rPr>
                <w:b/>
                <w:bCs/>
                <w:sz w:val="20"/>
                <w:szCs w:val="20"/>
                <w:lang w:val="fr-FR"/>
              </w:rPr>
              <w:t>cod</w:t>
            </w:r>
            <w:proofErr w:type="spellEnd"/>
            <w:r w:rsidRPr="006463CB">
              <w:rPr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463CB">
              <w:rPr>
                <w:b/>
                <w:bCs/>
                <w:sz w:val="20"/>
                <w:szCs w:val="20"/>
                <w:lang w:val="fr-FR"/>
              </w:rPr>
              <w:t>poştal</w:t>
            </w:r>
            <w:proofErr w:type="spellEnd"/>
            <w:r w:rsidRPr="006463CB">
              <w:rPr>
                <w:b/>
                <w:bCs/>
                <w:sz w:val="20"/>
                <w:szCs w:val="20"/>
                <w:lang w:val="fr-FR"/>
              </w:rPr>
              <w:t xml:space="preserve"> 300034, </w:t>
            </w:r>
            <w:proofErr w:type="spellStart"/>
            <w:r w:rsidRPr="006463CB">
              <w:rPr>
                <w:b/>
                <w:bCs/>
                <w:sz w:val="20"/>
                <w:szCs w:val="20"/>
                <w:lang w:val="fr-FR"/>
              </w:rPr>
              <w:t>judeţul</w:t>
            </w:r>
            <w:proofErr w:type="spellEnd"/>
            <w:r w:rsidRPr="006463CB">
              <w:rPr>
                <w:b/>
                <w:bCs/>
                <w:sz w:val="20"/>
                <w:szCs w:val="20"/>
                <w:lang w:val="fr-FR"/>
              </w:rPr>
              <w:t xml:space="preserve"> Timiş</w:t>
            </w:r>
            <w:r w:rsidRPr="006463CB">
              <w:rPr>
                <w:sz w:val="20"/>
                <w:szCs w:val="20"/>
                <w:lang w:val="fr-FR"/>
              </w:rPr>
              <w:t xml:space="preserve">, </w:t>
            </w:r>
            <w:hyperlink r:id="rId9" w:history="1">
              <w:r w:rsidRPr="006463CB">
                <w:rPr>
                  <w:rStyle w:val="Hyperlink"/>
                  <w:sz w:val="20"/>
                  <w:szCs w:val="20"/>
                  <w:lang w:val="fr-FR"/>
                </w:rPr>
                <w:t>cjt@cjtimis.ro</w:t>
              </w:r>
            </w:hyperlink>
          </w:p>
          <w:p w14:paraId="278C3288" w14:textId="77777777" w:rsidR="00B539EB" w:rsidRPr="004F799F" w:rsidRDefault="00B539EB" w:rsidP="001C4405">
            <w:pPr>
              <w:keepNext/>
              <w:rPr>
                <w:lang w:val="fr-FR"/>
              </w:rPr>
            </w:pPr>
          </w:p>
        </w:tc>
      </w:tr>
      <w:tr w:rsidR="00B539EB" w14:paraId="2BD2A03E" w14:textId="77777777" w:rsidTr="001C4405">
        <w:trPr>
          <w:cantSplit/>
          <w:trHeight w:val="510"/>
        </w:trPr>
        <w:tc>
          <w:tcPr>
            <w:tcW w:w="1606" w:type="dxa"/>
            <w:vMerge/>
          </w:tcPr>
          <w:p w14:paraId="3C9B0517" w14:textId="77777777" w:rsidR="00B539EB" w:rsidRPr="004F799F" w:rsidRDefault="00B539EB" w:rsidP="001C4405">
            <w:pPr>
              <w:rPr>
                <w:lang w:val="fr-FR"/>
              </w:rPr>
            </w:pPr>
          </w:p>
        </w:tc>
        <w:tc>
          <w:tcPr>
            <w:tcW w:w="4818" w:type="dxa"/>
            <w:gridSpan w:val="2"/>
            <w:shd w:val="clear" w:color="auto" w:fill="F0F0F0"/>
          </w:tcPr>
          <w:p w14:paraId="221F2238" w14:textId="77777777" w:rsidR="00B539EB" w:rsidRDefault="00B539EB" w:rsidP="001C4405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1F70702C" w14:textId="77777777" w:rsidR="00B539EB" w:rsidRDefault="00B539EB" w:rsidP="001C4405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378C19CF" w14:textId="77777777" w:rsidR="00B539EB" w:rsidRDefault="00B539EB" w:rsidP="001C4405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14C6DB2A" w14:textId="77777777" w:rsidR="00B539EB" w:rsidRDefault="00B539EB" w:rsidP="001C4405">
            <w:pPr>
              <w:keepNext/>
            </w:pPr>
          </w:p>
        </w:tc>
      </w:tr>
      <w:tr w:rsidR="00B539EB" w:rsidRPr="004767E6" w14:paraId="01FDCC7B" w14:textId="77777777" w:rsidTr="001C4405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4A5A3706" w14:textId="77777777" w:rsidR="00B539EB" w:rsidRPr="00343BBA" w:rsidRDefault="00B539EB" w:rsidP="001C4405">
            <w:pPr>
              <w:rPr>
                <w:lang w:val="fr-FR"/>
              </w:rPr>
            </w:pPr>
            <w:r w:rsidRPr="00343BBA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343BBA">
              <w:rPr>
                <w:i/>
                <w:color w:val="595959"/>
                <w:lang w:val="fr-FR"/>
              </w:rPr>
              <w:t>se</w:t>
            </w:r>
            <w:proofErr w:type="gramEnd"/>
            <w:r w:rsidRPr="00343BB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343BBA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343BBA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343BBA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343BBA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343BBA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343BBA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343BBA">
              <w:rPr>
                <w:i/>
                <w:color w:val="595959"/>
                <w:lang w:val="fr-FR"/>
              </w:rPr>
              <w:t>scrie</w:t>
            </w:r>
            <w:proofErr w:type="spellEnd"/>
            <w:r w:rsidRPr="00343BB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343BBA">
              <w:rPr>
                <w:i/>
                <w:color w:val="595959"/>
                <w:lang w:val="fr-FR"/>
              </w:rPr>
              <w:t>în</w:t>
            </w:r>
            <w:proofErr w:type="spellEnd"/>
            <w:r w:rsidRPr="00343BB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343BBA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343BB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343BBA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79F54518" w14:textId="77777777" w:rsidR="00BD4241" w:rsidRPr="00850B64" w:rsidRDefault="00000000">
      <w:pPr>
        <w:spacing w:before="140" w:after="40"/>
        <w:jc w:val="center"/>
        <w:rPr>
          <w:sz w:val="28"/>
          <w:szCs w:val="28"/>
        </w:rPr>
      </w:pPr>
      <w:r w:rsidRPr="00850B64">
        <w:rPr>
          <w:b/>
          <w:sz w:val="28"/>
          <w:szCs w:val="28"/>
        </w:rPr>
        <w:t>CERERE</w:t>
      </w:r>
    </w:p>
    <w:p w14:paraId="5168B443" w14:textId="77777777" w:rsidR="00BD4241" w:rsidRDefault="00BD4241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14:paraId="5B8127F4" w14:textId="77777777">
        <w:trPr>
          <w:cantSplit/>
        </w:trPr>
        <w:tc>
          <w:tcPr>
            <w:tcW w:w="9636" w:type="dxa"/>
            <w:shd w:val="clear" w:color="auto" w:fill="F4F4F4"/>
          </w:tcPr>
          <w:p w14:paraId="38D842A3" w14:textId="77777777" w:rsidR="00BD4241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BD4241" w:rsidRPr="00B539EB" w14:paraId="224D3884" w14:textId="77777777">
        <w:trPr>
          <w:cantSplit/>
          <w:trHeight w:val="510"/>
        </w:trPr>
        <w:tc>
          <w:tcPr>
            <w:tcW w:w="9636" w:type="dxa"/>
          </w:tcPr>
          <w:p w14:paraId="04E69316" w14:textId="77777777" w:rsidR="00BD4241" w:rsidRPr="00A256C2" w:rsidRDefault="00000000">
            <w:pPr>
              <w:keepNext/>
              <w:rPr>
                <w:lang w:val="fr-FR"/>
              </w:rPr>
            </w:pPr>
            <w:proofErr w:type="spellStart"/>
            <w:r w:rsidRPr="00A256C2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10337CF3" w14:textId="770888C9" w:rsidR="00BD4241" w:rsidRPr="00A256C2" w:rsidRDefault="004767E6">
            <w:pPr>
              <w:keepNext/>
              <w:rPr>
                <w:lang w:val="fr-FR"/>
              </w:rPr>
            </w:pPr>
            <w:r w:rsidRPr="00681BF0">
              <w:rPr>
                <w:b/>
                <w:bCs/>
                <w:sz w:val="20"/>
                <w:szCs w:val="20"/>
              </w:rPr>
              <w:t>CONSILIUL JUDE</w:t>
            </w:r>
            <w:r>
              <w:rPr>
                <w:b/>
                <w:bCs/>
                <w:sz w:val="20"/>
                <w:szCs w:val="20"/>
              </w:rPr>
              <w:t>Ț</w:t>
            </w:r>
            <w:r w:rsidRPr="00681BF0">
              <w:rPr>
                <w:b/>
                <w:bCs/>
                <w:sz w:val="20"/>
                <w:szCs w:val="20"/>
              </w:rPr>
              <w:t xml:space="preserve">EAN </w:t>
            </w:r>
            <w:r>
              <w:rPr>
                <w:b/>
                <w:bCs/>
                <w:sz w:val="20"/>
                <w:szCs w:val="20"/>
              </w:rPr>
              <w:t>TIMIȘ</w:t>
            </w:r>
          </w:p>
        </w:tc>
      </w:tr>
      <w:tr w:rsidR="00BD4241" w:rsidRPr="004767E6" w14:paraId="046C4EE0" w14:textId="77777777">
        <w:trPr>
          <w:cantSplit/>
        </w:trPr>
        <w:tc>
          <w:tcPr>
            <w:tcW w:w="9636" w:type="dxa"/>
            <w:shd w:val="clear" w:color="auto" w:fill="F4F4F4"/>
          </w:tcPr>
          <w:p w14:paraId="077DE950" w14:textId="0505C1D8" w:rsidR="00BD4241" w:rsidRPr="00A256C2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A256C2">
              <w:rPr>
                <w:lang w:val="fr-FR"/>
              </w:rPr>
              <w:t>Cererea</w:t>
            </w:r>
            <w:proofErr w:type="spellEnd"/>
            <w:r w:rsidRPr="00A256C2">
              <w:rPr>
                <w:lang w:val="fr-FR"/>
              </w:rPr>
              <w:t xml:space="preserve"> va fi </w:t>
            </w:r>
            <w:proofErr w:type="spellStart"/>
            <w:r w:rsidRPr="00A256C2">
              <w:rPr>
                <w:lang w:val="fr-FR"/>
              </w:rPr>
              <w:t>transmisă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către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președintele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consiliului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județean</w:t>
            </w:r>
            <w:proofErr w:type="spellEnd"/>
            <w:r w:rsidR="00B539EB">
              <w:rPr>
                <w:lang w:val="fr-FR"/>
              </w:rPr>
              <w:t>.</w:t>
            </w:r>
          </w:p>
        </w:tc>
      </w:tr>
    </w:tbl>
    <w:p w14:paraId="4A1A8C50" w14:textId="77777777" w:rsidR="00BD4241" w:rsidRPr="00A256C2" w:rsidRDefault="00BD4241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BD4241" w14:paraId="6254D53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785C7F4" w14:textId="77777777" w:rsidR="00BD4241" w:rsidRDefault="00000000">
            <w:pPr>
              <w:keepNext/>
            </w:pPr>
            <w:r w:rsidRPr="00A256C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BD4241" w14:paraId="7C34C75B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6B85CA98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06BA1AF7" w14:textId="77777777" w:rsidR="00BD4241" w:rsidRDefault="00BD4241">
            <w:pPr>
              <w:keepNext/>
            </w:pPr>
          </w:p>
        </w:tc>
        <w:tc>
          <w:tcPr>
            <w:tcW w:w="4015" w:type="dxa"/>
            <w:gridSpan w:val="3"/>
          </w:tcPr>
          <w:p w14:paraId="2CA91F04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6F17B983" w14:textId="77777777" w:rsidR="00BD4241" w:rsidRDefault="00BD4241">
            <w:pPr>
              <w:keepNext/>
            </w:pPr>
          </w:p>
        </w:tc>
      </w:tr>
      <w:tr w:rsidR="00BD4241" w14:paraId="59B3BBBA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FD0D623" w14:textId="77777777" w:rsidR="00BD4241" w:rsidRDefault="00000000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BD4241" w14:paraId="642D4D2F" w14:textId="77777777">
        <w:trPr>
          <w:cantSplit/>
          <w:trHeight w:val="510"/>
        </w:trPr>
        <w:tc>
          <w:tcPr>
            <w:tcW w:w="1606" w:type="dxa"/>
          </w:tcPr>
          <w:p w14:paraId="5F35C58E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2CE8C383" w14:textId="77777777" w:rsidR="00BD4241" w:rsidRDefault="00BD4241">
            <w:pPr>
              <w:keepNext/>
            </w:pPr>
          </w:p>
        </w:tc>
        <w:tc>
          <w:tcPr>
            <w:tcW w:w="1606" w:type="dxa"/>
          </w:tcPr>
          <w:p w14:paraId="78A133C8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14:paraId="5B4C6C87" w14:textId="77777777" w:rsidR="00BD4241" w:rsidRDefault="00BD4241">
            <w:pPr>
              <w:keepNext/>
            </w:pPr>
          </w:p>
        </w:tc>
        <w:tc>
          <w:tcPr>
            <w:tcW w:w="4818" w:type="dxa"/>
            <w:gridSpan w:val="5"/>
          </w:tcPr>
          <w:p w14:paraId="1DEC4E0A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0D7A84B1" w14:textId="77777777" w:rsidR="00BD4241" w:rsidRDefault="00BD4241">
            <w:pPr>
              <w:keepNext/>
            </w:pPr>
          </w:p>
        </w:tc>
        <w:tc>
          <w:tcPr>
            <w:tcW w:w="1606" w:type="dxa"/>
          </w:tcPr>
          <w:p w14:paraId="3041307A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4FED784F" w14:textId="77777777" w:rsidR="00BD4241" w:rsidRDefault="00BD4241">
            <w:pPr>
              <w:keepNext/>
            </w:pPr>
          </w:p>
        </w:tc>
      </w:tr>
      <w:tr w:rsidR="00BD4241" w14:paraId="71F4087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8F6DFCA" w14:textId="77777777" w:rsidR="00BD4241" w:rsidRDefault="00000000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BD4241" w14:paraId="3933B7C8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39F4E2DE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02B03665" w14:textId="77777777" w:rsidR="00BD4241" w:rsidRDefault="00BD4241">
            <w:pPr>
              <w:keepNext/>
            </w:pPr>
          </w:p>
        </w:tc>
        <w:tc>
          <w:tcPr>
            <w:tcW w:w="3212" w:type="dxa"/>
            <w:gridSpan w:val="4"/>
          </w:tcPr>
          <w:p w14:paraId="3D2368B4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12749B16" w14:textId="77777777" w:rsidR="00BD4241" w:rsidRDefault="00BD4241">
            <w:pPr>
              <w:keepNext/>
            </w:pPr>
          </w:p>
        </w:tc>
        <w:tc>
          <w:tcPr>
            <w:tcW w:w="3212" w:type="dxa"/>
            <w:gridSpan w:val="2"/>
          </w:tcPr>
          <w:p w14:paraId="1E6E4F5F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08E7A1B8" w14:textId="77777777" w:rsidR="00BD4241" w:rsidRDefault="00BD4241">
            <w:pPr>
              <w:keepNext/>
            </w:pPr>
          </w:p>
        </w:tc>
      </w:tr>
      <w:tr w:rsidR="00BD4241" w14:paraId="207F9BCC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01E4661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747EBF17" w14:textId="77777777" w:rsidR="00BD4241" w:rsidRDefault="00BD4241">
            <w:pPr>
              <w:keepNext/>
            </w:pPr>
          </w:p>
        </w:tc>
        <w:tc>
          <w:tcPr>
            <w:tcW w:w="803" w:type="dxa"/>
          </w:tcPr>
          <w:p w14:paraId="3D75DCFA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6DAB33F7" w14:textId="77777777" w:rsidR="00BD4241" w:rsidRDefault="00BD4241">
            <w:pPr>
              <w:keepNext/>
            </w:pPr>
          </w:p>
        </w:tc>
        <w:tc>
          <w:tcPr>
            <w:tcW w:w="803" w:type="dxa"/>
          </w:tcPr>
          <w:p w14:paraId="5BF58011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743EF765" w14:textId="77777777" w:rsidR="00BD4241" w:rsidRDefault="00BD4241">
            <w:pPr>
              <w:keepNext/>
            </w:pPr>
          </w:p>
        </w:tc>
        <w:tc>
          <w:tcPr>
            <w:tcW w:w="803" w:type="dxa"/>
          </w:tcPr>
          <w:p w14:paraId="2EA5DB1F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2BD410CD" w14:textId="77777777" w:rsidR="00BD4241" w:rsidRDefault="00BD4241">
            <w:pPr>
              <w:keepNext/>
            </w:pPr>
          </w:p>
        </w:tc>
        <w:tc>
          <w:tcPr>
            <w:tcW w:w="803" w:type="dxa"/>
          </w:tcPr>
          <w:p w14:paraId="01954877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5709B55A" w14:textId="77777777" w:rsidR="00BD4241" w:rsidRDefault="00BD4241">
            <w:pPr>
              <w:keepNext/>
            </w:pPr>
          </w:p>
        </w:tc>
        <w:tc>
          <w:tcPr>
            <w:tcW w:w="1606" w:type="dxa"/>
          </w:tcPr>
          <w:p w14:paraId="2A7F1969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68FE9CAC" w14:textId="77777777" w:rsidR="00BD4241" w:rsidRDefault="00BD4241">
            <w:pPr>
              <w:keepNext/>
            </w:pPr>
          </w:p>
        </w:tc>
        <w:tc>
          <w:tcPr>
            <w:tcW w:w="1606" w:type="dxa"/>
          </w:tcPr>
          <w:p w14:paraId="0ACD4FEC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017FD79F" w14:textId="77777777" w:rsidR="00BD4241" w:rsidRDefault="00BD4241">
            <w:pPr>
              <w:keepNext/>
            </w:pPr>
          </w:p>
        </w:tc>
      </w:tr>
      <w:tr w:rsidR="00BD4241" w14:paraId="45AD70AC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5A889AF4" w14:textId="77777777" w:rsidR="00BD4241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BD4241" w14:paraId="0056C1DA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29C8598B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061FE1EC" w14:textId="77777777" w:rsidR="00BD4241" w:rsidRDefault="00BD4241">
            <w:pPr>
              <w:keepNext/>
            </w:pPr>
          </w:p>
        </w:tc>
        <w:tc>
          <w:tcPr>
            <w:tcW w:w="5621" w:type="dxa"/>
            <w:gridSpan w:val="5"/>
          </w:tcPr>
          <w:p w14:paraId="102AC599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53EB2E29" w14:textId="77777777" w:rsidR="00BD4241" w:rsidRDefault="00BD4241">
            <w:pPr>
              <w:keepNext/>
            </w:pPr>
          </w:p>
        </w:tc>
      </w:tr>
      <w:tr w:rsidR="00BD4241" w14:paraId="03BDA35B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B576B57" w14:textId="77777777" w:rsidR="00BD4241" w:rsidRDefault="00000000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Reprezentare</w:t>
            </w:r>
            <w:proofErr w:type="spellEnd"/>
          </w:p>
        </w:tc>
      </w:tr>
      <w:tr w:rsidR="00BD4241" w14:paraId="652BC137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1D308525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calitate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reprezentant</w:t>
            </w:r>
            <w:proofErr w:type="spellEnd"/>
            <w:r>
              <w:rPr>
                <w:b/>
                <w:color w:val="0D5F78"/>
              </w:rPr>
              <w:t xml:space="preserve"> al</w:t>
            </w:r>
          </w:p>
          <w:p w14:paraId="6970A0EC" w14:textId="77777777" w:rsidR="00BD4241" w:rsidRDefault="00BD4241">
            <w:pPr>
              <w:keepNext/>
            </w:pPr>
          </w:p>
        </w:tc>
        <w:tc>
          <w:tcPr>
            <w:tcW w:w="3212" w:type="dxa"/>
            <w:gridSpan w:val="2"/>
          </w:tcPr>
          <w:p w14:paraId="20DA7EB0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CUI / CIF</w:t>
            </w:r>
          </w:p>
          <w:p w14:paraId="793AF090" w14:textId="77777777" w:rsidR="00BD4241" w:rsidRDefault="00BD4241">
            <w:pPr>
              <w:keepNext/>
            </w:pPr>
          </w:p>
        </w:tc>
      </w:tr>
      <w:tr w:rsidR="00BD4241" w:rsidRPr="004767E6" w14:paraId="53ABF932" w14:textId="77777777">
        <w:trPr>
          <w:cantSplit/>
        </w:trPr>
        <w:tc>
          <w:tcPr>
            <w:tcW w:w="9636" w:type="dxa"/>
            <w:gridSpan w:val="8"/>
          </w:tcPr>
          <w:p w14:paraId="5AA05364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☐ </w:t>
            </w:r>
            <w:proofErr w:type="spellStart"/>
            <w:r w:rsidRPr="00A256C2">
              <w:rPr>
                <w:sz w:val="16"/>
                <w:lang w:val="fr-FR"/>
              </w:rPr>
              <w:t>titular</w:t>
            </w:r>
            <w:proofErr w:type="spellEnd"/>
            <w:r w:rsidRPr="00A256C2">
              <w:rPr>
                <w:sz w:val="16"/>
                <w:lang w:val="fr-FR"/>
              </w:rPr>
              <w:t xml:space="preserve"> al </w:t>
            </w:r>
            <w:proofErr w:type="spellStart"/>
            <w:r w:rsidRPr="00A256C2">
              <w:rPr>
                <w:sz w:val="16"/>
                <w:lang w:val="fr-FR"/>
              </w:rPr>
              <w:t>dreptului</w:t>
            </w:r>
            <w:proofErr w:type="spellEnd"/>
            <w:r w:rsidRPr="00A256C2">
              <w:rPr>
                <w:sz w:val="16"/>
                <w:lang w:val="fr-FR"/>
              </w:rPr>
              <w:t xml:space="preserve"> de </w:t>
            </w:r>
            <w:proofErr w:type="spellStart"/>
            <w:r w:rsidRPr="00A256C2">
              <w:rPr>
                <w:sz w:val="16"/>
                <w:lang w:val="fr-FR"/>
              </w:rPr>
              <w:t>proprietate</w:t>
            </w:r>
            <w:proofErr w:type="spellEnd"/>
            <w:r w:rsidRPr="00A256C2">
              <w:rPr>
                <w:sz w:val="16"/>
                <w:lang w:val="fr-FR"/>
              </w:rPr>
              <w:t xml:space="preserve">     ☐ </w:t>
            </w:r>
            <w:proofErr w:type="spellStart"/>
            <w:r w:rsidRPr="00A256C2">
              <w:rPr>
                <w:sz w:val="16"/>
                <w:lang w:val="fr-FR"/>
              </w:rPr>
              <w:t>împuternicit</w:t>
            </w:r>
            <w:proofErr w:type="spellEnd"/>
            <w:r w:rsidRPr="00A256C2">
              <w:rPr>
                <w:sz w:val="16"/>
                <w:lang w:val="fr-FR"/>
              </w:rPr>
              <w:t xml:space="preserve"> al </w:t>
            </w:r>
            <w:proofErr w:type="spellStart"/>
            <w:r w:rsidRPr="00A256C2">
              <w:rPr>
                <w:sz w:val="16"/>
                <w:lang w:val="fr-FR"/>
              </w:rPr>
              <w:t>titularului</w:t>
            </w:r>
            <w:proofErr w:type="spellEnd"/>
          </w:p>
        </w:tc>
      </w:tr>
    </w:tbl>
    <w:p w14:paraId="0783D327" w14:textId="77777777" w:rsidR="00BD4241" w:rsidRPr="00A256C2" w:rsidRDefault="00BD4241">
      <w:pPr>
        <w:spacing w:line="168" w:lineRule="auto"/>
        <w:rPr>
          <w:lang w:val="fr-FR"/>
        </w:rPr>
      </w:pPr>
    </w:p>
    <w:p w14:paraId="6748266E" w14:textId="77777777" w:rsidR="00BD4241" w:rsidRPr="00232B9E" w:rsidRDefault="00000000">
      <w:pPr>
        <w:spacing w:before="80" w:after="60"/>
        <w:jc w:val="center"/>
        <w:rPr>
          <w:lang w:val="fr-FR"/>
        </w:rPr>
      </w:pPr>
      <w:proofErr w:type="spellStart"/>
      <w:proofErr w:type="gramStart"/>
      <w:r w:rsidRPr="00232B9E">
        <w:rPr>
          <w:sz w:val="18"/>
          <w:lang w:val="fr-FR"/>
        </w:rPr>
        <w:t>în</w:t>
      </w:r>
      <w:proofErr w:type="spellEnd"/>
      <w:proofErr w:type="gram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conformitate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cu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prevederile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Legii</w:t>
      </w:r>
      <w:proofErr w:type="spellEnd"/>
      <w:r w:rsidRPr="00232B9E">
        <w:rPr>
          <w:sz w:val="18"/>
          <w:lang w:val="fr-FR"/>
        </w:rPr>
        <w:t xml:space="preserve"> nr. 169/2026 </w:t>
      </w:r>
      <w:proofErr w:type="spellStart"/>
      <w:r w:rsidRPr="00232B9E">
        <w:rPr>
          <w:sz w:val="18"/>
          <w:lang w:val="fr-FR"/>
        </w:rPr>
        <w:t>privind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Codul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amenajării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teritoriului</w:t>
      </w:r>
      <w:proofErr w:type="spellEnd"/>
      <w:r w:rsidRPr="00232B9E">
        <w:rPr>
          <w:sz w:val="18"/>
          <w:lang w:val="fr-FR"/>
        </w:rPr>
        <w:t xml:space="preserve">, </w:t>
      </w:r>
      <w:proofErr w:type="spellStart"/>
      <w:r w:rsidRPr="00232B9E">
        <w:rPr>
          <w:sz w:val="18"/>
          <w:lang w:val="fr-FR"/>
        </w:rPr>
        <w:t>urbanismului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și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construcțiilor</w:t>
      </w:r>
      <w:proofErr w:type="spellEnd"/>
      <w:r w:rsidRPr="00232B9E">
        <w:rPr>
          <w:sz w:val="18"/>
          <w:lang w:val="fr-FR"/>
        </w:rPr>
        <w:t>,</w:t>
      </w:r>
    </w:p>
    <w:p w14:paraId="55F72AB1" w14:textId="77777777" w:rsidR="00BD4241" w:rsidRPr="00232B9E" w:rsidRDefault="00000000">
      <w:pPr>
        <w:spacing w:before="80" w:after="60"/>
        <w:jc w:val="center"/>
        <w:rPr>
          <w:lang w:val="fr-FR"/>
        </w:rPr>
      </w:pPr>
      <w:proofErr w:type="spellStart"/>
      <w:proofErr w:type="gramStart"/>
      <w:r w:rsidRPr="00232B9E">
        <w:rPr>
          <w:sz w:val="18"/>
          <w:lang w:val="fr-FR"/>
        </w:rPr>
        <w:t>solicit</w:t>
      </w:r>
      <w:proofErr w:type="spellEnd"/>
      <w:proofErr w:type="gram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emiterea</w:t>
      </w:r>
      <w:proofErr w:type="spellEnd"/>
    </w:p>
    <w:p w14:paraId="458BA7BA" w14:textId="77777777" w:rsidR="00917520" w:rsidRDefault="00000000">
      <w:pPr>
        <w:spacing w:after="160"/>
        <w:jc w:val="center"/>
        <w:rPr>
          <w:b/>
          <w:sz w:val="20"/>
          <w:lang w:val="fr-FR"/>
        </w:rPr>
      </w:pPr>
      <w:r w:rsidRPr="00232B9E">
        <w:rPr>
          <w:b/>
          <w:sz w:val="20"/>
          <w:lang w:val="fr-FR"/>
        </w:rPr>
        <w:t>CERTIFICATULUI DE URBANISM</w:t>
      </w:r>
    </w:p>
    <w:p w14:paraId="062DB540" w14:textId="00B1F188" w:rsidR="00BD4241" w:rsidRDefault="00000000">
      <w:pPr>
        <w:spacing w:after="160"/>
        <w:jc w:val="center"/>
        <w:rPr>
          <w:b/>
          <w:sz w:val="20"/>
          <w:lang w:val="fr-FR"/>
        </w:rPr>
      </w:pPr>
      <w:r w:rsidRPr="00232B9E">
        <w:rPr>
          <w:b/>
          <w:sz w:val="20"/>
          <w:lang w:val="fr-FR"/>
        </w:rPr>
        <w:t xml:space="preserve"> PENTRU</w:t>
      </w:r>
    </w:p>
    <w:p w14:paraId="44A1332E" w14:textId="12DABAD3" w:rsidR="00462384" w:rsidRPr="00232B9E" w:rsidRDefault="00917520">
      <w:pPr>
        <w:spacing w:after="160"/>
        <w:jc w:val="center"/>
        <w:rPr>
          <w:b/>
          <w:sz w:val="20"/>
          <w:lang w:val="fr-FR"/>
        </w:rPr>
      </w:pPr>
      <w:r w:rsidRPr="00232B9E">
        <w:rPr>
          <w:rFonts w:ascii="Segoe UI Symbol" w:hAnsi="Segoe UI Symbol" w:cs="Segoe UI Symbol"/>
          <w:sz w:val="16"/>
          <w:lang w:val="fr-FR"/>
        </w:rPr>
        <w:t>☐</w:t>
      </w:r>
      <w:r>
        <w:rPr>
          <w:rFonts w:ascii="Segoe UI Symbol" w:hAnsi="Segoe UI Symbol" w:cs="Segoe UI Symbol"/>
          <w:sz w:val="16"/>
          <w:lang w:val="fr-FR"/>
        </w:rPr>
        <w:t xml:space="preserve"> </w:t>
      </w:r>
      <w:r w:rsidR="00462384">
        <w:rPr>
          <w:b/>
          <w:sz w:val="20"/>
          <w:lang w:val="fr-FR"/>
        </w:rPr>
        <w:t xml:space="preserve">CONSTRUIRE / </w:t>
      </w:r>
      <w:r w:rsidRPr="00232B9E">
        <w:rPr>
          <w:rFonts w:ascii="Segoe UI Symbol" w:hAnsi="Segoe UI Symbol" w:cs="Segoe UI Symbol"/>
          <w:sz w:val="16"/>
          <w:lang w:val="fr-FR"/>
        </w:rPr>
        <w:t>☐</w:t>
      </w:r>
      <w:r>
        <w:rPr>
          <w:rFonts w:ascii="Segoe UI Symbol" w:hAnsi="Segoe UI Symbol" w:cs="Segoe UI Symbol"/>
          <w:sz w:val="16"/>
          <w:lang w:val="fr-FR"/>
        </w:rPr>
        <w:t xml:space="preserve"> </w:t>
      </w:r>
      <w:r w:rsidR="00462384">
        <w:rPr>
          <w:b/>
          <w:sz w:val="20"/>
          <w:lang w:val="fr-FR"/>
        </w:rPr>
        <w:t>DESFIINȚARE</w:t>
      </w:r>
    </w:p>
    <w:p w14:paraId="6BCF1DD1" w14:textId="1CB91F6C" w:rsidR="00A256C2" w:rsidRPr="00232B9E" w:rsidRDefault="00A256C2" w:rsidP="00462384">
      <w:pPr>
        <w:spacing w:after="160"/>
        <w:jc w:val="center"/>
        <w:rPr>
          <w:lang w:val="fr-FR"/>
        </w:rPr>
      </w:pPr>
      <w:r w:rsidRPr="00232B9E">
        <w:rPr>
          <w:rFonts w:ascii="Segoe UI Symbol" w:hAnsi="Segoe UI Symbol" w:cs="Segoe UI Symbol"/>
          <w:sz w:val="16"/>
          <w:lang w:val="fr-FR"/>
        </w:rPr>
        <w:t>☐</w:t>
      </w:r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pentru</w:t>
      </w:r>
      <w:proofErr w:type="spellEnd"/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clădiri</w:t>
      </w:r>
      <w:proofErr w:type="spellEnd"/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și</w:t>
      </w:r>
      <w:proofErr w:type="spellEnd"/>
      <w:r w:rsidRPr="00232B9E">
        <w:rPr>
          <w:sz w:val="16"/>
          <w:lang w:val="fr-FR"/>
        </w:rPr>
        <w:t xml:space="preserve"> </w:t>
      </w:r>
      <w:proofErr w:type="spellStart"/>
      <w:proofErr w:type="gramStart"/>
      <w:r w:rsidRPr="00232B9E">
        <w:rPr>
          <w:sz w:val="16"/>
          <w:lang w:val="fr-FR"/>
        </w:rPr>
        <w:t>amenajări</w:t>
      </w:r>
      <w:proofErr w:type="spellEnd"/>
      <w:r w:rsidRPr="00232B9E">
        <w:rPr>
          <w:sz w:val="16"/>
          <w:lang w:val="fr-FR"/>
        </w:rPr>
        <w:t xml:space="preserve">  </w:t>
      </w:r>
      <w:r w:rsidR="00917520">
        <w:rPr>
          <w:sz w:val="16"/>
          <w:lang w:val="fr-FR"/>
        </w:rPr>
        <w:t>/</w:t>
      </w:r>
      <w:proofErr w:type="gramEnd"/>
      <w:r w:rsidRPr="00232B9E">
        <w:rPr>
          <w:sz w:val="16"/>
          <w:lang w:val="fr-FR"/>
        </w:rPr>
        <w:t xml:space="preserve">   </w:t>
      </w:r>
      <w:r w:rsidR="00462384" w:rsidRPr="00232B9E">
        <w:rPr>
          <w:rFonts w:ascii="Segoe UI Symbol" w:hAnsi="Segoe UI Symbol" w:cs="Segoe UI Symbol"/>
          <w:sz w:val="16"/>
          <w:lang w:val="fr-FR"/>
        </w:rPr>
        <w:t>☐</w:t>
      </w:r>
      <w:r w:rsidR="00462384" w:rsidRPr="00232B9E">
        <w:rPr>
          <w:sz w:val="16"/>
          <w:lang w:val="fr-FR"/>
        </w:rPr>
        <w:t xml:space="preserve"> </w:t>
      </w:r>
      <w:proofErr w:type="spellStart"/>
      <w:r w:rsidR="00462384">
        <w:rPr>
          <w:sz w:val="16"/>
          <w:lang w:val="fr-FR"/>
        </w:rPr>
        <w:t>lucrări</w:t>
      </w:r>
      <w:proofErr w:type="spellEnd"/>
      <w:r w:rsidR="00462384">
        <w:rPr>
          <w:sz w:val="16"/>
          <w:lang w:val="fr-FR"/>
        </w:rPr>
        <w:t xml:space="preserve"> </w:t>
      </w:r>
      <w:proofErr w:type="spellStart"/>
      <w:proofErr w:type="gramStart"/>
      <w:r w:rsidR="00462384">
        <w:rPr>
          <w:sz w:val="16"/>
          <w:lang w:val="fr-FR"/>
        </w:rPr>
        <w:t>inginerești</w:t>
      </w:r>
      <w:proofErr w:type="spellEnd"/>
      <w:r w:rsidR="00462384">
        <w:rPr>
          <w:lang w:val="fr-FR"/>
        </w:rPr>
        <w:t xml:space="preserve">  </w:t>
      </w:r>
      <w:r w:rsidR="00917520">
        <w:rPr>
          <w:lang w:val="fr-FR"/>
        </w:rPr>
        <w:t>/</w:t>
      </w:r>
      <w:proofErr w:type="gramEnd"/>
      <w:r w:rsidR="00462384">
        <w:rPr>
          <w:lang w:val="fr-FR"/>
        </w:rPr>
        <w:t xml:space="preserve">   </w:t>
      </w:r>
      <w:r w:rsidRPr="00232B9E">
        <w:rPr>
          <w:rFonts w:ascii="Segoe UI Symbol" w:hAnsi="Segoe UI Symbol" w:cs="Segoe UI Symbol"/>
          <w:sz w:val="16"/>
          <w:lang w:val="fr-FR"/>
        </w:rPr>
        <w:t>☐</w:t>
      </w:r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pentru</w:t>
      </w:r>
      <w:proofErr w:type="spellEnd"/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construc</w:t>
      </w:r>
      <w:r w:rsidRPr="00232B9E">
        <w:rPr>
          <w:rFonts w:cs="Times New Roman"/>
          <w:sz w:val="16"/>
          <w:lang w:val="fr-FR"/>
        </w:rPr>
        <w:t>ț</w:t>
      </w:r>
      <w:r w:rsidRPr="00232B9E">
        <w:rPr>
          <w:sz w:val="16"/>
          <w:lang w:val="fr-FR"/>
        </w:rPr>
        <w:t>ii</w:t>
      </w:r>
      <w:proofErr w:type="spellEnd"/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cu</w:t>
      </w:r>
      <w:proofErr w:type="spellEnd"/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caracter</w:t>
      </w:r>
      <w:proofErr w:type="spellEnd"/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special</w:t>
      </w:r>
      <w:proofErr w:type="spellEnd"/>
    </w:p>
    <w:p w14:paraId="386D6A02" w14:textId="77777777" w:rsidR="00BD4241" w:rsidRPr="00232B9E" w:rsidRDefault="00BD4241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:rsidRPr="004767E6" w14:paraId="0F02257A" w14:textId="77777777">
        <w:trPr>
          <w:cantSplit/>
        </w:trPr>
        <w:tc>
          <w:tcPr>
            <w:tcW w:w="9636" w:type="dxa"/>
            <w:shd w:val="clear" w:color="auto" w:fill="F4F4F4"/>
          </w:tcPr>
          <w:p w14:paraId="5888B12E" w14:textId="1131FE8E" w:rsidR="00BD4241" w:rsidRPr="00B539EB" w:rsidRDefault="00000000">
            <w:pPr>
              <w:keepNext/>
              <w:rPr>
                <w:lang w:val="it-IT"/>
              </w:rPr>
            </w:pPr>
            <w:r w:rsidRPr="00232B9E">
              <w:rPr>
                <w:sz w:val="16"/>
                <w:lang w:val="fr-FR"/>
              </w:rPr>
              <w:t xml:space="preserve"> </w:t>
            </w:r>
            <w:r w:rsidRPr="00B539EB">
              <w:rPr>
                <w:sz w:val="16"/>
                <w:lang w:val="it-IT"/>
              </w:rPr>
              <w:t xml:space="preserve">în </w:t>
            </w:r>
            <w:r w:rsidR="00A256C2" w:rsidRPr="00B539EB">
              <w:rPr>
                <w:sz w:val="16"/>
                <w:lang w:val="it-IT"/>
              </w:rPr>
              <w:t>vederea realizării obiectivului de investiții</w:t>
            </w:r>
            <w:r w:rsidRPr="00B539EB">
              <w:rPr>
                <w:sz w:val="16"/>
                <w:lang w:val="it-IT"/>
              </w:rPr>
              <w:t>:</w:t>
            </w:r>
          </w:p>
        </w:tc>
      </w:tr>
      <w:tr w:rsidR="00BD4241" w:rsidRPr="004767E6" w14:paraId="50990383" w14:textId="77777777">
        <w:trPr>
          <w:cantSplit/>
        </w:trPr>
        <w:tc>
          <w:tcPr>
            <w:tcW w:w="9636" w:type="dxa"/>
          </w:tcPr>
          <w:p w14:paraId="60648525" w14:textId="77777777" w:rsidR="00BD4241" w:rsidRPr="00B539EB" w:rsidRDefault="00BD4241">
            <w:pPr>
              <w:pBdr>
                <w:bottom w:val="dotted" w:sz="6" w:space="0" w:color="999999"/>
              </w:pBdr>
              <w:spacing w:after="80"/>
              <w:rPr>
                <w:lang w:val="it-IT"/>
              </w:rPr>
            </w:pPr>
          </w:p>
          <w:p w14:paraId="0B54D5C1" w14:textId="77777777" w:rsidR="00BD4241" w:rsidRPr="00B539EB" w:rsidRDefault="00BD4241">
            <w:pPr>
              <w:pBdr>
                <w:bottom w:val="dotted" w:sz="6" w:space="0" w:color="999999"/>
              </w:pBdr>
              <w:spacing w:after="80"/>
              <w:rPr>
                <w:lang w:val="it-IT"/>
              </w:rPr>
            </w:pPr>
          </w:p>
        </w:tc>
      </w:tr>
    </w:tbl>
    <w:p w14:paraId="19288D7C" w14:textId="77777777" w:rsidR="00BD4241" w:rsidRPr="00B539EB" w:rsidRDefault="00BD4241">
      <w:pPr>
        <w:spacing w:line="168" w:lineRule="auto"/>
        <w:rPr>
          <w:lang w:val="it-IT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1606"/>
        <w:gridCol w:w="803"/>
        <w:gridCol w:w="803"/>
        <w:gridCol w:w="803"/>
        <w:gridCol w:w="2409"/>
      </w:tblGrid>
      <w:tr w:rsidR="00BD4241" w14:paraId="02B56E76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43C8A02B" w14:textId="77777777" w:rsidR="00BD4241" w:rsidRDefault="00000000">
            <w:pPr>
              <w:keepNext/>
            </w:pPr>
            <w:r w:rsidRPr="00B539EB">
              <w:rPr>
                <w:b/>
                <w:sz w:val="16"/>
                <w:lang w:val="it-IT"/>
              </w:rPr>
              <w:t xml:space="preserve"> </w:t>
            </w:r>
            <w:r>
              <w:rPr>
                <w:b/>
                <w:sz w:val="16"/>
              </w:rPr>
              <w:t xml:space="preserve">3. </w:t>
            </w:r>
            <w:r>
              <w:rPr>
                <w:b/>
                <w:color w:val="000000"/>
                <w:sz w:val="18"/>
              </w:rPr>
              <w:t>IMOBILUL/ELE</w:t>
            </w:r>
          </w:p>
        </w:tc>
      </w:tr>
      <w:tr w:rsidR="00BD4241" w14:paraId="1CA69627" w14:textId="77777777">
        <w:trPr>
          <w:cantSplit/>
        </w:trPr>
        <w:tc>
          <w:tcPr>
            <w:tcW w:w="9636" w:type="dxa"/>
            <w:gridSpan w:val="7"/>
          </w:tcPr>
          <w:p w14:paraId="055B5A5F" w14:textId="77777777" w:rsidR="00BD4241" w:rsidRDefault="00000000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</w:tr>
      <w:tr w:rsidR="00BD4241" w14:paraId="4648DBC2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3DDB2402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</w:t>
            </w:r>
            <w:proofErr w:type="spellEnd"/>
          </w:p>
          <w:p w14:paraId="1B01471E" w14:textId="77777777" w:rsidR="00BD4241" w:rsidRDefault="00BD4241">
            <w:pPr>
              <w:keepNext/>
            </w:pPr>
          </w:p>
        </w:tc>
        <w:tc>
          <w:tcPr>
            <w:tcW w:w="3212" w:type="dxa"/>
            <w:gridSpan w:val="3"/>
          </w:tcPr>
          <w:p w14:paraId="1B1218BA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Municipiu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comună</w:t>
            </w:r>
            <w:proofErr w:type="spellEnd"/>
          </w:p>
          <w:p w14:paraId="204B4E58" w14:textId="77777777" w:rsidR="00BD4241" w:rsidRDefault="00BD4241">
            <w:pPr>
              <w:keepNext/>
            </w:pPr>
          </w:p>
        </w:tc>
        <w:tc>
          <w:tcPr>
            <w:tcW w:w="3212" w:type="dxa"/>
            <w:gridSpan w:val="2"/>
          </w:tcPr>
          <w:p w14:paraId="04095758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7568887B" w14:textId="77777777" w:rsidR="00BD4241" w:rsidRDefault="00BD4241">
            <w:pPr>
              <w:keepNext/>
            </w:pPr>
          </w:p>
        </w:tc>
      </w:tr>
      <w:tr w:rsidR="00BD4241" w14:paraId="413F74BA" w14:textId="77777777">
        <w:trPr>
          <w:cantSplit/>
          <w:trHeight w:val="510"/>
        </w:trPr>
        <w:tc>
          <w:tcPr>
            <w:tcW w:w="1606" w:type="dxa"/>
          </w:tcPr>
          <w:p w14:paraId="74236BBA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0DE8BF00" w14:textId="77777777" w:rsidR="00BD4241" w:rsidRDefault="00BD4241">
            <w:pPr>
              <w:keepNext/>
            </w:pPr>
          </w:p>
        </w:tc>
        <w:tc>
          <w:tcPr>
            <w:tcW w:w="4818" w:type="dxa"/>
            <w:gridSpan w:val="4"/>
          </w:tcPr>
          <w:p w14:paraId="34F4235D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14FD81C0" w14:textId="77777777" w:rsidR="00BD4241" w:rsidRDefault="00BD4241">
            <w:pPr>
              <w:keepNext/>
            </w:pPr>
          </w:p>
        </w:tc>
        <w:tc>
          <w:tcPr>
            <w:tcW w:w="803" w:type="dxa"/>
          </w:tcPr>
          <w:p w14:paraId="5C6769DB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0654DEDD" w14:textId="77777777" w:rsidR="00BD4241" w:rsidRDefault="00BD4241">
            <w:pPr>
              <w:keepNext/>
            </w:pPr>
          </w:p>
        </w:tc>
        <w:tc>
          <w:tcPr>
            <w:tcW w:w="2409" w:type="dxa"/>
          </w:tcPr>
          <w:p w14:paraId="00F671C5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09774FDD" w14:textId="77777777" w:rsidR="00BD4241" w:rsidRDefault="00BD4241">
            <w:pPr>
              <w:keepNext/>
            </w:pPr>
          </w:p>
        </w:tc>
      </w:tr>
      <w:tr w:rsidR="00BD4241" w14:paraId="06DC80B1" w14:textId="77777777">
        <w:trPr>
          <w:cantSplit/>
          <w:trHeight w:val="510"/>
        </w:trPr>
        <w:tc>
          <w:tcPr>
            <w:tcW w:w="5621" w:type="dxa"/>
            <w:gridSpan w:val="4"/>
          </w:tcPr>
          <w:p w14:paraId="3A6DE5B1" w14:textId="77777777" w:rsidR="00BD4241" w:rsidRPr="00A256C2" w:rsidRDefault="00000000">
            <w:pPr>
              <w:keepNext/>
              <w:rPr>
                <w:lang w:val="fr-FR"/>
              </w:rPr>
            </w:pPr>
            <w:proofErr w:type="spellStart"/>
            <w:r w:rsidRPr="00A256C2">
              <w:rPr>
                <w:b/>
                <w:color w:val="0D5F78"/>
                <w:lang w:val="fr-FR"/>
              </w:rPr>
              <w:t>Număr</w:t>
            </w:r>
            <w:proofErr w:type="spellEnd"/>
            <w:r w:rsidRPr="00A256C2">
              <w:rPr>
                <w:b/>
                <w:color w:val="0D5F78"/>
                <w:lang w:val="fr-FR"/>
              </w:rPr>
              <w:t xml:space="preserve"> cadastral/</w:t>
            </w:r>
            <w:proofErr w:type="spellStart"/>
            <w:r w:rsidRPr="00A256C2">
              <w:rPr>
                <w:b/>
                <w:color w:val="0D5F78"/>
                <w:lang w:val="fr-FR"/>
              </w:rPr>
              <w:t>ele</w:t>
            </w:r>
            <w:proofErr w:type="spellEnd"/>
          </w:p>
          <w:p w14:paraId="2511787E" w14:textId="77777777" w:rsidR="00BD4241" w:rsidRPr="00A256C2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A256C2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A256C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în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e-Terra</w:t>
            </w:r>
          </w:p>
          <w:p w14:paraId="2A482E4D" w14:textId="77777777" w:rsidR="00BD4241" w:rsidRPr="00A256C2" w:rsidRDefault="00BD4241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2E25001D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5C821E97" w14:textId="77777777" w:rsidR="00BD4241" w:rsidRDefault="00BD4241">
            <w:pPr>
              <w:keepNext/>
            </w:pPr>
          </w:p>
        </w:tc>
      </w:tr>
      <w:tr w:rsidR="00BD4241" w14:paraId="3BF4AAB7" w14:textId="77777777">
        <w:trPr>
          <w:cantSplit/>
          <w:trHeight w:val="510"/>
        </w:trPr>
        <w:tc>
          <w:tcPr>
            <w:tcW w:w="4818" w:type="dxa"/>
            <w:gridSpan w:val="3"/>
          </w:tcPr>
          <w:p w14:paraId="5441C71D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Suprafața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terenului</w:t>
            </w:r>
            <w:proofErr w:type="spellEnd"/>
            <w:r>
              <w:rPr>
                <w:b/>
                <w:color w:val="0D5F78"/>
              </w:rPr>
              <w:t xml:space="preserve"> (m²)</w:t>
            </w:r>
          </w:p>
          <w:p w14:paraId="7A8081F1" w14:textId="77777777" w:rsidR="00BD4241" w:rsidRDefault="00BD4241">
            <w:pPr>
              <w:keepNext/>
            </w:pPr>
          </w:p>
        </w:tc>
        <w:tc>
          <w:tcPr>
            <w:tcW w:w="4818" w:type="dxa"/>
            <w:gridSpan w:val="4"/>
          </w:tcPr>
          <w:p w14:paraId="2F05F5A9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Suprafața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construcției</w:t>
            </w:r>
            <w:proofErr w:type="spellEnd"/>
            <w:r>
              <w:rPr>
                <w:b/>
                <w:color w:val="0D5F78"/>
              </w:rPr>
              <w:t xml:space="preserve"> (m²)</w:t>
            </w:r>
          </w:p>
          <w:p w14:paraId="12AE18A8" w14:textId="77777777" w:rsidR="00BD4241" w:rsidRDefault="00BD4241">
            <w:pPr>
              <w:keepNext/>
            </w:pPr>
          </w:p>
        </w:tc>
      </w:tr>
    </w:tbl>
    <w:p w14:paraId="05AFE76A" w14:textId="77777777" w:rsidR="00BD4241" w:rsidRDefault="00BD4241">
      <w:pPr>
        <w:spacing w:line="168" w:lineRule="auto"/>
      </w:pPr>
    </w:p>
    <w:p w14:paraId="484D8D92" w14:textId="77777777" w:rsidR="00BD4241" w:rsidRDefault="00000000">
      <w:r>
        <w:br w:type="page"/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14:paraId="59225C5D" w14:textId="77777777">
        <w:trPr>
          <w:cantSplit/>
        </w:trPr>
        <w:tc>
          <w:tcPr>
            <w:tcW w:w="9636" w:type="dxa"/>
            <w:shd w:val="clear" w:color="auto" w:fill="F4F4F4"/>
          </w:tcPr>
          <w:p w14:paraId="623CFF7D" w14:textId="77777777" w:rsidR="00BD4241" w:rsidRDefault="00000000">
            <w:pPr>
              <w:keepNext/>
            </w:pPr>
            <w:r>
              <w:rPr>
                <w:b/>
                <w:sz w:val="16"/>
              </w:rPr>
              <w:lastRenderedPageBreak/>
              <w:t xml:space="preserve"> 4. </w:t>
            </w:r>
            <w:r>
              <w:rPr>
                <w:b/>
                <w:color w:val="000000"/>
                <w:sz w:val="18"/>
              </w:rPr>
              <w:t>ÎNCADRAREA LUCRĂRILOR</w:t>
            </w:r>
          </w:p>
        </w:tc>
      </w:tr>
      <w:tr w:rsidR="00BD4241" w:rsidRPr="004767E6" w14:paraId="6D8D566C" w14:textId="77777777">
        <w:trPr>
          <w:cantSplit/>
        </w:trPr>
        <w:tc>
          <w:tcPr>
            <w:tcW w:w="9636" w:type="dxa"/>
            <w:shd w:val="clear" w:color="auto" w:fill="F4F4F4"/>
          </w:tcPr>
          <w:p w14:paraId="163E4297" w14:textId="25D66D26" w:rsidR="00BD4241" w:rsidRPr="00917520" w:rsidRDefault="00000000">
            <w:pPr>
              <w:keepNext/>
              <w:rPr>
                <w:b/>
                <w:bCs/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</w:t>
            </w:r>
            <w:r w:rsidRPr="00917520">
              <w:rPr>
                <w:b/>
                <w:bCs/>
                <w:sz w:val="16"/>
                <w:lang w:val="fr-FR"/>
              </w:rPr>
              <w:t xml:space="preserve">A ·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Lucrări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de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construcții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noi</w:t>
            </w:r>
            <w:proofErr w:type="spellEnd"/>
          </w:p>
        </w:tc>
      </w:tr>
      <w:tr w:rsidR="00BD4241" w:rsidRPr="004767E6" w14:paraId="4CBB7AF4" w14:textId="77777777">
        <w:trPr>
          <w:cantSplit/>
        </w:trPr>
        <w:tc>
          <w:tcPr>
            <w:tcW w:w="9636" w:type="dxa"/>
          </w:tcPr>
          <w:p w14:paraId="62395695" w14:textId="77777777" w:rsidR="00BD4241" w:rsidRPr="00A256C2" w:rsidRDefault="00000000">
            <w:pPr>
              <w:keepNext/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☐ </w:t>
            </w:r>
            <w:proofErr w:type="spellStart"/>
            <w:r w:rsidRPr="00A256C2">
              <w:rPr>
                <w:sz w:val="16"/>
                <w:lang w:val="fr-FR"/>
              </w:rPr>
              <w:t>clădiri</w:t>
            </w:r>
            <w:proofErr w:type="spellEnd"/>
            <w:r w:rsidRPr="00A256C2">
              <w:rPr>
                <w:sz w:val="16"/>
                <w:lang w:val="fr-FR"/>
              </w:rPr>
              <w:t xml:space="preserve"> civile     ☐ </w:t>
            </w:r>
            <w:proofErr w:type="spellStart"/>
            <w:r w:rsidRPr="00A256C2">
              <w:rPr>
                <w:sz w:val="16"/>
                <w:lang w:val="fr-FR"/>
              </w:rPr>
              <w:t>clădiri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industriale</w:t>
            </w:r>
            <w:proofErr w:type="spellEnd"/>
            <w:r w:rsidRPr="00A256C2">
              <w:rPr>
                <w:sz w:val="16"/>
                <w:lang w:val="fr-FR"/>
              </w:rPr>
              <w:t xml:space="preserve">     ☐ </w:t>
            </w:r>
            <w:proofErr w:type="spellStart"/>
            <w:r w:rsidRPr="00A256C2">
              <w:rPr>
                <w:sz w:val="16"/>
                <w:lang w:val="fr-FR"/>
              </w:rPr>
              <w:t>clădiri</w:t>
            </w:r>
            <w:proofErr w:type="spellEnd"/>
            <w:r w:rsidRPr="00A256C2">
              <w:rPr>
                <w:sz w:val="16"/>
                <w:lang w:val="fr-FR"/>
              </w:rPr>
              <w:t xml:space="preserve"> agricole     ☐ </w:t>
            </w:r>
            <w:proofErr w:type="spellStart"/>
            <w:r w:rsidRPr="00A256C2">
              <w:rPr>
                <w:sz w:val="16"/>
                <w:lang w:val="fr-FR"/>
              </w:rPr>
              <w:t>construcții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cu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caracter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special</w:t>
            </w:r>
            <w:proofErr w:type="spellEnd"/>
          </w:p>
        </w:tc>
      </w:tr>
      <w:tr w:rsidR="00BD4241" w:rsidRPr="004767E6" w14:paraId="00BD24BB" w14:textId="77777777">
        <w:trPr>
          <w:cantSplit/>
        </w:trPr>
        <w:tc>
          <w:tcPr>
            <w:tcW w:w="9636" w:type="dxa"/>
            <w:shd w:val="clear" w:color="auto" w:fill="F4F4F4"/>
          </w:tcPr>
          <w:p w14:paraId="4F68C0E6" w14:textId="043F5594" w:rsidR="00BD4241" w:rsidRPr="00A256C2" w:rsidRDefault="00000000">
            <w:pPr>
              <w:keepNext/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proofErr w:type="gramStart"/>
            <w:r w:rsidR="00917520">
              <w:rPr>
                <w:sz w:val="16"/>
                <w:lang w:val="fr-FR"/>
              </w:rPr>
              <w:t>r</w:t>
            </w:r>
            <w:r w:rsidRPr="00A256C2">
              <w:rPr>
                <w:sz w:val="16"/>
                <w:lang w:val="fr-FR"/>
              </w:rPr>
              <w:t>ealizate</w:t>
            </w:r>
            <w:proofErr w:type="spellEnd"/>
            <w:proofErr w:type="gramEnd"/>
            <w:r w:rsidR="00A256C2">
              <w:rPr>
                <w:sz w:val="16"/>
                <w:lang w:val="fr-FR"/>
              </w:rPr>
              <w:t xml:space="preserve"> </w:t>
            </w:r>
            <w:r w:rsidR="00A256C2" w:rsidRPr="00A256C2">
              <w:rPr>
                <w:sz w:val="16"/>
                <w:lang w:val="fr-FR"/>
              </w:rPr>
              <w:t xml:space="preserve">(se va </w:t>
            </w:r>
            <w:proofErr w:type="spellStart"/>
            <w:r w:rsidR="00A256C2" w:rsidRPr="00A256C2">
              <w:rPr>
                <w:sz w:val="16"/>
                <w:lang w:val="fr-FR"/>
              </w:rPr>
              <w:t>bifa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, </w:t>
            </w:r>
            <w:proofErr w:type="spellStart"/>
            <w:r w:rsidR="00A256C2" w:rsidRPr="00A256C2">
              <w:rPr>
                <w:sz w:val="16"/>
                <w:lang w:val="fr-FR"/>
              </w:rPr>
              <w:t>în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 w:rsidRPr="00A256C2">
              <w:rPr>
                <w:sz w:val="16"/>
                <w:lang w:val="fr-FR"/>
              </w:rPr>
              <w:t>masura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>
              <w:rPr>
                <w:sz w:val="16"/>
                <w:lang w:val="fr-FR"/>
              </w:rPr>
              <w:t>î</w:t>
            </w:r>
            <w:r w:rsidR="00A256C2" w:rsidRPr="00A256C2">
              <w:rPr>
                <w:sz w:val="16"/>
                <w:lang w:val="fr-FR"/>
              </w:rPr>
              <w:t>n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 care </w:t>
            </w:r>
            <w:proofErr w:type="spellStart"/>
            <w:r w:rsidR="00A256C2" w:rsidRPr="00A256C2">
              <w:rPr>
                <w:sz w:val="16"/>
                <w:lang w:val="fr-FR"/>
              </w:rPr>
              <w:t>sunt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 w:rsidRPr="00A256C2">
              <w:rPr>
                <w:sz w:val="16"/>
                <w:lang w:val="fr-FR"/>
              </w:rPr>
              <w:t>cunoscute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 w:rsidRPr="00A256C2">
              <w:rPr>
                <w:sz w:val="16"/>
                <w:lang w:val="fr-FR"/>
              </w:rPr>
              <w:t>solicitantulu</w:t>
            </w:r>
            <w:r w:rsidR="00A256C2">
              <w:rPr>
                <w:sz w:val="16"/>
                <w:lang w:val="fr-FR"/>
              </w:rPr>
              <w:t>i</w:t>
            </w:r>
            <w:proofErr w:type="spellEnd"/>
            <w:r w:rsid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>
              <w:rPr>
                <w:sz w:val="16"/>
                <w:lang w:val="fr-FR"/>
              </w:rPr>
              <w:t>informațiile</w:t>
            </w:r>
            <w:proofErr w:type="spellEnd"/>
            <w:r w:rsid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>
              <w:rPr>
                <w:sz w:val="16"/>
                <w:lang w:val="fr-FR"/>
              </w:rPr>
              <w:t>cu</w:t>
            </w:r>
            <w:proofErr w:type="spellEnd"/>
            <w:r w:rsid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>
              <w:rPr>
                <w:sz w:val="16"/>
                <w:lang w:val="fr-FR"/>
              </w:rPr>
              <w:t>privire</w:t>
            </w:r>
            <w:proofErr w:type="spellEnd"/>
            <w:r w:rsidR="00A256C2">
              <w:rPr>
                <w:sz w:val="16"/>
                <w:lang w:val="fr-FR"/>
              </w:rPr>
              <w:t xml:space="preserve"> la </w:t>
            </w:r>
            <w:proofErr w:type="spellStart"/>
            <w:r w:rsidR="00A256C2">
              <w:rPr>
                <w:sz w:val="16"/>
                <w:lang w:val="fr-FR"/>
              </w:rPr>
              <w:t>amplasarea</w:t>
            </w:r>
            <w:proofErr w:type="spellEnd"/>
            <w:r w:rsid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>
              <w:rPr>
                <w:sz w:val="16"/>
                <w:lang w:val="fr-FR"/>
              </w:rPr>
              <w:t>în</w:t>
            </w:r>
            <w:proofErr w:type="spellEnd"/>
            <w:r w:rsidR="00A256C2">
              <w:rPr>
                <w:sz w:val="16"/>
                <w:lang w:val="fr-FR"/>
              </w:rPr>
              <w:t xml:space="preserve"> zona de </w:t>
            </w:r>
            <w:proofErr w:type="spellStart"/>
            <w:r w:rsidR="00A256C2">
              <w:rPr>
                <w:sz w:val="16"/>
                <w:lang w:val="fr-FR"/>
              </w:rPr>
              <w:t>protecție</w:t>
            </w:r>
            <w:proofErr w:type="spellEnd"/>
            <w:r w:rsidR="00A256C2">
              <w:rPr>
                <w:sz w:val="16"/>
                <w:lang w:val="fr-FR"/>
              </w:rPr>
              <w:t>/</w:t>
            </w:r>
            <w:proofErr w:type="spellStart"/>
            <w:r w:rsidR="00A256C2">
              <w:rPr>
                <w:sz w:val="16"/>
                <w:lang w:val="fr-FR"/>
              </w:rPr>
              <w:t>protejată</w:t>
            </w:r>
            <w:proofErr w:type="spellEnd"/>
            <w:r w:rsidR="00A256C2" w:rsidRPr="00A256C2">
              <w:rPr>
                <w:sz w:val="16"/>
                <w:lang w:val="fr-FR"/>
              </w:rPr>
              <w:t>)</w:t>
            </w:r>
            <w:r w:rsidR="00A256C2"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>:</w:t>
            </w:r>
          </w:p>
        </w:tc>
      </w:tr>
      <w:tr w:rsidR="00BD4241" w:rsidRPr="004767E6" w14:paraId="16707DF8" w14:textId="77777777">
        <w:trPr>
          <w:cantSplit/>
        </w:trPr>
        <w:tc>
          <w:tcPr>
            <w:tcW w:w="9636" w:type="dxa"/>
          </w:tcPr>
          <w:p w14:paraId="1830A858" w14:textId="6C166497" w:rsidR="00A256C2" w:rsidRDefault="00000000">
            <w:pPr>
              <w:keepNext/>
              <w:rPr>
                <w:sz w:val="16"/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☐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afara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zonei</w:t>
            </w:r>
            <w:proofErr w:type="spellEnd"/>
            <w:r w:rsidRPr="00A256C2">
              <w:rPr>
                <w:sz w:val="16"/>
                <w:lang w:val="fr-FR"/>
              </w:rPr>
              <w:t xml:space="preserve"> de </w:t>
            </w:r>
            <w:proofErr w:type="spellStart"/>
            <w:r w:rsidRPr="00A256C2">
              <w:rPr>
                <w:sz w:val="16"/>
                <w:lang w:val="fr-FR"/>
              </w:rPr>
              <w:t>protecție</w:t>
            </w:r>
            <w:proofErr w:type="spellEnd"/>
            <w:r w:rsidRPr="00A256C2">
              <w:rPr>
                <w:sz w:val="16"/>
                <w:lang w:val="fr-FR"/>
              </w:rPr>
              <w:t xml:space="preserve"> a </w:t>
            </w:r>
            <w:proofErr w:type="spellStart"/>
            <w:r w:rsidRPr="00A256C2">
              <w:rPr>
                <w:sz w:val="16"/>
                <w:lang w:val="fr-FR"/>
              </w:rPr>
              <w:t>monumentelor</w:t>
            </w:r>
            <w:proofErr w:type="spellEnd"/>
            <w:r w:rsidRPr="00A256C2">
              <w:rPr>
                <w:sz w:val="16"/>
                <w:lang w:val="fr-FR"/>
              </w:rPr>
              <w:t xml:space="preserve">     ☐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zona de </w:t>
            </w:r>
            <w:proofErr w:type="spellStart"/>
            <w:r w:rsidRPr="00A256C2">
              <w:rPr>
                <w:sz w:val="16"/>
                <w:lang w:val="fr-FR"/>
              </w:rPr>
              <w:t>protecție</w:t>
            </w:r>
            <w:proofErr w:type="spellEnd"/>
            <w:r w:rsidRPr="00A256C2">
              <w:rPr>
                <w:sz w:val="16"/>
                <w:lang w:val="fr-FR"/>
              </w:rPr>
              <w:t xml:space="preserve"> a </w:t>
            </w:r>
            <w:proofErr w:type="spellStart"/>
            <w:r w:rsidRPr="00A256C2">
              <w:rPr>
                <w:sz w:val="16"/>
                <w:lang w:val="fr-FR"/>
              </w:rPr>
              <w:t>monumentelor</w:t>
            </w:r>
            <w:proofErr w:type="spellEnd"/>
            <w:r w:rsidRPr="00A256C2">
              <w:rPr>
                <w:sz w:val="16"/>
                <w:lang w:val="fr-FR"/>
              </w:rPr>
              <w:t xml:space="preserve">     ☐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afara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zonelor</w:t>
            </w:r>
            <w:proofErr w:type="spellEnd"/>
            <w:r w:rsidRPr="00A256C2">
              <w:rPr>
                <w:sz w:val="16"/>
                <w:lang w:val="fr-FR"/>
              </w:rPr>
              <w:t xml:space="preserve"> construite </w:t>
            </w:r>
            <w:proofErr w:type="spellStart"/>
            <w:r w:rsidRPr="00A256C2">
              <w:rPr>
                <w:sz w:val="16"/>
                <w:lang w:val="fr-FR"/>
              </w:rPr>
              <w:t>protejate</w:t>
            </w:r>
            <w:proofErr w:type="spellEnd"/>
            <w:r w:rsidRPr="00A256C2">
              <w:rPr>
                <w:sz w:val="16"/>
                <w:lang w:val="fr-FR"/>
              </w:rPr>
              <w:t xml:space="preserve">     </w:t>
            </w:r>
          </w:p>
          <w:p w14:paraId="7336BFFF" w14:textId="18BC78A2" w:rsidR="00BD4241" w:rsidRPr="00A256C2" w:rsidRDefault="00A256C2">
            <w:pPr>
              <w:keepNext/>
              <w:rPr>
                <w:lang w:val="fr-FR"/>
              </w:rPr>
            </w:pPr>
            <w:r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zone construite </w:t>
            </w:r>
            <w:proofErr w:type="spellStart"/>
            <w:r w:rsidRPr="00A256C2">
              <w:rPr>
                <w:sz w:val="16"/>
                <w:lang w:val="fr-FR"/>
              </w:rPr>
              <w:t>protejate</w:t>
            </w:r>
            <w:proofErr w:type="spellEnd"/>
            <w:r>
              <w:rPr>
                <w:sz w:val="16"/>
                <w:lang w:val="fr-FR"/>
              </w:rPr>
              <w:t xml:space="preserve">                              </w:t>
            </w:r>
            <w:r w:rsidRPr="00A256C2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A256C2">
              <w:rPr>
                <w:sz w:val="16"/>
                <w:lang w:val="fr-FR"/>
              </w:rPr>
              <w:t xml:space="preserve"> </w:t>
            </w:r>
            <w:r>
              <w:rPr>
                <w:sz w:val="16"/>
                <w:lang w:val="fr-FR"/>
              </w:rPr>
              <w:t xml:space="preserve">nu </w:t>
            </w:r>
            <w:proofErr w:type="spellStart"/>
            <w:r>
              <w:rPr>
                <w:sz w:val="16"/>
                <w:lang w:val="fr-FR"/>
              </w:rPr>
              <w:t>sunt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cunoscute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solicitantului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astfel</w:t>
            </w:r>
            <w:proofErr w:type="spellEnd"/>
            <w:r>
              <w:rPr>
                <w:sz w:val="16"/>
                <w:lang w:val="fr-FR"/>
              </w:rPr>
              <w:t xml:space="preserve"> de </w:t>
            </w:r>
            <w:proofErr w:type="spellStart"/>
            <w:r>
              <w:rPr>
                <w:sz w:val="16"/>
                <w:lang w:val="fr-FR"/>
              </w:rPr>
              <w:t>informații</w:t>
            </w:r>
            <w:proofErr w:type="spellEnd"/>
            <w:r w:rsidRPr="00A256C2">
              <w:rPr>
                <w:sz w:val="16"/>
                <w:lang w:val="fr-FR"/>
              </w:rPr>
              <w:t xml:space="preserve">     </w:t>
            </w:r>
          </w:p>
        </w:tc>
      </w:tr>
      <w:tr w:rsidR="00BD4241" w:rsidRPr="00917520" w14:paraId="53A5BE4F" w14:textId="77777777">
        <w:trPr>
          <w:cantSplit/>
        </w:trPr>
        <w:tc>
          <w:tcPr>
            <w:tcW w:w="9636" w:type="dxa"/>
            <w:shd w:val="clear" w:color="auto" w:fill="F4F4F4"/>
          </w:tcPr>
          <w:p w14:paraId="751C5C80" w14:textId="05C93D1A" w:rsidR="00917520" w:rsidRDefault="00000000">
            <w:pPr>
              <w:keepNext/>
              <w:rPr>
                <w:b/>
                <w:bCs/>
                <w:sz w:val="16"/>
                <w:lang w:val="fr-FR"/>
              </w:rPr>
            </w:pPr>
            <w:r w:rsidRPr="00917520">
              <w:rPr>
                <w:b/>
                <w:bCs/>
                <w:sz w:val="16"/>
                <w:lang w:val="fr-FR"/>
              </w:rPr>
              <w:t xml:space="preserve"> B</w:t>
            </w:r>
            <w:r w:rsidR="00917520">
              <w:rPr>
                <w:b/>
                <w:bCs/>
                <w:sz w:val="16"/>
                <w:lang w:val="fr-FR"/>
              </w:rPr>
              <w:t>.</w:t>
            </w:r>
            <w:r w:rsidRPr="00917520">
              <w:rPr>
                <w:b/>
                <w:bCs/>
                <w:sz w:val="16"/>
                <w:lang w:val="fr-FR"/>
              </w:rPr>
              <w:t xml:space="preserve"> ·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Intervenții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asupra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construcțiilor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existente</w:t>
            </w:r>
            <w:proofErr w:type="spellEnd"/>
            <w:r w:rsidR="00917520"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="00917520">
              <w:rPr>
                <w:b/>
                <w:bCs/>
                <w:sz w:val="16"/>
                <w:lang w:val="fr-FR"/>
              </w:rPr>
              <w:t>realizate</w:t>
            </w:r>
            <w:proofErr w:type="spellEnd"/>
            <w:r w:rsidR="00917520">
              <w:rPr>
                <w:b/>
                <w:bCs/>
                <w:sz w:val="16"/>
                <w:lang w:val="fr-FR"/>
              </w:rPr>
              <w:t xml:space="preserve"> : </w:t>
            </w:r>
          </w:p>
          <w:p w14:paraId="749D5A7F" w14:textId="7913D592" w:rsidR="00BD4241" w:rsidRPr="00917520" w:rsidRDefault="00917520">
            <w:pPr>
              <w:keepNext/>
              <w:rPr>
                <w:b/>
                <w:bCs/>
                <w:lang w:val="fr-FR"/>
              </w:rPr>
            </w:pPr>
            <w:r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>☐</w:t>
            </w:r>
            <w:r>
              <w:rPr>
                <w:sz w:val="16"/>
                <w:lang w:val="fr-FR"/>
              </w:rPr>
              <w:t xml:space="preserve"> </w:t>
            </w:r>
            <w:r w:rsidRPr="00917520">
              <w:rPr>
                <w:b/>
                <w:bCs/>
                <w:sz w:val="16"/>
                <w:lang w:val="fr-FR"/>
              </w:rPr>
              <w:t xml:space="preserve">B.1. </w:t>
            </w:r>
            <w:proofErr w:type="gramStart"/>
            <w:r w:rsidRPr="00917520">
              <w:rPr>
                <w:b/>
                <w:bCs/>
                <w:sz w:val="16"/>
                <w:lang w:val="fr-FR"/>
              </w:rPr>
              <w:t>la</w:t>
            </w:r>
            <w:proofErr w:type="gram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alte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clădiri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decât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cele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prevăzute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la lit. B.2)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și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B.3)</w:t>
            </w:r>
          </w:p>
        </w:tc>
      </w:tr>
      <w:tr w:rsidR="00BD4241" w14:paraId="68DB9200" w14:textId="77777777">
        <w:trPr>
          <w:cantSplit/>
        </w:trPr>
        <w:tc>
          <w:tcPr>
            <w:tcW w:w="9636" w:type="dxa"/>
            <w:shd w:val="clear" w:color="auto" w:fill="F4F4F4"/>
          </w:tcPr>
          <w:p w14:paraId="43929143" w14:textId="09946C98" w:rsidR="00BD4241" w:rsidRPr="00917520" w:rsidRDefault="00000000">
            <w:pPr>
              <w:keepNext/>
              <w:rPr>
                <w:b/>
                <w:bCs/>
                <w:sz w:val="16"/>
              </w:rPr>
            </w:pPr>
            <w:r>
              <w:rPr>
                <w:sz w:val="16"/>
              </w:rPr>
              <w:t xml:space="preserve"> </w:t>
            </w:r>
            <w:r w:rsidR="00917520" w:rsidRPr="00A256C2">
              <w:rPr>
                <w:sz w:val="16"/>
                <w:lang w:val="fr-FR"/>
              </w:rPr>
              <w:t>☐</w:t>
            </w:r>
            <w:r w:rsidR="00917520">
              <w:rPr>
                <w:sz w:val="16"/>
                <w:lang w:val="fr-FR"/>
              </w:rPr>
              <w:t xml:space="preserve"> </w:t>
            </w:r>
            <w:proofErr w:type="gramStart"/>
            <w:r w:rsidRPr="00917520">
              <w:rPr>
                <w:b/>
                <w:bCs/>
                <w:sz w:val="16"/>
              </w:rPr>
              <w:t xml:space="preserve">B.2 </w:t>
            </w:r>
            <w:r w:rsidR="00917520">
              <w:rPr>
                <w:b/>
                <w:bCs/>
                <w:sz w:val="16"/>
              </w:rPr>
              <w:t>.</w:t>
            </w:r>
            <w:proofErr w:type="gramEnd"/>
            <w:r w:rsidRPr="00917520">
              <w:rPr>
                <w:b/>
                <w:bCs/>
                <w:sz w:val="16"/>
              </w:rPr>
              <w:t>·l</w:t>
            </w:r>
            <w:r w:rsidR="00917520" w:rsidRPr="00917520">
              <w:rPr>
                <w:b/>
                <w:bCs/>
                <w:sz w:val="16"/>
              </w:rPr>
              <w:t xml:space="preserve">a </w:t>
            </w:r>
            <w:proofErr w:type="spellStart"/>
            <w:proofErr w:type="gramStart"/>
            <w:r w:rsidR="00917520" w:rsidRPr="00917520">
              <w:rPr>
                <w:b/>
                <w:bCs/>
                <w:sz w:val="16"/>
              </w:rPr>
              <w:t>construcții</w:t>
            </w:r>
            <w:proofErr w:type="spellEnd"/>
            <w:r w:rsidRPr="00917520">
              <w:rPr>
                <w:b/>
                <w:bCs/>
                <w:sz w:val="16"/>
              </w:rPr>
              <w:t>:</w:t>
            </w:r>
            <w:proofErr w:type="gramEnd"/>
          </w:p>
        </w:tc>
      </w:tr>
      <w:tr w:rsidR="00BD4241" w:rsidRPr="004767E6" w14:paraId="38C10CCA" w14:textId="77777777">
        <w:trPr>
          <w:cantSplit/>
        </w:trPr>
        <w:tc>
          <w:tcPr>
            <w:tcW w:w="9636" w:type="dxa"/>
          </w:tcPr>
          <w:p w14:paraId="4A7D01F6" w14:textId="75013ED7" w:rsidR="00BD4241" w:rsidRPr="00B539EB" w:rsidRDefault="00000000">
            <w:pPr>
              <w:keepNext/>
              <w:rPr>
                <w:lang w:val="it-IT"/>
              </w:rPr>
            </w:pPr>
            <w:r w:rsidRPr="00B539EB">
              <w:rPr>
                <w:sz w:val="16"/>
                <w:lang w:val="it-IT"/>
              </w:rPr>
              <w:t>☐ monument istoric stabilite potrivit Legii nr. 422/2001 privind protejarea monumentelor istorice, republicată, cu modificările și completările ulterioare, inclusiv la anexele acestora identificate în același imobil (teren și/sau construcții)</w:t>
            </w:r>
          </w:p>
        </w:tc>
      </w:tr>
      <w:tr w:rsidR="00BD4241" w:rsidRPr="004767E6" w14:paraId="68A8984F" w14:textId="77777777">
        <w:trPr>
          <w:cantSplit/>
        </w:trPr>
        <w:tc>
          <w:tcPr>
            <w:tcW w:w="9636" w:type="dxa"/>
          </w:tcPr>
          <w:p w14:paraId="611473BA" w14:textId="6A0B37E4" w:rsidR="00BD4241" w:rsidRPr="00B539EB" w:rsidRDefault="00000000">
            <w:pPr>
              <w:keepNext/>
              <w:rPr>
                <w:lang w:val="it-IT"/>
              </w:rPr>
            </w:pPr>
            <w:r w:rsidRPr="00B539EB">
              <w:rPr>
                <w:sz w:val="16"/>
                <w:lang w:val="it-IT"/>
              </w:rPr>
              <w:t>☐ aflate în zona de protecție a monumentelor istorice</w:t>
            </w:r>
          </w:p>
        </w:tc>
      </w:tr>
      <w:tr w:rsidR="00BD4241" w:rsidRPr="004767E6" w14:paraId="2E03D770" w14:textId="77777777">
        <w:trPr>
          <w:cantSplit/>
        </w:trPr>
        <w:tc>
          <w:tcPr>
            <w:tcW w:w="9636" w:type="dxa"/>
          </w:tcPr>
          <w:p w14:paraId="26E80490" w14:textId="059D6448" w:rsidR="00BD4241" w:rsidRPr="00A256C2" w:rsidRDefault="00000000">
            <w:pPr>
              <w:keepNext/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aflate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zone construite </w:t>
            </w:r>
            <w:proofErr w:type="spellStart"/>
            <w:r w:rsidRPr="00A256C2">
              <w:rPr>
                <w:sz w:val="16"/>
                <w:lang w:val="fr-FR"/>
              </w:rPr>
              <w:t>protejate</w:t>
            </w:r>
            <w:proofErr w:type="spellEnd"/>
            <w:r w:rsidRPr="00A256C2">
              <w:rPr>
                <w:sz w:val="16"/>
                <w:lang w:val="fr-FR"/>
              </w:rPr>
              <w:t xml:space="preserve">, </w:t>
            </w:r>
            <w:proofErr w:type="spellStart"/>
            <w:r w:rsidRPr="00A256C2">
              <w:rPr>
                <w:sz w:val="16"/>
                <w:lang w:val="fr-FR"/>
              </w:rPr>
              <w:t>stabilite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potrivit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legii</w:t>
            </w:r>
            <w:proofErr w:type="spellEnd"/>
          </w:p>
        </w:tc>
      </w:tr>
      <w:tr w:rsidR="00BD4241" w:rsidRPr="004767E6" w14:paraId="399BC221" w14:textId="77777777">
        <w:trPr>
          <w:cantSplit/>
        </w:trPr>
        <w:tc>
          <w:tcPr>
            <w:tcW w:w="9636" w:type="dxa"/>
          </w:tcPr>
          <w:p w14:paraId="646CB655" w14:textId="3A8D83ED" w:rsidR="00BD4241" w:rsidRPr="00A256C2" w:rsidRDefault="00000000">
            <w:pPr>
              <w:keepNext/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cu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valoare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arhitecturală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sau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istorică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deosebită</w:t>
            </w:r>
            <w:proofErr w:type="spellEnd"/>
            <w:r w:rsidRPr="00A256C2">
              <w:rPr>
                <w:sz w:val="16"/>
                <w:lang w:val="fr-FR"/>
              </w:rPr>
              <w:t xml:space="preserve">, </w:t>
            </w:r>
            <w:proofErr w:type="spellStart"/>
            <w:r w:rsidRPr="00A256C2">
              <w:rPr>
                <w:sz w:val="16"/>
                <w:lang w:val="fr-FR"/>
              </w:rPr>
              <w:t>stabilite</w:t>
            </w:r>
            <w:proofErr w:type="spellEnd"/>
            <w:r w:rsidRPr="00A256C2">
              <w:rPr>
                <w:sz w:val="16"/>
                <w:lang w:val="fr-FR"/>
              </w:rPr>
              <w:t xml:space="preserve"> prin </w:t>
            </w:r>
            <w:proofErr w:type="spellStart"/>
            <w:r w:rsidRPr="00A256C2">
              <w:rPr>
                <w:sz w:val="16"/>
                <w:lang w:val="fr-FR"/>
              </w:rPr>
              <w:t>documentații</w:t>
            </w:r>
            <w:proofErr w:type="spellEnd"/>
            <w:r w:rsidRPr="00A256C2">
              <w:rPr>
                <w:sz w:val="16"/>
                <w:lang w:val="fr-FR"/>
              </w:rPr>
              <w:t xml:space="preserve"> de </w:t>
            </w:r>
            <w:proofErr w:type="spellStart"/>
            <w:r w:rsidRPr="00A256C2">
              <w:rPr>
                <w:sz w:val="16"/>
                <w:lang w:val="fr-FR"/>
              </w:rPr>
              <w:t>urbanism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aprobate</w:t>
            </w:r>
            <w:proofErr w:type="spellEnd"/>
          </w:p>
        </w:tc>
      </w:tr>
      <w:tr w:rsidR="00BD4241" w:rsidRPr="00917520" w14:paraId="0E0553C6" w14:textId="77777777">
        <w:trPr>
          <w:cantSplit/>
        </w:trPr>
        <w:tc>
          <w:tcPr>
            <w:tcW w:w="9636" w:type="dxa"/>
            <w:shd w:val="clear" w:color="auto" w:fill="F4F4F4"/>
          </w:tcPr>
          <w:p w14:paraId="2773515E" w14:textId="1E16CC47" w:rsidR="00BD4241" w:rsidRPr="00917520" w:rsidRDefault="00917520">
            <w:pPr>
              <w:keepNext/>
              <w:rPr>
                <w:lang w:val="fr-FR"/>
              </w:rPr>
            </w:pPr>
            <w:proofErr w:type="gramStart"/>
            <w:r w:rsidRPr="00917520">
              <w:rPr>
                <w:b/>
                <w:bCs/>
                <w:sz w:val="16"/>
                <w:lang w:val="fr-FR"/>
              </w:rPr>
              <w:t>☐  B.3</w:t>
            </w:r>
            <w:proofErr w:type="gramEnd"/>
            <w:r w:rsidRPr="00917520">
              <w:rPr>
                <w:b/>
                <w:bCs/>
                <w:sz w:val="16"/>
                <w:lang w:val="fr-FR"/>
              </w:rPr>
              <w:t xml:space="preserve"> · la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clădiri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/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construcții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cu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caracter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special</w:t>
            </w:r>
            <w:proofErr w:type="spellEnd"/>
            <w:r w:rsidRPr="00917520">
              <w:rPr>
                <w:sz w:val="16"/>
                <w:lang w:val="fr-FR"/>
              </w:rPr>
              <w:t xml:space="preserve"> </w:t>
            </w:r>
            <w:r>
              <w:rPr>
                <w:sz w:val="16"/>
                <w:lang w:val="fr-FR"/>
              </w:rPr>
              <w:t xml:space="preserve">            </w:t>
            </w:r>
            <w:r w:rsidRPr="00917520">
              <w:rPr>
                <w:sz w:val="16"/>
                <w:lang w:val="fr-FR"/>
              </w:rPr>
              <w:t>☐</w:t>
            </w:r>
            <w:r>
              <w:rPr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sz w:val="16"/>
                <w:lang w:val="fr-FR"/>
              </w:rPr>
              <w:t>altele</w:t>
            </w:r>
            <w:proofErr w:type="spellEnd"/>
            <w:r w:rsidRPr="00917520">
              <w:rPr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sz w:val="16"/>
                <w:lang w:val="fr-FR"/>
              </w:rPr>
              <w:t>decât</w:t>
            </w:r>
            <w:proofErr w:type="spellEnd"/>
            <w:r w:rsidRPr="00917520">
              <w:rPr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sz w:val="16"/>
                <w:lang w:val="fr-FR"/>
              </w:rPr>
              <w:t>cele</w:t>
            </w:r>
            <w:proofErr w:type="spellEnd"/>
            <w:r w:rsidRPr="00917520">
              <w:rPr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sz w:val="16"/>
                <w:lang w:val="fr-FR"/>
              </w:rPr>
              <w:t>stabilite</w:t>
            </w:r>
            <w:proofErr w:type="spellEnd"/>
            <w:r w:rsidRPr="00917520">
              <w:rPr>
                <w:sz w:val="16"/>
                <w:lang w:val="fr-FR"/>
              </w:rPr>
              <w:t xml:space="preserve"> la </w:t>
            </w:r>
            <w:r>
              <w:rPr>
                <w:sz w:val="16"/>
                <w:lang w:val="fr-FR"/>
              </w:rPr>
              <w:t xml:space="preserve">lit. </w:t>
            </w:r>
            <w:r w:rsidRPr="00917520">
              <w:rPr>
                <w:sz w:val="16"/>
                <w:lang w:val="fr-FR"/>
              </w:rPr>
              <w:t>B</w:t>
            </w:r>
            <w:r>
              <w:rPr>
                <w:sz w:val="16"/>
                <w:lang w:val="fr-FR"/>
              </w:rPr>
              <w:t>.2)</w:t>
            </w:r>
          </w:p>
        </w:tc>
      </w:tr>
      <w:tr w:rsidR="00BD4241" w:rsidRPr="00917520" w14:paraId="239F77F8" w14:textId="77777777">
        <w:trPr>
          <w:cantSplit/>
        </w:trPr>
        <w:tc>
          <w:tcPr>
            <w:tcW w:w="9636" w:type="dxa"/>
          </w:tcPr>
          <w:p w14:paraId="7D6B977C" w14:textId="5D3DCD24" w:rsidR="00BD4241" w:rsidRPr="00917520" w:rsidRDefault="00000000">
            <w:pPr>
              <w:keepNext/>
              <w:rPr>
                <w:lang w:val="fr-FR"/>
              </w:rPr>
            </w:pPr>
            <w:r w:rsidRPr="00917520">
              <w:rPr>
                <w:sz w:val="16"/>
                <w:lang w:val="fr-FR"/>
              </w:rPr>
              <w:t xml:space="preserve"> </w:t>
            </w:r>
            <w:r w:rsidR="00917520">
              <w:rPr>
                <w:sz w:val="16"/>
                <w:lang w:val="fr-FR"/>
              </w:rPr>
              <w:t xml:space="preserve">                                                                                                </w:t>
            </w:r>
            <w:r w:rsidR="00917520" w:rsidRPr="00917520">
              <w:rPr>
                <w:sz w:val="16"/>
                <w:lang w:val="fr-FR"/>
              </w:rPr>
              <w:t>☐</w:t>
            </w:r>
            <w:r w:rsidR="00917520">
              <w:rPr>
                <w:sz w:val="16"/>
                <w:lang w:val="fr-FR"/>
              </w:rPr>
              <w:t xml:space="preserve"> </w:t>
            </w:r>
            <w:proofErr w:type="spellStart"/>
            <w:r w:rsidR="00917520">
              <w:rPr>
                <w:sz w:val="16"/>
                <w:lang w:val="fr-FR"/>
              </w:rPr>
              <w:t>din</w:t>
            </w:r>
            <w:proofErr w:type="spellEnd"/>
            <w:r w:rsidR="00917520">
              <w:rPr>
                <w:sz w:val="16"/>
                <w:lang w:val="fr-FR"/>
              </w:rPr>
              <w:t xml:space="preserve"> </w:t>
            </w:r>
            <w:proofErr w:type="spellStart"/>
            <w:r w:rsidR="00917520">
              <w:rPr>
                <w:sz w:val="16"/>
                <w:lang w:val="fr-FR"/>
              </w:rPr>
              <w:t>categoria</w:t>
            </w:r>
            <w:proofErr w:type="spellEnd"/>
            <w:r w:rsidR="00917520">
              <w:rPr>
                <w:sz w:val="16"/>
                <w:lang w:val="fr-FR"/>
              </w:rPr>
              <w:t xml:space="preserve"> </w:t>
            </w:r>
            <w:proofErr w:type="spellStart"/>
            <w:r w:rsidR="00917520">
              <w:rPr>
                <w:sz w:val="16"/>
                <w:lang w:val="fr-FR"/>
              </w:rPr>
              <w:t>celor</w:t>
            </w:r>
            <w:proofErr w:type="spellEnd"/>
            <w:r w:rsidR="00917520">
              <w:rPr>
                <w:sz w:val="16"/>
                <w:lang w:val="fr-FR"/>
              </w:rPr>
              <w:t xml:space="preserve"> </w:t>
            </w:r>
            <w:proofErr w:type="spellStart"/>
            <w:r w:rsidR="00917520" w:rsidRPr="00917520">
              <w:rPr>
                <w:sz w:val="16"/>
                <w:lang w:val="fr-FR"/>
              </w:rPr>
              <w:t>stabilite</w:t>
            </w:r>
            <w:proofErr w:type="spellEnd"/>
            <w:r w:rsidR="00917520" w:rsidRPr="00917520">
              <w:rPr>
                <w:sz w:val="16"/>
                <w:lang w:val="fr-FR"/>
              </w:rPr>
              <w:t xml:space="preserve"> la </w:t>
            </w:r>
            <w:r w:rsidR="00917520">
              <w:rPr>
                <w:sz w:val="16"/>
                <w:lang w:val="fr-FR"/>
              </w:rPr>
              <w:t xml:space="preserve">lit. </w:t>
            </w:r>
            <w:r w:rsidR="00917520" w:rsidRPr="00917520">
              <w:rPr>
                <w:sz w:val="16"/>
                <w:lang w:val="fr-FR"/>
              </w:rPr>
              <w:t>B</w:t>
            </w:r>
            <w:r w:rsidR="00917520">
              <w:rPr>
                <w:sz w:val="16"/>
                <w:lang w:val="fr-FR"/>
              </w:rPr>
              <w:t>.2)</w:t>
            </w:r>
          </w:p>
        </w:tc>
      </w:tr>
      <w:tr w:rsidR="00BD4241" w14:paraId="61FD499A" w14:textId="77777777">
        <w:trPr>
          <w:cantSplit/>
        </w:trPr>
        <w:tc>
          <w:tcPr>
            <w:tcW w:w="9636" w:type="dxa"/>
            <w:shd w:val="clear" w:color="auto" w:fill="F4F4F4"/>
          </w:tcPr>
          <w:p w14:paraId="37CA2BC1" w14:textId="77777777" w:rsidR="00BD4241" w:rsidRDefault="00000000">
            <w:pPr>
              <w:keepNext/>
            </w:pPr>
            <w:r w:rsidRPr="00917520">
              <w:rPr>
                <w:sz w:val="16"/>
                <w:lang w:val="fr-FR"/>
              </w:rPr>
              <w:t xml:space="preserve"> </w:t>
            </w:r>
            <w:r>
              <w:rPr>
                <w:sz w:val="16"/>
              </w:rPr>
              <w:t xml:space="preserve">C · </w:t>
            </w:r>
            <w:proofErr w:type="spellStart"/>
            <w:r>
              <w:rPr>
                <w:sz w:val="16"/>
              </w:rPr>
              <w:t>Amenajări</w:t>
            </w:r>
            <w:proofErr w:type="spellEnd"/>
          </w:p>
        </w:tc>
      </w:tr>
      <w:tr w:rsidR="00BD4241" w14:paraId="34F7FA5C" w14:textId="77777777">
        <w:trPr>
          <w:cantSplit/>
        </w:trPr>
        <w:tc>
          <w:tcPr>
            <w:tcW w:w="9636" w:type="dxa"/>
          </w:tcPr>
          <w:p w14:paraId="4CFD8584" w14:textId="77777777" w:rsidR="00BD4241" w:rsidRDefault="00000000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amenajări</w:t>
            </w:r>
            <w:proofErr w:type="spellEnd"/>
            <w:r>
              <w:rPr>
                <w:sz w:val="16"/>
              </w:rPr>
              <w:t xml:space="preserve"> civile     ☐ </w:t>
            </w:r>
            <w:proofErr w:type="spellStart"/>
            <w:r>
              <w:rPr>
                <w:sz w:val="16"/>
              </w:rPr>
              <w:t>amenajări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îmbunătățiri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funciare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provizorii</w:t>
            </w:r>
            <w:proofErr w:type="spellEnd"/>
            <w:r>
              <w:rPr>
                <w:sz w:val="16"/>
              </w:rPr>
              <w:t xml:space="preserve"> / cu </w:t>
            </w:r>
            <w:proofErr w:type="spellStart"/>
            <w:r>
              <w:rPr>
                <w:sz w:val="16"/>
              </w:rPr>
              <w:t>caracter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temporar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cercetarea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prospectarea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terenurilor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foraje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excavări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cercetări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zăcăminte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naturale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spații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verzi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plantate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spații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publice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organizare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șantier</w:t>
            </w:r>
            <w:proofErr w:type="spellEnd"/>
          </w:p>
        </w:tc>
      </w:tr>
      <w:tr w:rsidR="00BD4241" w14:paraId="18FED438" w14:textId="77777777">
        <w:trPr>
          <w:cantSplit/>
        </w:trPr>
        <w:tc>
          <w:tcPr>
            <w:tcW w:w="9636" w:type="dxa"/>
            <w:shd w:val="clear" w:color="auto" w:fill="F4F4F4"/>
          </w:tcPr>
          <w:p w14:paraId="284C7A5C" w14:textId="77777777" w:rsidR="00BD4241" w:rsidRDefault="00000000">
            <w:pPr>
              <w:keepNext/>
            </w:pPr>
            <w:r>
              <w:rPr>
                <w:sz w:val="16"/>
              </w:rPr>
              <w:t xml:space="preserve"> D · </w:t>
            </w:r>
            <w:proofErr w:type="spellStart"/>
            <w:r>
              <w:rPr>
                <w:sz w:val="16"/>
              </w:rPr>
              <w:t>Lucrări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inginerești</w:t>
            </w:r>
            <w:proofErr w:type="spellEnd"/>
          </w:p>
        </w:tc>
      </w:tr>
      <w:tr w:rsidR="00BD4241" w:rsidRPr="004767E6" w14:paraId="4831990D" w14:textId="77777777">
        <w:trPr>
          <w:cantSplit/>
        </w:trPr>
        <w:tc>
          <w:tcPr>
            <w:tcW w:w="9636" w:type="dxa"/>
          </w:tcPr>
          <w:p w14:paraId="0320360C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infrastructură</w:t>
            </w:r>
            <w:proofErr w:type="spellEnd"/>
            <w:r w:rsidRPr="00A256C2">
              <w:rPr>
                <w:sz w:val="16"/>
                <w:lang w:val="fr-FR"/>
              </w:rPr>
              <w:t xml:space="preserve"> de transport</w:t>
            </w:r>
          </w:p>
          <w:p w14:paraId="05C62BB3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infrastructură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energetică</w:t>
            </w:r>
            <w:proofErr w:type="spellEnd"/>
          </w:p>
          <w:p w14:paraId="1E87347E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rețele</w:t>
            </w:r>
            <w:proofErr w:type="spellEnd"/>
            <w:r w:rsidRPr="00A256C2">
              <w:rPr>
                <w:sz w:val="16"/>
                <w:lang w:val="fr-FR"/>
              </w:rPr>
              <w:t xml:space="preserve"> de </w:t>
            </w:r>
            <w:proofErr w:type="spellStart"/>
            <w:r w:rsidRPr="00A256C2">
              <w:rPr>
                <w:sz w:val="16"/>
                <w:lang w:val="fr-FR"/>
              </w:rPr>
              <w:t>comunicații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electronice</w:t>
            </w:r>
            <w:proofErr w:type="spellEnd"/>
          </w:p>
          <w:p w14:paraId="43F594AA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gospodărirea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apelor</w:t>
            </w:r>
            <w:proofErr w:type="spellEnd"/>
          </w:p>
          <w:p w14:paraId="3F55129D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hidrotehnice</w:t>
            </w:r>
            <w:proofErr w:type="spellEnd"/>
          </w:p>
          <w:p w14:paraId="3DB7F2E4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miniere</w:t>
            </w:r>
            <w:proofErr w:type="spellEnd"/>
          </w:p>
          <w:p w14:paraId="54EDF735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alte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lucrări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inginerești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necesare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realizării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unor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obiective</w:t>
            </w:r>
            <w:proofErr w:type="spellEnd"/>
            <w:r w:rsidRPr="00A256C2">
              <w:rPr>
                <w:sz w:val="16"/>
                <w:lang w:val="fr-FR"/>
              </w:rPr>
              <w:t xml:space="preserve"> de </w:t>
            </w:r>
            <w:proofErr w:type="spellStart"/>
            <w:r w:rsidRPr="00A256C2">
              <w:rPr>
                <w:sz w:val="16"/>
                <w:lang w:val="fr-FR"/>
              </w:rPr>
              <w:t>interes</w:t>
            </w:r>
            <w:proofErr w:type="spellEnd"/>
            <w:r w:rsidRPr="00A256C2">
              <w:rPr>
                <w:sz w:val="16"/>
                <w:lang w:val="fr-FR"/>
              </w:rPr>
              <w:t xml:space="preserve"> public</w:t>
            </w:r>
          </w:p>
        </w:tc>
      </w:tr>
    </w:tbl>
    <w:p w14:paraId="31C957AC" w14:textId="77777777" w:rsidR="00BD4241" w:rsidRPr="00A256C2" w:rsidRDefault="00BD4241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14:paraId="581ADD5E" w14:textId="77777777">
        <w:trPr>
          <w:cantSplit/>
        </w:trPr>
        <w:tc>
          <w:tcPr>
            <w:tcW w:w="9636" w:type="dxa"/>
            <w:shd w:val="clear" w:color="auto" w:fill="F4F4F4"/>
          </w:tcPr>
          <w:p w14:paraId="1435340F" w14:textId="77777777" w:rsidR="00BD4241" w:rsidRDefault="00000000">
            <w:pPr>
              <w:keepNext/>
            </w:pPr>
            <w:r w:rsidRPr="00A256C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BD4241" w:rsidRPr="004767E6" w14:paraId="5B0ED88D" w14:textId="77777777">
        <w:trPr>
          <w:cantSplit/>
        </w:trPr>
        <w:tc>
          <w:tcPr>
            <w:tcW w:w="9636" w:type="dxa"/>
          </w:tcPr>
          <w:p w14:paraId="19DE41B0" w14:textId="77777777" w:rsidR="00200AB0" w:rsidRDefault="00000000">
            <w:pPr>
              <w:rPr>
                <w:sz w:val="16"/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☐ extras de carte </w:t>
            </w:r>
            <w:proofErr w:type="spellStart"/>
            <w:r w:rsidRPr="00A256C2">
              <w:rPr>
                <w:sz w:val="16"/>
                <w:lang w:val="fr-FR"/>
              </w:rPr>
              <w:t>funciară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actualizat</w:t>
            </w:r>
            <w:proofErr w:type="spellEnd"/>
            <w:r w:rsidRPr="00A256C2">
              <w:rPr>
                <w:sz w:val="16"/>
                <w:lang w:val="fr-FR"/>
              </w:rPr>
              <w:t xml:space="preserve">     </w:t>
            </w:r>
          </w:p>
          <w:p w14:paraId="0D86EE92" w14:textId="62B10523" w:rsidR="00A256C2" w:rsidRPr="00A256C2" w:rsidRDefault="00200AB0">
            <w:pPr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 xml:space="preserve">☐ plan de </w:t>
            </w:r>
            <w:proofErr w:type="spellStart"/>
            <w:r w:rsidRPr="00A256C2">
              <w:rPr>
                <w:sz w:val="16"/>
                <w:lang w:val="fr-FR"/>
              </w:rPr>
              <w:t>situație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propus</w:t>
            </w:r>
            <w:proofErr w:type="spellEnd"/>
            <w:r w:rsidRPr="00A256C2">
              <w:rPr>
                <w:sz w:val="16"/>
                <w:lang w:val="fr-FR"/>
              </w:rPr>
              <w:t xml:space="preserve">, </w:t>
            </w:r>
            <w:proofErr w:type="spellStart"/>
            <w:r w:rsidRPr="00A256C2">
              <w:rPr>
                <w:sz w:val="16"/>
                <w:lang w:val="fr-FR"/>
              </w:rPr>
              <w:t>cu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amprenta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gramStart"/>
            <w:r w:rsidRPr="00A256C2">
              <w:rPr>
                <w:sz w:val="16"/>
                <w:lang w:val="fr-FR"/>
              </w:rPr>
              <w:t>la sol</w:t>
            </w:r>
            <w:proofErr w:type="gramEnd"/>
            <w:r w:rsidRPr="00A256C2">
              <w:rPr>
                <w:sz w:val="16"/>
                <w:lang w:val="fr-FR"/>
              </w:rPr>
              <w:t xml:space="preserve"> a </w:t>
            </w:r>
            <w:proofErr w:type="spellStart"/>
            <w:r w:rsidRPr="00A256C2">
              <w:rPr>
                <w:sz w:val="16"/>
                <w:lang w:val="fr-FR"/>
              </w:rPr>
              <w:t>corpurilor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 </w:t>
            </w:r>
            <w:r w:rsidR="00A256C2">
              <w:rPr>
                <w:sz w:val="16"/>
                <w:lang w:val="fr-FR"/>
              </w:rPr>
              <w:t xml:space="preserve">de </w:t>
            </w:r>
            <w:proofErr w:type="spellStart"/>
            <w:r w:rsidR="00A256C2">
              <w:rPr>
                <w:sz w:val="16"/>
                <w:lang w:val="fr-FR"/>
              </w:rPr>
              <w:t>clădire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propuse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spre</w:t>
            </w:r>
            <w:proofErr w:type="spellEnd"/>
            <w:r>
              <w:rPr>
                <w:sz w:val="16"/>
                <w:lang w:val="fr-FR"/>
              </w:rPr>
              <w:t xml:space="preserve"> construire /</w:t>
            </w:r>
            <w:proofErr w:type="spellStart"/>
            <w:r>
              <w:rPr>
                <w:sz w:val="16"/>
                <w:lang w:val="fr-FR"/>
              </w:rPr>
              <w:t>desființare</w:t>
            </w:r>
            <w:proofErr w:type="spellEnd"/>
            <w:r>
              <w:rPr>
                <w:sz w:val="16"/>
                <w:lang w:val="fr-FR"/>
              </w:rPr>
              <w:t xml:space="preserve"> / </w:t>
            </w:r>
            <w:proofErr w:type="spellStart"/>
            <w:r>
              <w:rPr>
                <w:sz w:val="16"/>
                <w:lang w:val="fr-FR"/>
              </w:rPr>
              <w:t>extindere</w:t>
            </w:r>
            <w:proofErr w:type="spellEnd"/>
            <w:r w:rsidR="00A256C2"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 xml:space="preserve">    </w:t>
            </w:r>
          </w:p>
          <w:p w14:paraId="19AB48A6" w14:textId="5112B693" w:rsidR="00BD4241" w:rsidRPr="00232B9E" w:rsidRDefault="00A256C2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</w:t>
            </w:r>
            <w:r w:rsidRPr="00232B9E">
              <w:rPr>
                <w:sz w:val="16"/>
                <w:lang w:val="fr-FR"/>
              </w:rPr>
              <w:t xml:space="preserve">☐ plan de </w:t>
            </w:r>
            <w:proofErr w:type="spellStart"/>
            <w:r w:rsidRPr="00232B9E">
              <w:rPr>
                <w:sz w:val="16"/>
                <w:lang w:val="fr-FR"/>
              </w:rPr>
              <w:t>încadrare</w:t>
            </w:r>
            <w:proofErr w:type="spellEnd"/>
            <w:r w:rsidRPr="00232B9E">
              <w:rPr>
                <w:sz w:val="16"/>
                <w:lang w:val="fr-FR"/>
              </w:rPr>
              <w:t xml:space="preserve"> </w:t>
            </w:r>
            <w:proofErr w:type="spellStart"/>
            <w:r w:rsidRPr="00232B9E">
              <w:rPr>
                <w:sz w:val="16"/>
                <w:lang w:val="fr-FR"/>
              </w:rPr>
              <w:t>în</w:t>
            </w:r>
            <w:proofErr w:type="spellEnd"/>
            <w:r w:rsidRPr="00232B9E">
              <w:rPr>
                <w:sz w:val="16"/>
                <w:lang w:val="fr-FR"/>
              </w:rPr>
              <w:t xml:space="preserve"> </w:t>
            </w:r>
            <w:proofErr w:type="spellStart"/>
            <w:r w:rsidRPr="00232B9E">
              <w:rPr>
                <w:sz w:val="16"/>
                <w:lang w:val="fr-FR"/>
              </w:rPr>
              <w:t>zonă</w:t>
            </w:r>
            <w:proofErr w:type="spellEnd"/>
            <w:r w:rsidR="00745F29">
              <w:rPr>
                <w:sz w:val="16"/>
                <w:lang w:val="fr-FR"/>
              </w:rPr>
              <w:t xml:space="preserve"> </w:t>
            </w:r>
            <w:proofErr w:type="spellStart"/>
            <w:r w:rsidR="00745F29">
              <w:rPr>
                <w:sz w:val="16"/>
                <w:lang w:val="fr-FR"/>
              </w:rPr>
              <w:t>în</w:t>
            </w:r>
            <w:proofErr w:type="spellEnd"/>
            <w:r w:rsidR="00745F29">
              <w:rPr>
                <w:sz w:val="16"/>
                <w:lang w:val="fr-FR"/>
              </w:rPr>
              <w:t xml:space="preserve"> </w:t>
            </w:r>
            <w:proofErr w:type="spellStart"/>
            <w:r w:rsidR="00745F29">
              <w:rPr>
                <w:sz w:val="16"/>
                <w:lang w:val="fr-FR"/>
              </w:rPr>
              <w:t>sistem</w:t>
            </w:r>
            <w:proofErr w:type="spellEnd"/>
            <w:r w:rsidR="00745F29">
              <w:rPr>
                <w:sz w:val="16"/>
                <w:lang w:val="fr-FR"/>
              </w:rPr>
              <w:t xml:space="preserve"> </w:t>
            </w:r>
            <w:proofErr w:type="spellStart"/>
            <w:r w:rsidR="00745F29">
              <w:rPr>
                <w:sz w:val="16"/>
                <w:lang w:val="fr-FR"/>
              </w:rPr>
              <w:t>Stereo</w:t>
            </w:r>
            <w:proofErr w:type="spellEnd"/>
            <w:r w:rsidR="00745F29">
              <w:rPr>
                <w:sz w:val="16"/>
                <w:lang w:val="fr-FR"/>
              </w:rPr>
              <w:t xml:space="preserve"> 70</w:t>
            </w:r>
            <w:r w:rsidRPr="00232B9E">
              <w:rPr>
                <w:sz w:val="16"/>
                <w:lang w:val="fr-FR"/>
              </w:rPr>
              <w:t xml:space="preserve">     ☐ </w:t>
            </w:r>
            <w:proofErr w:type="spellStart"/>
            <w:r w:rsidRPr="00232B9E">
              <w:rPr>
                <w:sz w:val="16"/>
                <w:lang w:val="fr-FR"/>
              </w:rPr>
              <w:t>descrierea</w:t>
            </w:r>
            <w:proofErr w:type="spellEnd"/>
            <w:r w:rsidRPr="00232B9E">
              <w:rPr>
                <w:sz w:val="16"/>
                <w:lang w:val="fr-FR"/>
              </w:rPr>
              <w:t xml:space="preserve"> </w:t>
            </w:r>
            <w:proofErr w:type="spellStart"/>
            <w:r w:rsidRPr="00232B9E">
              <w:rPr>
                <w:sz w:val="16"/>
                <w:lang w:val="fr-FR"/>
              </w:rPr>
              <w:t>succintă</w:t>
            </w:r>
            <w:proofErr w:type="spellEnd"/>
            <w:r w:rsidRPr="00232B9E">
              <w:rPr>
                <w:sz w:val="16"/>
                <w:lang w:val="fr-FR"/>
              </w:rPr>
              <w:t xml:space="preserve"> a </w:t>
            </w:r>
            <w:proofErr w:type="spellStart"/>
            <w:r w:rsidRPr="00232B9E">
              <w:rPr>
                <w:sz w:val="16"/>
                <w:lang w:val="fr-FR"/>
              </w:rPr>
              <w:t>investiției</w:t>
            </w:r>
            <w:proofErr w:type="spellEnd"/>
            <w:r w:rsidRPr="00232B9E">
              <w:rPr>
                <w:sz w:val="16"/>
                <w:lang w:val="fr-FR"/>
              </w:rPr>
              <w:t xml:space="preserve">     ☐ </w:t>
            </w:r>
            <w:proofErr w:type="spellStart"/>
            <w:r w:rsidRPr="00232B9E">
              <w:rPr>
                <w:sz w:val="16"/>
                <w:lang w:val="fr-FR"/>
              </w:rPr>
              <w:t>împuternicirea</w:t>
            </w:r>
            <w:proofErr w:type="spellEnd"/>
            <w:r w:rsidRPr="00232B9E">
              <w:rPr>
                <w:sz w:val="16"/>
                <w:lang w:val="fr-FR"/>
              </w:rPr>
              <w:t xml:space="preserve">, </w:t>
            </w:r>
            <w:proofErr w:type="spellStart"/>
            <w:r w:rsidRPr="00232B9E">
              <w:rPr>
                <w:sz w:val="16"/>
                <w:lang w:val="fr-FR"/>
              </w:rPr>
              <w:t>dacă</w:t>
            </w:r>
            <w:proofErr w:type="spellEnd"/>
            <w:r w:rsidRPr="00232B9E">
              <w:rPr>
                <w:sz w:val="16"/>
                <w:lang w:val="fr-FR"/>
              </w:rPr>
              <w:t xml:space="preserve"> este </w:t>
            </w:r>
            <w:proofErr w:type="spellStart"/>
            <w:r w:rsidRPr="00232B9E">
              <w:rPr>
                <w:sz w:val="16"/>
                <w:lang w:val="fr-FR"/>
              </w:rPr>
              <w:t>cazul</w:t>
            </w:r>
            <w:proofErr w:type="spellEnd"/>
          </w:p>
        </w:tc>
      </w:tr>
    </w:tbl>
    <w:p w14:paraId="639687AA" w14:textId="77777777" w:rsidR="00BD4241" w:rsidRPr="00232B9E" w:rsidRDefault="00BD4241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14:paraId="387B745F" w14:textId="77777777">
        <w:trPr>
          <w:cantSplit/>
        </w:trPr>
        <w:tc>
          <w:tcPr>
            <w:tcW w:w="9636" w:type="dxa"/>
            <w:shd w:val="clear" w:color="auto" w:fill="F4F4F4"/>
          </w:tcPr>
          <w:p w14:paraId="20DF7AEC" w14:textId="77777777" w:rsidR="00BD4241" w:rsidRDefault="00000000">
            <w:pPr>
              <w:keepNext/>
            </w:pPr>
            <w:r w:rsidRPr="00232B9E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COMUNICAREA RĂSPUNSULUI</w:t>
            </w:r>
          </w:p>
        </w:tc>
      </w:tr>
      <w:tr w:rsidR="00BD4241" w:rsidRPr="004767E6" w14:paraId="7F3B093B" w14:textId="77777777">
        <w:trPr>
          <w:cantSplit/>
        </w:trPr>
        <w:tc>
          <w:tcPr>
            <w:tcW w:w="9636" w:type="dxa"/>
          </w:tcPr>
          <w:p w14:paraId="732C22AC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☐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format </w:t>
            </w:r>
            <w:proofErr w:type="spellStart"/>
            <w:r w:rsidRPr="00A256C2">
              <w:rPr>
                <w:sz w:val="16"/>
                <w:lang w:val="fr-FR"/>
              </w:rPr>
              <w:t>scris</w:t>
            </w:r>
            <w:proofErr w:type="spellEnd"/>
            <w:r w:rsidRPr="00A256C2">
              <w:rPr>
                <w:sz w:val="16"/>
                <w:lang w:val="fr-FR"/>
              </w:rPr>
              <w:t xml:space="preserve">, prin </w:t>
            </w:r>
            <w:proofErr w:type="spellStart"/>
            <w:r w:rsidRPr="00A256C2">
              <w:rPr>
                <w:sz w:val="16"/>
                <w:lang w:val="fr-FR"/>
              </w:rPr>
              <w:t>poștă</w:t>
            </w:r>
            <w:proofErr w:type="spellEnd"/>
            <w:r w:rsidRPr="00A256C2">
              <w:rPr>
                <w:sz w:val="16"/>
                <w:lang w:val="fr-FR"/>
              </w:rPr>
              <w:t xml:space="preserve">     ☐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format digital, la </w:t>
            </w:r>
            <w:proofErr w:type="spellStart"/>
            <w:r w:rsidRPr="00A256C2">
              <w:rPr>
                <w:sz w:val="16"/>
                <w:lang w:val="fr-FR"/>
              </w:rPr>
              <w:t>adresa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gramStart"/>
            <w:r w:rsidRPr="00A256C2">
              <w:rPr>
                <w:sz w:val="16"/>
                <w:lang w:val="fr-FR"/>
              </w:rPr>
              <w:t>de e-mail</w:t>
            </w:r>
            <w:proofErr w:type="gram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indicată</w:t>
            </w:r>
            <w:proofErr w:type="spellEnd"/>
            <w:r w:rsidRPr="00A256C2">
              <w:rPr>
                <w:sz w:val="16"/>
                <w:lang w:val="fr-FR"/>
              </w:rPr>
              <w:t xml:space="preserve">     ☐ </w:t>
            </w:r>
            <w:proofErr w:type="spellStart"/>
            <w:r w:rsidRPr="00A256C2">
              <w:rPr>
                <w:sz w:val="16"/>
                <w:lang w:val="fr-FR"/>
              </w:rPr>
              <w:t>ridicare</w:t>
            </w:r>
            <w:proofErr w:type="spellEnd"/>
            <w:r w:rsidRPr="00A256C2">
              <w:rPr>
                <w:sz w:val="16"/>
                <w:lang w:val="fr-FR"/>
              </w:rPr>
              <w:t xml:space="preserve"> de la </w:t>
            </w:r>
            <w:proofErr w:type="spellStart"/>
            <w:r w:rsidRPr="00A256C2">
              <w:rPr>
                <w:sz w:val="16"/>
                <w:lang w:val="fr-FR"/>
              </w:rPr>
              <w:t>sediul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autorității</w:t>
            </w:r>
            <w:proofErr w:type="spellEnd"/>
          </w:p>
        </w:tc>
      </w:tr>
    </w:tbl>
    <w:p w14:paraId="16DE1A3E" w14:textId="77777777" w:rsidR="00BD4241" w:rsidRPr="00A256C2" w:rsidRDefault="00BD4241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BD4241" w14:paraId="0930033A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1A16F19" w14:textId="77777777" w:rsidR="00BD4241" w:rsidRDefault="00000000">
            <w:pPr>
              <w:keepNext/>
            </w:pPr>
            <w:r w:rsidRPr="00A256C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7.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BD4241" w14:paraId="334442A2" w14:textId="77777777">
        <w:trPr>
          <w:cantSplit/>
          <w:trHeight w:val="510"/>
        </w:trPr>
        <w:tc>
          <w:tcPr>
            <w:tcW w:w="1606" w:type="dxa"/>
          </w:tcPr>
          <w:p w14:paraId="11F88630" w14:textId="77777777" w:rsidR="00BD4241" w:rsidRDefault="00000000">
            <w:r>
              <w:rPr>
                <w:b/>
                <w:color w:val="0D5F78"/>
              </w:rPr>
              <w:t>Data</w:t>
            </w:r>
          </w:p>
          <w:p w14:paraId="0640A92C" w14:textId="77777777" w:rsidR="00BD4241" w:rsidRDefault="00BD4241"/>
        </w:tc>
        <w:tc>
          <w:tcPr>
            <w:tcW w:w="4818" w:type="dxa"/>
          </w:tcPr>
          <w:p w14:paraId="79A6A644" w14:textId="77777777" w:rsidR="00BD4241" w:rsidRDefault="00000000">
            <w:proofErr w:type="spellStart"/>
            <w:r>
              <w:rPr>
                <w:b/>
                <w:color w:val="0D5F78"/>
              </w:rPr>
              <w:t>Solicitantul</w:t>
            </w:r>
            <w:proofErr w:type="spellEnd"/>
          </w:p>
          <w:p w14:paraId="09458222" w14:textId="77777777" w:rsidR="00BD4241" w:rsidRDefault="00BD4241"/>
        </w:tc>
        <w:tc>
          <w:tcPr>
            <w:tcW w:w="3212" w:type="dxa"/>
          </w:tcPr>
          <w:p w14:paraId="4A9DF68B" w14:textId="77777777" w:rsidR="00BD4241" w:rsidRDefault="00000000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29080212" w14:textId="77777777" w:rsidR="00BD4241" w:rsidRDefault="00BD4241"/>
        </w:tc>
      </w:tr>
    </w:tbl>
    <w:p w14:paraId="5CBD0F60" w14:textId="77777777" w:rsidR="00BD4241" w:rsidRDefault="00BD4241">
      <w:pPr>
        <w:spacing w:line="168" w:lineRule="auto"/>
      </w:pPr>
    </w:p>
    <w:sectPr w:rsidR="00BD4241" w:rsidSect="00034616">
      <w:footerReference w:type="default" r:id="rId10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B6AF0F" w14:textId="77777777" w:rsidR="002111C4" w:rsidRDefault="002111C4">
      <w:r>
        <w:separator/>
      </w:r>
    </w:p>
  </w:endnote>
  <w:endnote w:type="continuationSeparator" w:id="0">
    <w:p w14:paraId="57DB7C59" w14:textId="77777777" w:rsidR="002111C4" w:rsidRDefault="002111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060EA" w14:textId="77777777" w:rsidR="00BD4241" w:rsidRDefault="00000000">
    <w:pPr>
      <w:pStyle w:val="Footer"/>
      <w:tabs>
        <w:tab w:val="right" w:pos="9639"/>
      </w:tabs>
    </w:pPr>
    <w:r>
      <w:rPr>
        <w:color w:val="595959"/>
      </w:rPr>
      <w:t xml:space="preserve">F_CU_04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A256C2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A256C2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E60F45" w14:textId="77777777" w:rsidR="002111C4" w:rsidRDefault="002111C4">
      <w:r>
        <w:separator/>
      </w:r>
    </w:p>
  </w:footnote>
  <w:footnote w:type="continuationSeparator" w:id="0">
    <w:p w14:paraId="17E475D3" w14:textId="77777777" w:rsidR="002111C4" w:rsidRDefault="002111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63849742">
    <w:abstractNumId w:val="8"/>
  </w:num>
  <w:num w:numId="2" w16cid:durableId="1290161248">
    <w:abstractNumId w:val="6"/>
  </w:num>
  <w:num w:numId="3" w16cid:durableId="450900546">
    <w:abstractNumId w:val="5"/>
  </w:num>
  <w:num w:numId="4" w16cid:durableId="1028723877">
    <w:abstractNumId w:val="4"/>
  </w:num>
  <w:num w:numId="5" w16cid:durableId="1273243551">
    <w:abstractNumId w:val="7"/>
  </w:num>
  <w:num w:numId="6" w16cid:durableId="221529888">
    <w:abstractNumId w:val="3"/>
  </w:num>
  <w:num w:numId="7" w16cid:durableId="432629807">
    <w:abstractNumId w:val="2"/>
  </w:num>
  <w:num w:numId="8" w16cid:durableId="1030952832">
    <w:abstractNumId w:val="1"/>
  </w:num>
  <w:num w:numId="9" w16cid:durableId="20911942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1444F"/>
    <w:rsid w:val="0015074B"/>
    <w:rsid w:val="001908F5"/>
    <w:rsid w:val="00191572"/>
    <w:rsid w:val="001B66B3"/>
    <w:rsid w:val="00200AB0"/>
    <w:rsid w:val="002111C4"/>
    <w:rsid w:val="00232B9E"/>
    <w:rsid w:val="0029639D"/>
    <w:rsid w:val="002E3AD3"/>
    <w:rsid w:val="00326F90"/>
    <w:rsid w:val="003A0B2F"/>
    <w:rsid w:val="004232B2"/>
    <w:rsid w:val="004408E8"/>
    <w:rsid w:val="00462384"/>
    <w:rsid w:val="004767E6"/>
    <w:rsid w:val="004B1106"/>
    <w:rsid w:val="006C103E"/>
    <w:rsid w:val="00745F29"/>
    <w:rsid w:val="00850B64"/>
    <w:rsid w:val="00911827"/>
    <w:rsid w:val="00917520"/>
    <w:rsid w:val="009511F8"/>
    <w:rsid w:val="00A256C2"/>
    <w:rsid w:val="00AA1D8D"/>
    <w:rsid w:val="00B47730"/>
    <w:rsid w:val="00B539EB"/>
    <w:rsid w:val="00BD4241"/>
    <w:rsid w:val="00BE763D"/>
    <w:rsid w:val="00CB0664"/>
    <w:rsid w:val="00D50DD0"/>
    <w:rsid w:val="00ED726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25E0B59"/>
  <w14:defaultImageDpi w14:val="300"/>
  <w15:docId w15:val="{5F3DEF22-94E4-44E9-A21D-CE78EE56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B539E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cjt@cjtimis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599</Words>
  <Characters>3475</Characters>
  <Application>Microsoft Office Word</Application>
  <DocSecurity>0</DocSecurity>
  <Lines>28</Lines>
  <Paragraphs>8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4066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CJT Lucian Brihacescu</cp:lastModifiedBy>
  <cp:revision>2</cp:revision>
  <dcterms:created xsi:type="dcterms:W3CDTF">2026-09-02T07:45:00Z</dcterms:created>
  <dcterms:modified xsi:type="dcterms:W3CDTF">2026-09-02T07:45:00Z</dcterms:modified>
  <cp:category/>
</cp:coreProperties>
</file>