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75AF8" w14:paraId="5E4BEB8F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3D323CFB" w14:textId="3000B66E" w:rsidR="00975AF8" w:rsidRDefault="00B72205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26636EA2" wp14:editId="4F97FA11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B5A3263" w14:textId="02DEDCDF" w:rsidR="00975AF8" w:rsidRDefault="00975AF8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B72205">
              <w:rPr>
                <w:b/>
                <w:bCs/>
                <w:sz w:val="20"/>
                <w:szCs w:val="20"/>
              </w:rPr>
              <w:t>TIMI</w:t>
            </w:r>
            <w:r w:rsidR="00B72205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975AF8" w14:paraId="2A41ACAE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2198C6DC" w14:textId="77777777" w:rsidR="00975AF8" w:rsidRDefault="00975AF8" w:rsidP="001C4405"/>
        </w:tc>
        <w:tc>
          <w:tcPr>
            <w:tcW w:w="8030" w:type="dxa"/>
            <w:gridSpan w:val="3"/>
            <w:shd w:val="clear" w:color="auto" w:fill="F0F0F0"/>
          </w:tcPr>
          <w:p w14:paraId="7D11ADB3" w14:textId="0C8C441F" w:rsidR="00975AF8" w:rsidRPr="00681BF0" w:rsidRDefault="00975AF8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B72205" w:rsidRPr="00681BF0">
              <w:rPr>
                <w:b/>
                <w:bCs/>
                <w:sz w:val="20"/>
                <w:szCs w:val="20"/>
              </w:rPr>
              <w:t>CONSILIUL JUDE</w:t>
            </w:r>
            <w:r w:rsidR="00B72205">
              <w:rPr>
                <w:b/>
                <w:bCs/>
                <w:sz w:val="20"/>
                <w:szCs w:val="20"/>
              </w:rPr>
              <w:t>Ț</w:t>
            </w:r>
            <w:r w:rsidR="00B72205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B72205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975AF8" w:rsidRPr="00B72205" w14:paraId="636C50F0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348A6468" w14:textId="77777777" w:rsidR="00975AF8" w:rsidRDefault="00975AF8" w:rsidP="001C4405"/>
        </w:tc>
        <w:tc>
          <w:tcPr>
            <w:tcW w:w="2409" w:type="dxa"/>
            <w:shd w:val="clear" w:color="auto" w:fill="F0F0F0"/>
          </w:tcPr>
          <w:p w14:paraId="3C3AB16A" w14:textId="77777777" w:rsidR="00975AF8" w:rsidRPr="00343BBA" w:rsidRDefault="00975AF8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2B4FBDC" w14:textId="6BC540DA" w:rsidR="00975AF8" w:rsidRPr="00681BF0" w:rsidRDefault="00B72205" w:rsidP="00B72205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42F0448" w14:textId="77777777" w:rsidR="00975AF8" w:rsidRPr="004F799F" w:rsidRDefault="00975AF8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0F955BF1" w14:textId="77777777" w:rsidR="00B72205" w:rsidRPr="006463CB" w:rsidRDefault="00B72205" w:rsidP="00B72205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51B68DD7" w14:textId="77777777" w:rsidR="00975AF8" w:rsidRPr="004F799F" w:rsidRDefault="00975AF8" w:rsidP="001C4405">
            <w:pPr>
              <w:keepNext/>
              <w:rPr>
                <w:lang w:val="fr-FR"/>
              </w:rPr>
            </w:pPr>
          </w:p>
        </w:tc>
      </w:tr>
      <w:tr w:rsidR="00975AF8" w14:paraId="1C810663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4D69ED3D" w14:textId="77777777" w:rsidR="00975AF8" w:rsidRPr="004F799F" w:rsidRDefault="00975AF8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3BF2622" w14:textId="77777777" w:rsidR="00975AF8" w:rsidRDefault="00975AF8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726D28D" w14:textId="77777777" w:rsidR="00975AF8" w:rsidRDefault="00975AF8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76829C9" w14:textId="77777777" w:rsidR="00975AF8" w:rsidRDefault="00975AF8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217F78E" w14:textId="77777777" w:rsidR="00975AF8" w:rsidRDefault="00975AF8" w:rsidP="001C4405">
            <w:pPr>
              <w:keepNext/>
            </w:pPr>
          </w:p>
        </w:tc>
      </w:tr>
      <w:tr w:rsidR="00975AF8" w:rsidRPr="00B72205" w14:paraId="2A1B9A19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CDECAED" w14:textId="77777777" w:rsidR="00975AF8" w:rsidRPr="00343BBA" w:rsidRDefault="00975AF8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975AF8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7F07C7" w14:textId="17D8113A" w:rsidR="00377113" w:rsidRPr="00343BBA" w:rsidRDefault="00B72205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377113" w:rsidRPr="00B72205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22A1D6E5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="00975AF8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B72205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B12CC" w14:textId="77777777" w:rsidR="000B0683" w:rsidRDefault="000B0683">
      <w:r>
        <w:separator/>
      </w:r>
    </w:p>
  </w:endnote>
  <w:endnote w:type="continuationSeparator" w:id="0">
    <w:p w14:paraId="2A9A00F2" w14:textId="77777777" w:rsidR="000B0683" w:rsidRDefault="000B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A48C" w14:textId="77777777" w:rsidR="000B0683" w:rsidRDefault="000B0683">
      <w:r>
        <w:separator/>
      </w:r>
    </w:p>
  </w:footnote>
  <w:footnote w:type="continuationSeparator" w:id="0">
    <w:p w14:paraId="07165BFB" w14:textId="77777777" w:rsidR="000B0683" w:rsidRDefault="000B0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0B0683"/>
    <w:rsid w:val="000D53E0"/>
    <w:rsid w:val="0015074B"/>
    <w:rsid w:val="00200236"/>
    <w:rsid w:val="0029639D"/>
    <w:rsid w:val="002E3AD3"/>
    <w:rsid w:val="00326F90"/>
    <w:rsid w:val="00343BBA"/>
    <w:rsid w:val="00377113"/>
    <w:rsid w:val="004B1106"/>
    <w:rsid w:val="006C103E"/>
    <w:rsid w:val="00911827"/>
    <w:rsid w:val="00975AF8"/>
    <w:rsid w:val="00AA1D8D"/>
    <w:rsid w:val="00B47730"/>
    <w:rsid w:val="00B72205"/>
    <w:rsid w:val="00B81C0B"/>
    <w:rsid w:val="00BA7E15"/>
    <w:rsid w:val="00BE763D"/>
    <w:rsid w:val="00CB0664"/>
    <w:rsid w:val="00CD60E9"/>
    <w:rsid w:val="00DF41FE"/>
    <w:rsid w:val="00EC4D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5A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2026-09-02T07:44:00Z</dcterms:created>
  <dcterms:modified xsi:type="dcterms:W3CDTF">2026-09-02T07:44:00Z</dcterms:modified>
  <cp:category/>
</cp:coreProperties>
</file>