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86572" w14:paraId="05E64639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2273BCF2" w14:textId="2D0A66EE" w:rsidR="00386572" w:rsidRDefault="00F5737C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031B8245" wp14:editId="51614152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D245539" w14:textId="2ED3F528" w:rsidR="00386572" w:rsidRDefault="00386572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F5737C">
              <w:rPr>
                <w:b/>
                <w:bCs/>
                <w:sz w:val="20"/>
                <w:szCs w:val="20"/>
              </w:rPr>
              <w:t>TIMI</w:t>
            </w:r>
            <w:r w:rsidR="00F5737C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386572" w14:paraId="5A14C94F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6E20BC5D" w14:textId="77777777" w:rsidR="00386572" w:rsidRDefault="00386572" w:rsidP="001C4405"/>
        </w:tc>
        <w:tc>
          <w:tcPr>
            <w:tcW w:w="8030" w:type="dxa"/>
            <w:gridSpan w:val="3"/>
            <w:shd w:val="clear" w:color="auto" w:fill="F0F0F0"/>
          </w:tcPr>
          <w:p w14:paraId="78E73CCF" w14:textId="58BADCBA" w:rsidR="00386572" w:rsidRPr="00681BF0" w:rsidRDefault="00386572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F5737C" w:rsidRPr="00681BF0">
              <w:rPr>
                <w:b/>
                <w:bCs/>
                <w:sz w:val="20"/>
                <w:szCs w:val="20"/>
              </w:rPr>
              <w:t>CONSILIUL JUDE</w:t>
            </w:r>
            <w:r w:rsidR="00F5737C">
              <w:rPr>
                <w:b/>
                <w:bCs/>
                <w:sz w:val="20"/>
                <w:szCs w:val="20"/>
              </w:rPr>
              <w:t>Ț</w:t>
            </w:r>
            <w:r w:rsidR="00F5737C"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F5737C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386572" w:rsidRPr="00F5737C" w14:paraId="2D3BF051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6A7BBC21" w14:textId="77777777" w:rsidR="00386572" w:rsidRDefault="00386572" w:rsidP="001C4405"/>
        </w:tc>
        <w:tc>
          <w:tcPr>
            <w:tcW w:w="2409" w:type="dxa"/>
            <w:shd w:val="clear" w:color="auto" w:fill="F0F0F0"/>
          </w:tcPr>
          <w:p w14:paraId="27ED356D" w14:textId="77777777" w:rsidR="00386572" w:rsidRPr="00343BBA" w:rsidRDefault="00386572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52275E9A" w14:textId="110F856A" w:rsidR="00386572" w:rsidRPr="00681BF0" w:rsidRDefault="00F5737C" w:rsidP="00F5737C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B652923" w14:textId="77777777" w:rsidR="00386572" w:rsidRPr="004F799F" w:rsidRDefault="00386572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487A136E" w14:textId="77777777" w:rsidR="00F5737C" w:rsidRPr="006463CB" w:rsidRDefault="00F5737C" w:rsidP="00F5737C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1C275D88" w14:textId="77777777" w:rsidR="00386572" w:rsidRPr="004F799F" w:rsidRDefault="00386572" w:rsidP="001C4405">
            <w:pPr>
              <w:keepNext/>
              <w:rPr>
                <w:lang w:val="fr-FR"/>
              </w:rPr>
            </w:pPr>
          </w:p>
        </w:tc>
      </w:tr>
      <w:tr w:rsidR="00386572" w14:paraId="26CF3FE3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6F7F2FF6" w14:textId="77777777" w:rsidR="00386572" w:rsidRPr="004F799F" w:rsidRDefault="00386572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D5FD6B7" w14:textId="77777777" w:rsidR="00386572" w:rsidRDefault="00386572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BD2F7A" w14:textId="77777777" w:rsidR="00386572" w:rsidRDefault="00386572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4D3450B" w14:textId="77777777" w:rsidR="00386572" w:rsidRDefault="00386572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80C9C26" w14:textId="77777777" w:rsidR="00386572" w:rsidRDefault="00386572" w:rsidP="001C4405">
            <w:pPr>
              <w:keepNext/>
            </w:pPr>
          </w:p>
        </w:tc>
      </w:tr>
      <w:tr w:rsidR="00386572" w:rsidRPr="00F5737C" w14:paraId="69F88E65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7D2B862" w14:textId="77777777" w:rsidR="00386572" w:rsidRPr="00343BBA" w:rsidRDefault="00386572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386572" w:rsidRDefault="001E1635">
      <w:pPr>
        <w:spacing w:line="168" w:lineRule="auto"/>
        <w:rPr>
          <w:lang w:val="it-IT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386572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258CF99" w14:textId="5B1B85B3" w:rsidR="001E1635" w:rsidRPr="006257CA" w:rsidRDefault="00F5737C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1E1635" w:rsidRPr="00F5737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25EC5425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F5737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F5737C" w14:paraId="1F9B2A48" w14:textId="77777777" w:rsidTr="006257CA">
        <w:tc>
          <w:tcPr>
            <w:tcW w:w="9636" w:type="dxa"/>
          </w:tcPr>
          <w:p w14:paraId="231CB6BD" w14:textId="5A290929" w:rsidR="006257CA" w:rsidRPr="00386572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  <w:lang w:val="it-IT"/>
              </w:rPr>
            </w:pPr>
            <w:r w:rsidRPr="00386572">
              <w:rPr>
                <w:b/>
                <w:bCs/>
                <w:sz w:val="18"/>
                <w:szCs w:val="18"/>
                <w:lang w:val="it-IT"/>
              </w:rPr>
              <w:t>3. ÎN  VEDEREA REALIZĂRII OPERAȚIUNII CADATRALE :</w:t>
            </w:r>
          </w:p>
        </w:tc>
      </w:tr>
      <w:tr w:rsidR="006257CA" w:rsidRPr="00F5737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F5737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F5737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F5737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prin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6B9BA" w14:textId="77777777" w:rsidR="008F4A0A" w:rsidRDefault="008F4A0A">
      <w:r>
        <w:separator/>
      </w:r>
    </w:p>
  </w:endnote>
  <w:endnote w:type="continuationSeparator" w:id="0">
    <w:p w14:paraId="1F96ADB8" w14:textId="77777777" w:rsidR="008F4A0A" w:rsidRDefault="008F4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Footer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1CB24" w14:textId="77777777" w:rsidR="008F4A0A" w:rsidRDefault="008F4A0A">
      <w:r>
        <w:separator/>
      </w:r>
    </w:p>
  </w:footnote>
  <w:footnote w:type="continuationSeparator" w:id="0">
    <w:p w14:paraId="61183A85" w14:textId="77777777" w:rsidR="008F4A0A" w:rsidRDefault="008F4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1635"/>
    <w:rsid w:val="0029639D"/>
    <w:rsid w:val="002E3AD3"/>
    <w:rsid w:val="00326F90"/>
    <w:rsid w:val="00386572"/>
    <w:rsid w:val="004B1106"/>
    <w:rsid w:val="006257CA"/>
    <w:rsid w:val="006C103E"/>
    <w:rsid w:val="006F54D8"/>
    <w:rsid w:val="008F4A0A"/>
    <w:rsid w:val="00911827"/>
    <w:rsid w:val="009D782F"/>
    <w:rsid w:val="00A37FAC"/>
    <w:rsid w:val="00AA1D8D"/>
    <w:rsid w:val="00AC5F99"/>
    <w:rsid w:val="00B47730"/>
    <w:rsid w:val="00BE763D"/>
    <w:rsid w:val="00C21924"/>
    <w:rsid w:val="00CB0664"/>
    <w:rsid w:val="00F06F76"/>
    <w:rsid w:val="00F5737C"/>
    <w:rsid w:val="00F97A9D"/>
    <w:rsid w:val="00FB79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865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2026-09-02T07:43:00Z</dcterms:created>
  <dcterms:modified xsi:type="dcterms:W3CDTF">2026-09-02T07:43:00Z</dcterms:modified>
  <cp:category/>
</cp:coreProperties>
</file>