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450526" w14:paraId="02B31EBF" w14:textId="77777777" w:rsidTr="001C4405">
        <w:trPr>
          <w:cantSplit/>
          <w:trHeight w:val="350"/>
        </w:trPr>
        <w:tc>
          <w:tcPr>
            <w:tcW w:w="1606" w:type="dxa"/>
            <w:vMerge w:val="restart"/>
            <w:vAlign w:val="center"/>
          </w:tcPr>
          <w:p w14:paraId="1D28C6B0" w14:textId="70BCA7E7" w:rsidR="00450526" w:rsidRDefault="00723D70" w:rsidP="001C4405">
            <w:pPr>
              <w:keepNext/>
              <w:jc w:val="center"/>
            </w:pPr>
            <w:r w:rsidRPr="006463CB">
              <w:rPr>
                <w:noProof/>
                <w:lang w:val="ro-RO"/>
              </w:rPr>
              <w:drawing>
                <wp:inline distT="0" distB="0" distL="0" distR="0" wp14:anchorId="10824826" wp14:editId="71169DC3">
                  <wp:extent cx="882650" cy="1054100"/>
                  <wp:effectExtent l="0" t="0" r="0" b="0"/>
                  <wp:docPr id="162453239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405B1EA3" w14:textId="6D4EEEDA" w:rsidR="00450526" w:rsidRDefault="00450526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>
              <w:rPr>
                <w:b/>
                <w:color w:val="0D5F78"/>
              </w:rPr>
              <w:t xml:space="preserve">    </w:t>
            </w:r>
            <w:r w:rsidR="00723D70">
              <w:rPr>
                <w:b/>
                <w:bCs/>
                <w:sz w:val="20"/>
                <w:szCs w:val="20"/>
              </w:rPr>
              <w:t>TIMI</w:t>
            </w:r>
            <w:r w:rsidR="00723D70">
              <w:rPr>
                <w:b/>
                <w:bCs/>
                <w:sz w:val="20"/>
                <w:szCs w:val="20"/>
                <w:lang w:val="ro-RO"/>
              </w:rPr>
              <w:t>Ș</w:t>
            </w:r>
          </w:p>
        </w:tc>
      </w:tr>
      <w:tr w:rsidR="00450526" w14:paraId="337A4D26" w14:textId="77777777" w:rsidTr="001C4405">
        <w:trPr>
          <w:cantSplit/>
          <w:trHeight w:val="395"/>
        </w:trPr>
        <w:tc>
          <w:tcPr>
            <w:tcW w:w="1606" w:type="dxa"/>
            <w:vMerge/>
          </w:tcPr>
          <w:p w14:paraId="2CAF3C76" w14:textId="77777777" w:rsidR="00450526" w:rsidRDefault="00450526" w:rsidP="001C4405"/>
        </w:tc>
        <w:tc>
          <w:tcPr>
            <w:tcW w:w="8030" w:type="dxa"/>
            <w:gridSpan w:val="3"/>
            <w:shd w:val="clear" w:color="auto" w:fill="F0F0F0"/>
          </w:tcPr>
          <w:p w14:paraId="59AF41C0" w14:textId="30D93B15" w:rsidR="00450526" w:rsidRPr="00681BF0" w:rsidRDefault="00450526" w:rsidP="001C4405">
            <w:pPr>
              <w:keepNext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  <w:r>
              <w:rPr>
                <w:b/>
                <w:color w:val="0D5F78"/>
              </w:rPr>
              <w:t xml:space="preserve">    </w:t>
            </w:r>
            <w:r w:rsidRPr="00681BF0">
              <w:rPr>
                <w:b/>
                <w:bCs/>
                <w:sz w:val="20"/>
                <w:szCs w:val="20"/>
              </w:rPr>
              <w:t>CONSILIUL JUDE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681BF0">
              <w:rPr>
                <w:b/>
                <w:bCs/>
                <w:sz w:val="20"/>
                <w:szCs w:val="20"/>
              </w:rPr>
              <w:t xml:space="preserve">EAN </w:t>
            </w:r>
            <w:r w:rsidR="00723D70">
              <w:rPr>
                <w:b/>
                <w:bCs/>
                <w:sz w:val="20"/>
                <w:szCs w:val="20"/>
              </w:rPr>
              <w:t>TIMIȘ</w:t>
            </w:r>
          </w:p>
        </w:tc>
      </w:tr>
      <w:tr w:rsidR="00450526" w:rsidRPr="00723D70" w14:paraId="1FF3B58A" w14:textId="77777777" w:rsidTr="001C4405">
        <w:trPr>
          <w:cantSplit/>
          <w:trHeight w:val="692"/>
        </w:trPr>
        <w:tc>
          <w:tcPr>
            <w:tcW w:w="1606" w:type="dxa"/>
            <w:vMerge/>
          </w:tcPr>
          <w:p w14:paraId="75EE81F1" w14:textId="77777777" w:rsidR="00450526" w:rsidRDefault="00450526" w:rsidP="001C4405"/>
        </w:tc>
        <w:tc>
          <w:tcPr>
            <w:tcW w:w="2409" w:type="dxa"/>
            <w:shd w:val="clear" w:color="auto" w:fill="F0F0F0"/>
          </w:tcPr>
          <w:p w14:paraId="59FC0445" w14:textId="77777777" w:rsidR="00450526" w:rsidRPr="00343BBA" w:rsidRDefault="00450526" w:rsidP="001C4405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(CIF)</w:t>
            </w:r>
          </w:p>
          <w:p w14:paraId="343C9F83" w14:textId="7A242F7A" w:rsidR="00450526" w:rsidRPr="00681BF0" w:rsidRDefault="00723D70" w:rsidP="00723D70">
            <w:pPr>
              <w:keepNext/>
              <w:jc w:val="center"/>
              <w:rPr>
                <w:sz w:val="20"/>
                <w:szCs w:val="20"/>
                <w:lang w:val="fr-FR"/>
              </w:rPr>
            </w:pPr>
            <w:r w:rsidRPr="006463CB">
              <w:rPr>
                <w:b/>
                <w:bCs/>
                <w:sz w:val="20"/>
                <w:szCs w:val="20"/>
              </w:rPr>
              <w:t>4358029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4C03344" w14:textId="77777777" w:rsidR="00450526" w:rsidRPr="004F799F" w:rsidRDefault="00450526" w:rsidP="001C4405">
            <w:pPr>
              <w:keepNext/>
              <w:rPr>
                <w:lang w:val="fr-FR"/>
              </w:rPr>
            </w:pPr>
            <w:proofErr w:type="spellStart"/>
            <w:r w:rsidRPr="004F799F">
              <w:rPr>
                <w:b/>
                <w:color w:val="0D5F78"/>
                <w:lang w:val="fr-FR"/>
              </w:rPr>
              <w:t>Adresa</w:t>
            </w:r>
            <w:proofErr w:type="spellEnd"/>
            <w:r w:rsidRPr="004F799F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4F799F">
              <w:rPr>
                <w:b/>
                <w:color w:val="0D5F78"/>
                <w:lang w:val="fr-FR"/>
              </w:rPr>
              <w:t>oficială</w:t>
            </w:r>
            <w:proofErr w:type="spellEnd"/>
          </w:p>
          <w:p w14:paraId="525DB492" w14:textId="77777777" w:rsidR="00723D70" w:rsidRPr="006463CB" w:rsidRDefault="00723D70" w:rsidP="00723D7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Bulevardul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Revoluţiei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din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1989 nr.17, Timişoara,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cod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poştal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300034,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judeţul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Timiş</w:t>
            </w:r>
            <w:r w:rsidRPr="006463CB">
              <w:rPr>
                <w:sz w:val="20"/>
                <w:szCs w:val="20"/>
                <w:lang w:val="fr-FR"/>
              </w:rPr>
              <w:t xml:space="preserve">, </w:t>
            </w:r>
            <w:hyperlink r:id="rId9" w:history="1">
              <w:r w:rsidRPr="006463CB">
                <w:rPr>
                  <w:rStyle w:val="Hyperlink"/>
                  <w:sz w:val="20"/>
                  <w:szCs w:val="20"/>
                  <w:lang w:val="fr-FR"/>
                </w:rPr>
                <w:t>cjt@cjtimis.ro</w:t>
              </w:r>
            </w:hyperlink>
          </w:p>
          <w:p w14:paraId="19F32589" w14:textId="77777777" w:rsidR="00450526" w:rsidRPr="004F799F" w:rsidRDefault="00450526" w:rsidP="001C4405">
            <w:pPr>
              <w:keepNext/>
              <w:rPr>
                <w:lang w:val="fr-FR"/>
              </w:rPr>
            </w:pPr>
          </w:p>
        </w:tc>
      </w:tr>
      <w:tr w:rsidR="00450526" w14:paraId="155A1D8E" w14:textId="77777777" w:rsidTr="001C4405">
        <w:trPr>
          <w:cantSplit/>
          <w:trHeight w:val="510"/>
        </w:trPr>
        <w:tc>
          <w:tcPr>
            <w:tcW w:w="1606" w:type="dxa"/>
            <w:vMerge/>
          </w:tcPr>
          <w:p w14:paraId="63882E85" w14:textId="77777777" w:rsidR="00450526" w:rsidRPr="004F799F" w:rsidRDefault="00450526" w:rsidP="001C4405">
            <w:pPr>
              <w:rPr>
                <w:lang w:val="fr-FR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7A6D97C7" w14:textId="77777777" w:rsidR="00450526" w:rsidRDefault="00450526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964A9F9" w14:textId="77777777" w:rsidR="00450526" w:rsidRDefault="00450526" w:rsidP="001C440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5D998E4" w14:textId="77777777" w:rsidR="00450526" w:rsidRDefault="00450526" w:rsidP="001C4405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07CB17BB" w14:textId="77777777" w:rsidR="00450526" w:rsidRDefault="00450526" w:rsidP="001C4405">
            <w:pPr>
              <w:keepNext/>
            </w:pPr>
          </w:p>
        </w:tc>
      </w:tr>
      <w:tr w:rsidR="00450526" w:rsidRPr="00723D70" w14:paraId="6F858EF9" w14:textId="77777777" w:rsidTr="001C4405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D2C820A" w14:textId="77777777" w:rsidR="00450526" w:rsidRPr="00343BBA" w:rsidRDefault="00450526" w:rsidP="001C4405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43BBA">
              <w:rPr>
                <w:i/>
                <w:color w:val="595959"/>
                <w:lang w:val="fr-FR"/>
              </w:rPr>
              <w:t>se</w:t>
            </w:r>
            <w:proofErr w:type="gram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scrie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în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9E46984" w14:textId="77777777" w:rsidR="00E25052" w:rsidRPr="0021562A" w:rsidRDefault="00000000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450526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C4842F2" w14:textId="630E7EFB" w:rsidR="00E25052" w:rsidRPr="00F801F2" w:rsidRDefault="00450526">
            <w:pPr>
              <w:keepNext/>
              <w:rPr>
                <w:lang w:val="fr-FR"/>
              </w:rPr>
            </w:pPr>
            <w:r w:rsidRPr="00681BF0">
              <w:rPr>
                <w:b/>
                <w:bCs/>
                <w:sz w:val="20"/>
                <w:szCs w:val="20"/>
              </w:rPr>
              <w:t>CONSILIUL JUDE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681BF0">
              <w:rPr>
                <w:b/>
                <w:bCs/>
                <w:sz w:val="20"/>
                <w:szCs w:val="20"/>
              </w:rPr>
              <w:t xml:space="preserve">EAN </w:t>
            </w:r>
            <w:r w:rsidR="00723D70">
              <w:rPr>
                <w:b/>
                <w:bCs/>
                <w:sz w:val="20"/>
                <w:szCs w:val="20"/>
              </w:rPr>
              <w:t>TIMIȘ</w:t>
            </w:r>
          </w:p>
          <w:p w14:paraId="5B3D1BF3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723D70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0475D24" w:rsidR="00E25052" w:rsidRPr="00F801F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="00450526">
              <w:rPr>
                <w:lang w:val="fr-FR"/>
              </w:rPr>
              <w:t>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000000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Pr="00450526" w:rsidRDefault="00000000">
      <w:pPr>
        <w:spacing w:before="80" w:after="60"/>
        <w:jc w:val="center"/>
        <w:rPr>
          <w:lang w:val="it-IT"/>
        </w:rPr>
      </w:pPr>
      <w:r w:rsidRPr="00450526">
        <w:rPr>
          <w:sz w:val="18"/>
          <w:lang w:val="it-IT"/>
        </w:rPr>
        <w:t>în conformitate cu prevederile Legii nr. 169/2026 privind Codul amenajării teritoriului, urbanismului și construcțiilor,</w:t>
      </w:r>
    </w:p>
    <w:p w14:paraId="2C7584EF" w14:textId="77777777" w:rsidR="00E25052" w:rsidRPr="00450526" w:rsidRDefault="00000000">
      <w:pPr>
        <w:spacing w:before="80" w:after="60"/>
        <w:jc w:val="center"/>
        <w:rPr>
          <w:lang w:val="it-IT"/>
        </w:rPr>
      </w:pPr>
      <w:r w:rsidRPr="00450526">
        <w:rPr>
          <w:sz w:val="18"/>
          <w:lang w:val="it-IT"/>
        </w:rPr>
        <w:t>solicit emiterea</w:t>
      </w:r>
    </w:p>
    <w:p w14:paraId="33797D79" w14:textId="77777777" w:rsidR="00E25052" w:rsidRPr="0021562A" w:rsidRDefault="00000000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000000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14:paraId="4088464C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723D70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000000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14:paraId="4D8DB8B6" w14:textId="6B074625" w:rsidR="00E25052" w:rsidRPr="00F8517F" w:rsidRDefault="00000000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 xml:space="preserve">☐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Agenția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Națională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și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000000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723D70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prin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gramStart"/>
            <w:r w:rsidRPr="00F801F2">
              <w:rPr>
                <w:sz w:val="16"/>
                <w:lang w:val="fr-FR"/>
              </w:rPr>
              <w:t>de e-mail</w:t>
            </w:r>
            <w:proofErr w:type="gram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000000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10"/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BED3B" w14:textId="77777777" w:rsidR="00622FDF" w:rsidRDefault="00622FDF">
      <w:r>
        <w:separator/>
      </w:r>
    </w:p>
  </w:endnote>
  <w:endnote w:type="continuationSeparator" w:id="0">
    <w:p w14:paraId="0BBABB90" w14:textId="77777777" w:rsidR="00622FDF" w:rsidRDefault="00622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Footer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5C185" w14:textId="77777777" w:rsidR="00622FDF" w:rsidRDefault="00622FDF">
      <w:r>
        <w:separator/>
      </w:r>
    </w:p>
  </w:footnote>
  <w:footnote w:type="continuationSeparator" w:id="0">
    <w:p w14:paraId="6703DACF" w14:textId="77777777" w:rsidR="00622FDF" w:rsidRDefault="00622F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7F69" w14:textId="77777777" w:rsidR="00F8517F" w:rsidRPr="00450526" w:rsidRDefault="00F8517F" w:rsidP="00F8517F">
    <w:pPr>
      <w:pStyle w:val="Header"/>
      <w:rPr>
        <w:b/>
        <w:bCs/>
        <w:i/>
        <w:iCs/>
        <w:color w:val="595959"/>
        <w:sz w:val="24"/>
        <w:szCs w:val="24"/>
        <w:u w:val="single"/>
        <w:lang w:val="it-IT"/>
      </w:rPr>
    </w:pPr>
    <w:r w:rsidRPr="00450526">
      <w:rPr>
        <w:b/>
        <w:bCs/>
        <w:i/>
        <w:iCs/>
        <w:color w:val="595959"/>
        <w:sz w:val="24"/>
        <w:szCs w:val="24"/>
        <w:u w:val="single"/>
        <w:lang w:val="it-IT"/>
      </w:rPr>
      <w:t xml:space="preserve">Anexa nr.1  </w:t>
    </w:r>
  </w:p>
  <w:p w14:paraId="30A11B91" w14:textId="654108AB" w:rsidR="00F8517F" w:rsidRPr="00450526" w:rsidRDefault="00F8517F" w:rsidP="00F8517F">
    <w:pPr>
      <w:pStyle w:val="Header"/>
      <w:rPr>
        <w:b/>
        <w:bCs/>
        <w:color w:val="595959"/>
        <w:lang w:val="it-IT"/>
      </w:rPr>
    </w:pPr>
    <w:r w:rsidRPr="00450526">
      <w:rPr>
        <w:color w:val="595959"/>
        <w:lang w:val="it-IT"/>
      </w:rPr>
      <w:t>F_CU_01 · versiunea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168"/>
    <w:rsid w:val="000F55B4"/>
    <w:rsid w:val="0015074B"/>
    <w:rsid w:val="0021562A"/>
    <w:rsid w:val="0029639D"/>
    <w:rsid w:val="002E3AD3"/>
    <w:rsid w:val="00326F90"/>
    <w:rsid w:val="00450526"/>
    <w:rsid w:val="004B1106"/>
    <w:rsid w:val="00622FDF"/>
    <w:rsid w:val="006C103E"/>
    <w:rsid w:val="006C7957"/>
    <w:rsid w:val="00723D70"/>
    <w:rsid w:val="00763A7C"/>
    <w:rsid w:val="00861954"/>
    <w:rsid w:val="00911827"/>
    <w:rsid w:val="009B5021"/>
    <w:rsid w:val="009C4A02"/>
    <w:rsid w:val="00AA1D8D"/>
    <w:rsid w:val="00B16250"/>
    <w:rsid w:val="00B47730"/>
    <w:rsid w:val="00BE763D"/>
    <w:rsid w:val="00C8154A"/>
    <w:rsid w:val="00CB0664"/>
    <w:rsid w:val="00DD63AF"/>
    <w:rsid w:val="00E25052"/>
    <w:rsid w:val="00E61A6B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505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jt@cjtimi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1415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CJT Lucian Brihacescu</cp:lastModifiedBy>
  <cp:revision>2</cp:revision>
  <dcterms:created xsi:type="dcterms:W3CDTF">2026-09-02T07:41:00Z</dcterms:created>
  <dcterms:modified xsi:type="dcterms:W3CDTF">2026-09-02T07:41:00Z</dcterms:modified>
  <cp:category/>
</cp:coreProperties>
</file>