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E0209" w14:paraId="561ADCF0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68380DCC" w14:textId="7D579A79" w:rsidR="00AE0209" w:rsidRDefault="006F0C61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24CE191B" wp14:editId="11A5F21C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9762FF6" w14:textId="11A4530C" w:rsidR="00AE0209" w:rsidRDefault="00AE0209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6F0C61">
              <w:rPr>
                <w:b/>
                <w:bCs/>
                <w:sz w:val="20"/>
                <w:szCs w:val="20"/>
              </w:rPr>
              <w:t>TIMI</w:t>
            </w:r>
            <w:r w:rsidR="006F0C61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AE0209" w14:paraId="50E1E954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F9AC498" w14:textId="77777777" w:rsidR="00AE0209" w:rsidRDefault="00AE0209" w:rsidP="001C4405"/>
        </w:tc>
        <w:tc>
          <w:tcPr>
            <w:tcW w:w="8030" w:type="dxa"/>
            <w:gridSpan w:val="3"/>
            <w:shd w:val="clear" w:color="auto" w:fill="F0F0F0"/>
          </w:tcPr>
          <w:p w14:paraId="4F74DA27" w14:textId="1CA83B79" w:rsidR="00AE0209" w:rsidRPr="00681BF0" w:rsidRDefault="00AE0209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6F0C61" w:rsidRPr="00681BF0">
              <w:rPr>
                <w:b/>
                <w:bCs/>
                <w:sz w:val="20"/>
                <w:szCs w:val="20"/>
              </w:rPr>
              <w:t>CONSILIUL JUDE</w:t>
            </w:r>
            <w:r w:rsidR="006F0C61">
              <w:rPr>
                <w:b/>
                <w:bCs/>
                <w:sz w:val="20"/>
                <w:szCs w:val="20"/>
              </w:rPr>
              <w:t>Ț</w:t>
            </w:r>
            <w:r w:rsidR="006F0C61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6F0C61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AE0209" w:rsidRPr="006F0C61" w14:paraId="562D751C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05C10938" w14:textId="77777777" w:rsidR="00AE0209" w:rsidRDefault="00AE0209" w:rsidP="001C4405"/>
        </w:tc>
        <w:tc>
          <w:tcPr>
            <w:tcW w:w="2409" w:type="dxa"/>
            <w:shd w:val="clear" w:color="auto" w:fill="F0F0F0"/>
          </w:tcPr>
          <w:p w14:paraId="598B6AAE" w14:textId="77777777" w:rsidR="00AE0209" w:rsidRPr="00343BBA" w:rsidRDefault="00AE0209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54887E09" w14:textId="002E08AD" w:rsidR="00AE0209" w:rsidRPr="00681BF0" w:rsidRDefault="006F0C61" w:rsidP="006F0C61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357FD88" w14:textId="77777777" w:rsidR="00AE0209" w:rsidRPr="004F799F" w:rsidRDefault="00AE0209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163CA130" w14:textId="77777777" w:rsidR="006F0C61" w:rsidRPr="006463CB" w:rsidRDefault="006F0C61" w:rsidP="006F0C61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4AEF3768" w14:textId="77777777" w:rsidR="00AE0209" w:rsidRPr="004F799F" w:rsidRDefault="00AE0209" w:rsidP="001C4405">
            <w:pPr>
              <w:keepNext/>
              <w:rPr>
                <w:lang w:val="fr-FR"/>
              </w:rPr>
            </w:pPr>
          </w:p>
        </w:tc>
      </w:tr>
      <w:tr w:rsidR="00AE0209" w14:paraId="64D7B78B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28F29554" w14:textId="77777777" w:rsidR="00AE0209" w:rsidRPr="004F799F" w:rsidRDefault="00AE0209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D578F67" w14:textId="77777777" w:rsidR="00AE0209" w:rsidRDefault="00AE0209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3256518" w14:textId="77777777" w:rsidR="00AE0209" w:rsidRDefault="00AE0209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CA41B2A" w14:textId="77777777" w:rsidR="00AE0209" w:rsidRDefault="00AE0209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EB3051A" w14:textId="77777777" w:rsidR="00AE0209" w:rsidRDefault="00AE0209" w:rsidP="001C4405">
            <w:pPr>
              <w:keepNext/>
            </w:pPr>
          </w:p>
        </w:tc>
      </w:tr>
      <w:tr w:rsidR="00AE0209" w:rsidRPr="006F0C61" w14:paraId="743559C4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2A94E80" w14:textId="77777777" w:rsidR="00AE0209" w:rsidRPr="00343BBA" w:rsidRDefault="00AE0209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BE37E91" w:rsidR="00AD35FD" w:rsidRPr="007050CD" w:rsidRDefault="00AE0209" w:rsidP="007050CD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6F0C61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AD35FD" w:rsidRPr="006F0C61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33D02592" w:rsidR="00AD35FD" w:rsidRPr="00AE0209" w:rsidRDefault="00000000">
            <w:pPr>
              <w:spacing w:line="228" w:lineRule="auto"/>
              <w:rPr>
                <w:lang w:val="it-IT"/>
              </w:rPr>
            </w:pPr>
            <w:r w:rsidRPr="00AE0209">
              <w:rPr>
                <w:lang w:val="it-IT"/>
              </w:rPr>
              <w:t>Cererea va fi</w:t>
            </w:r>
            <w:r w:rsidR="007050CD" w:rsidRPr="00AE0209">
              <w:rPr>
                <w:lang w:val="it-IT"/>
              </w:rPr>
              <w:t xml:space="preserve"> adresată</w:t>
            </w:r>
            <w:r w:rsidRPr="00AE0209">
              <w:rPr>
                <w:lang w:val="it-IT"/>
              </w:rPr>
              <w:t xml:space="preserve"> către președintele consiliului județean</w:t>
            </w:r>
            <w:r w:rsidR="00AE0209">
              <w:rPr>
                <w:lang w:val="it-IT"/>
              </w:rPr>
              <w:t>.</w:t>
            </w:r>
          </w:p>
        </w:tc>
      </w:tr>
    </w:tbl>
    <w:p w14:paraId="51D38FA9" w14:textId="77777777" w:rsidR="00AD35FD" w:rsidRPr="00AE0209" w:rsidRDefault="00AD35FD">
      <w:pPr>
        <w:spacing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AE0209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6F0C61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D35FD" w:rsidRPr="006F0C61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57A9" w14:textId="77777777" w:rsidR="00876865" w:rsidRDefault="00876865">
      <w:r>
        <w:separator/>
      </w:r>
    </w:p>
  </w:endnote>
  <w:endnote w:type="continuationSeparator" w:id="0">
    <w:p w14:paraId="45851715" w14:textId="77777777" w:rsidR="00876865" w:rsidRDefault="0087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7C4E6" w14:textId="77777777" w:rsidR="00876865" w:rsidRDefault="00876865">
      <w:r>
        <w:separator/>
      </w:r>
    </w:p>
  </w:footnote>
  <w:footnote w:type="continuationSeparator" w:id="0">
    <w:p w14:paraId="37EA73FA" w14:textId="77777777" w:rsidR="00876865" w:rsidRDefault="00876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59F"/>
    <w:rsid w:val="0015074B"/>
    <w:rsid w:val="001D6E6F"/>
    <w:rsid w:val="0029639D"/>
    <w:rsid w:val="002E3AD3"/>
    <w:rsid w:val="00326F90"/>
    <w:rsid w:val="004606BF"/>
    <w:rsid w:val="004B1106"/>
    <w:rsid w:val="005E6036"/>
    <w:rsid w:val="006847A5"/>
    <w:rsid w:val="006C103E"/>
    <w:rsid w:val="006F0C61"/>
    <w:rsid w:val="007050CD"/>
    <w:rsid w:val="00876865"/>
    <w:rsid w:val="008E3393"/>
    <w:rsid w:val="00911827"/>
    <w:rsid w:val="009535AE"/>
    <w:rsid w:val="0098140B"/>
    <w:rsid w:val="00AA1D8D"/>
    <w:rsid w:val="00AD35FD"/>
    <w:rsid w:val="00AE0209"/>
    <w:rsid w:val="00B47730"/>
    <w:rsid w:val="00B769B5"/>
    <w:rsid w:val="00CB0664"/>
    <w:rsid w:val="00D170B5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E02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2026-09-02T07:27:00Z</dcterms:created>
  <dcterms:modified xsi:type="dcterms:W3CDTF">2026-09-02T07:27:00Z</dcterms:modified>
  <cp:category/>
</cp:coreProperties>
</file>