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93265" w14:paraId="1F6AD0ED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DFA1FB5" w14:textId="1678A76A" w:rsidR="00393265" w:rsidRDefault="00E815C8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2DBB5956" wp14:editId="075F0B31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F9F5AC9" w14:textId="393B1F5C" w:rsidR="00393265" w:rsidRDefault="0039326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E815C8">
              <w:rPr>
                <w:b/>
                <w:bCs/>
                <w:sz w:val="20"/>
                <w:szCs w:val="20"/>
              </w:rPr>
              <w:t>TIMI</w:t>
            </w:r>
            <w:r w:rsidR="00E815C8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393265" w14:paraId="65C802CB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FDDC9F8" w14:textId="77777777" w:rsidR="00393265" w:rsidRDefault="00393265" w:rsidP="001C4405"/>
        </w:tc>
        <w:tc>
          <w:tcPr>
            <w:tcW w:w="8030" w:type="dxa"/>
            <w:gridSpan w:val="3"/>
            <w:shd w:val="clear" w:color="auto" w:fill="F0F0F0"/>
          </w:tcPr>
          <w:p w14:paraId="5A9A1FEF" w14:textId="678A9D2E" w:rsidR="00393265" w:rsidRPr="00681BF0" w:rsidRDefault="00393265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E815C8" w:rsidRPr="00681BF0">
              <w:rPr>
                <w:b/>
                <w:bCs/>
                <w:sz w:val="20"/>
                <w:szCs w:val="20"/>
              </w:rPr>
              <w:t>CONSILIUL JUDE</w:t>
            </w:r>
            <w:r w:rsidR="00E815C8">
              <w:rPr>
                <w:b/>
                <w:bCs/>
                <w:sz w:val="20"/>
                <w:szCs w:val="20"/>
              </w:rPr>
              <w:t>Ț</w:t>
            </w:r>
            <w:r w:rsidR="00E815C8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E815C8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393265" w:rsidRPr="00E815C8" w14:paraId="2E00973E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451FFFF6" w14:textId="77777777" w:rsidR="00393265" w:rsidRDefault="00393265" w:rsidP="001C4405"/>
        </w:tc>
        <w:tc>
          <w:tcPr>
            <w:tcW w:w="2409" w:type="dxa"/>
            <w:shd w:val="clear" w:color="auto" w:fill="F0F0F0"/>
          </w:tcPr>
          <w:p w14:paraId="77AB4E84" w14:textId="77777777" w:rsidR="00393265" w:rsidRPr="00343BBA" w:rsidRDefault="00393265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01F0091B" w14:textId="2109C934" w:rsidR="00393265" w:rsidRPr="00681BF0" w:rsidRDefault="00E815C8" w:rsidP="00E815C8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B77A95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99FAB1" w14:textId="77777777" w:rsidR="00393265" w:rsidRPr="004F799F" w:rsidRDefault="00393265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6A833FFE" w14:textId="77777777" w:rsidR="00E815C8" w:rsidRPr="006463CB" w:rsidRDefault="00E815C8" w:rsidP="00E815C8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702DF443" w14:textId="77777777" w:rsidR="00393265" w:rsidRPr="004F799F" w:rsidRDefault="00393265" w:rsidP="001C4405">
            <w:pPr>
              <w:keepNext/>
              <w:rPr>
                <w:lang w:val="fr-FR"/>
              </w:rPr>
            </w:pPr>
          </w:p>
        </w:tc>
      </w:tr>
      <w:tr w:rsidR="00393265" w14:paraId="11FCFDAD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7B6E463" w14:textId="77777777" w:rsidR="00393265" w:rsidRPr="004F799F" w:rsidRDefault="00393265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6E649303" w14:textId="77777777" w:rsidR="00393265" w:rsidRDefault="0039326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368CD42" w14:textId="77777777" w:rsidR="00393265" w:rsidRDefault="00393265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6971780" w14:textId="77777777" w:rsidR="00393265" w:rsidRDefault="00393265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D6D37A7" w14:textId="77777777" w:rsidR="00393265" w:rsidRDefault="00393265" w:rsidP="001C4405">
            <w:pPr>
              <w:keepNext/>
            </w:pPr>
          </w:p>
        </w:tc>
      </w:tr>
      <w:tr w:rsidR="00393265" w:rsidRPr="00E815C8" w14:paraId="60D95DF5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19CA100" w14:textId="77777777" w:rsidR="00393265" w:rsidRPr="00343BBA" w:rsidRDefault="00393265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393265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641DACE" w14:textId="656E02B9" w:rsidR="00A11ECC" w:rsidRPr="00E6757A" w:rsidRDefault="00393265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E815C8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A11ECC" w:rsidRPr="00E815C8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0B7EE3D5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="00393265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E815C8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E815C8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E815C8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98923" w14:textId="77777777" w:rsidR="00075FD0" w:rsidRDefault="00075FD0">
      <w:r>
        <w:separator/>
      </w:r>
    </w:p>
  </w:endnote>
  <w:endnote w:type="continuationSeparator" w:id="0">
    <w:p w14:paraId="42F14001" w14:textId="77777777" w:rsidR="00075FD0" w:rsidRDefault="0007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D4CE" w14:textId="77777777" w:rsidR="00075FD0" w:rsidRDefault="00075FD0">
      <w:r>
        <w:separator/>
      </w:r>
    </w:p>
  </w:footnote>
  <w:footnote w:type="continuationSeparator" w:id="0">
    <w:p w14:paraId="34DC8E07" w14:textId="77777777" w:rsidR="00075FD0" w:rsidRDefault="00075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FD0"/>
    <w:rsid w:val="0008748D"/>
    <w:rsid w:val="000A01C0"/>
    <w:rsid w:val="00123DA8"/>
    <w:rsid w:val="0015074B"/>
    <w:rsid w:val="00182EDC"/>
    <w:rsid w:val="001F772B"/>
    <w:rsid w:val="0029639D"/>
    <w:rsid w:val="002E3AD3"/>
    <w:rsid w:val="00326F90"/>
    <w:rsid w:val="00393265"/>
    <w:rsid w:val="00454FAA"/>
    <w:rsid w:val="004B1106"/>
    <w:rsid w:val="005A1F12"/>
    <w:rsid w:val="006C103E"/>
    <w:rsid w:val="00904FB9"/>
    <w:rsid w:val="00911827"/>
    <w:rsid w:val="00A11ECC"/>
    <w:rsid w:val="00AA1D8D"/>
    <w:rsid w:val="00B02281"/>
    <w:rsid w:val="00B47730"/>
    <w:rsid w:val="00CB0664"/>
    <w:rsid w:val="00D375B5"/>
    <w:rsid w:val="00D5718B"/>
    <w:rsid w:val="00E61A6B"/>
    <w:rsid w:val="00E6757A"/>
    <w:rsid w:val="00E815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932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2026-09-02T07:19:00Z</dcterms:created>
  <dcterms:modified xsi:type="dcterms:W3CDTF">2026-09-02T07:19:00Z</dcterms:modified>
  <cp:category/>
</cp:coreProperties>
</file>