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F978B" w14:textId="77777777" w:rsidR="001558F5" w:rsidRDefault="001558F5" w:rsidP="001558F5">
      <w:pPr>
        <w:tabs>
          <w:tab w:val="left" w:pos="970"/>
        </w:tabs>
        <w:spacing w:line="168" w:lineRule="auto"/>
      </w:pPr>
      <w:r>
        <w:tab/>
      </w: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558F5" w14:paraId="0226DDB6" w14:textId="77777777" w:rsidTr="00171BE6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7ED56D15" w14:textId="77777777" w:rsidR="001558F5" w:rsidRPr="006463CB" w:rsidRDefault="001558F5" w:rsidP="00171BE6">
            <w:pPr>
              <w:keepNext/>
              <w:jc w:val="center"/>
              <w:rPr>
                <w:lang w:val="ro-RO"/>
              </w:rPr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34ECCCA8" wp14:editId="7B741980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C6CAAB" w14:textId="77777777" w:rsidR="001558F5" w:rsidRDefault="001558F5" w:rsidP="00171BE6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5159EEB1" w14:textId="77777777" w:rsidR="001558F5" w:rsidRPr="006463CB" w:rsidRDefault="001558F5" w:rsidP="00171BE6">
            <w:pPr>
              <w:keepNext/>
              <w:rPr>
                <w:lang w:val="ro-RO"/>
              </w:rPr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>
              <w:rPr>
                <w:b/>
                <w:bCs/>
                <w:sz w:val="20"/>
                <w:szCs w:val="20"/>
              </w:rPr>
              <w:t>TIMI</w:t>
            </w:r>
            <w:r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1558F5" w14:paraId="350345C9" w14:textId="77777777" w:rsidTr="00171BE6">
        <w:trPr>
          <w:cantSplit/>
          <w:trHeight w:val="395"/>
        </w:trPr>
        <w:tc>
          <w:tcPr>
            <w:tcW w:w="1606" w:type="dxa"/>
            <w:vMerge/>
          </w:tcPr>
          <w:p w14:paraId="281447B1" w14:textId="77777777" w:rsidR="001558F5" w:rsidRDefault="001558F5" w:rsidP="00171BE6"/>
        </w:tc>
        <w:tc>
          <w:tcPr>
            <w:tcW w:w="8030" w:type="dxa"/>
            <w:gridSpan w:val="3"/>
            <w:shd w:val="clear" w:color="auto" w:fill="F0F0F0"/>
          </w:tcPr>
          <w:p w14:paraId="2D0F0A1A" w14:textId="77777777" w:rsidR="001558F5" w:rsidRPr="00681BF0" w:rsidRDefault="001558F5" w:rsidP="00171BE6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1558F5" w:rsidRPr="00962A24" w14:paraId="7843C89D" w14:textId="77777777" w:rsidTr="00171BE6">
        <w:trPr>
          <w:cantSplit/>
          <w:trHeight w:val="692"/>
        </w:trPr>
        <w:tc>
          <w:tcPr>
            <w:tcW w:w="1606" w:type="dxa"/>
            <w:vMerge/>
          </w:tcPr>
          <w:p w14:paraId="59990EA7" w14:textId="77777777" w:rsidR="001558F5" w:rsidRDefault="001558F5" w:rsidP="00171BE6"/>
        </w:tc>
        <w:tc>
          <w:tcPr>
            <w:tcW w:w="2409" w:type="dxa"/>
            <w:shd w:val="clear" w:color="auto" w:fill="F0F0F0"/>
          </w:tcPr>
          <w:p w14:paraId="5FD40651" w14:textId="77777777" w:rsidR="001558F5" w:rsidRPr="00343BBA" w:rsidRDefault="001558F5" w:rsidP="00171BE6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64032F9C" w14:textId="77777777" w:rsidR="001558F5" w:rsidRPr="006463CB" w:rsidRDefault="001558F5" w:rsidP="00171BE6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94659DF" w14:textId="77777777" w:rsidR="001558F5" w:rsidRPr="004F799F" w:rsidRDefault="001558F5" w:rsidP="00171BE6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4AF2B6EC" w14:textId="77777777" w:rsidR="001558F5" w:rsidRPr="006463CB" w:rsidRDefault="001558F5" w:rsidP="00171BE6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5C605FB0" w14:textId="77777777" w:rsidR="001558F5" w:rsidRPr="004F799F" w:rsidRDefault="001558F5" w:rsidP="00171BE6">
            <w:pPr>
              <w:keepNext/>
              <w:rPr>
                <w:lang w:val="fr-FR"/>
              </w:rPr>
            </w:pPr>
          </w:p>
        </w:tc>
      </w:tr>
      <w:tr w:rsidR="001558F5" w14:paraId="1203C016" w14:textId="77777777" w:rsidTr="00171BE6">
        <w:trPr>
          <w:cantSplit/>
          <w:trHeight w:val="510"/>
        </w:trPr>
        <w:tc>
          <w:tcPr>
            <w:tcW w:w="1606" w:type="dxa"/>
            <w:vMerge/>
          </w:tcPr>
          <w:p w14:paraId="5B741B88" w14:textId="77777777" w:rsidR="001558F5" w:rsidRPr="004F799F" w:rsidRDefault="001558F5" w:rsidP="00171BE6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0510AD9" w14:textId="77777777" w:rsidR="001558F5" w:rsidRDefault="001558F5" w:rsidP="00171BE6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1019E387" w14:textId="77777777" w:rsidR="001558F5" w:rsidRDefault="001558F5" w:rsidP="00171BE6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4C3A6A77" w14:textId="77777777" w:rsidR="001558F5" w:rsidRDefault="001558F5" w:rsidP="00171BE6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8132873" w14:textId="77777777" w:rsidR="001558F5" w:rsidRDefault="001558F5" w:rsidP="00171BE6">
            <w:pPr>
              <w:keepNext/>
            </w:pPr>
          </w:p>
        </w:tc>
      </w:tr>
    </w:tbl>
    <w:p w14:paraId="2284F115" w14:textId="414FB716" w:rsidR="001114F9" w:rsidRDefault="001114F9" w:rsidP="001558F5">
      <w:pPr>
        <w:tabs>
          <w:tab w:val="left" w:pos="970"/>
        </w:tabs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Cererea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structurii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specialitate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Obiectivul</w:t>
            </w:r>
            <w:proofErr w:type="spellEnd"/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33EAAD97" w:rsidR="001114F9" w:rsidRPr="003A4A4B" w:rsidRDefault="001558F5">
            <w:pPr>
              <w:rPr>
                <w:lang w:val="fr-FR"/>
              </w:rPr>
            </w:pPr>
            <w:proofErr w:type="spellStart"/>
            <w:r w:rsidRPr="003A4A4B">
              <w:rPr>
                <w:i/>
                <w:color w:val="7A7A7A"/>
                <w:lang w:val="fr-FR"/>
              </w:rPr>
              <w:t>J</w:t>
            </w:r>
            <w:r w:rsidR="00000000" w:rsidRPr="003A4A4B">
              <w:rPr>
                <w:i/>
                <w:color w:val="7A7A7A"/>
                <w:lang w:val="fr-FR"/>
              </w:rPr>
              <w:t>udețului</w:t>
            </w:r>
            <w:proofErr w:type="spellEnd"/>
            <w:r>
              <w:rPr>
                <w:i/>
                <w:color w:val="7A7A7A"/>
                <w:lang w:val="fr-FR"/>
              </w:rPr>
              <w:t xml:space="preserve"> Timiș</w:t>
            </w:r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prevederilor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având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vedere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documentația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tehnică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referință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depusă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hotărârile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consiliului</w:t>
      </w:r>
      <w:proofErr w:type="spellEnd"/>
      <w:r>
        <w:rPr>
          <w:sz w:val="18"/>
        </w:rPr>
        <w:t xml:space="preserve"> local </w:t>
      </w: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vigoare</w:t>
      </w:r>
      <w:proofErr w:type="spellEnd"/>
      <w:r>
        <w:rPr>
          <w:sz w:val="18"/>
        </w:rPr>
        <w:t xml:space="preserve">, se </w:t>
      </w:r>
      <w:proofErr w:type="spellStart"/>
      <w:r>
        <w:rPr>
          <w:sz w:val="18"/>
        </w:rPr>
        <w:t>emite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prezentul</w:t>
      </w:r>
      <w:proofErr w:type="spellEnd"/>
      <w:r>
        <w:rPr>
          <w:sz w:val="18"/>
        </w:rPr>
        <w:t>: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1558F5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1558F5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consiliului</w:t>
            </w:r>
            <w:proofErr w:type="spellEnd"/>
            <w:r>
              <w:rPr>
                <w:b/>
                <w:color w:val="0D5F78"/>
              </w:rPr>
              <w:t xml:space="preserve"> local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2A78D099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77E75625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 xml:space="preserve">RLU · HCL · </w:t>
            </w:r>
            <w:proofErr w:type="spellStart"/>
            <w:r w:rsidRPr="00E0403E">
              <w:rPr>
                <w:i/>
                <w:color w:val="7A7A7A"/>
              </w:rPr>
              <w:t>lege</w:t>
            </w:r>
            <w:proofErr w:type="spellEnd"/>
            <w:r w:rsidRPr="00E0403E">
              <w:rPr>
                <w:i/>
                <w:color w:val="7A7A7A"/>
              </w:rPr>
              <w:t xml:space="preserve">, </w:t>
            </w:r>
            <w:proofErr w:type="gramStart"/>
            <w:r w:rsidRPr="00E0403E">
              <w:rPr>
                <w:i/>
                <w:color w:val="7A7A7A"/>
              </w:rPr>
              <w:t>nr./</w:t>
            </w:r>
            <w:proofErr w:type="gramEnd"/>
            <w:r w:rsidRPr="00E0403E">
              <w:rPr>
                <w:i/>
                <w:color w:val="7A7A7A"/>
              </w:rPr>
              <w:t>an</w:t>
            </w:r>
          </w:p>
        </w:tc>
      </w:tr>
      <w:tr w:rsidR="001114F9" w:rsidRPr="003A4A4B" w14:paraId="308C3947" w14:textId="77777777">
        <w:trPr>
          <w:cantSplit/>
          <w:trHeight w:val="283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  <w:tr w:rsidR="001114F9" w:rsidRPr="003A4A4B" w14:paraId="12559326" w14:textId="77777777">
        <w:trPr>
          <w:cantSplit/>
          <w:trHeight w:val="283"/>
        </w:trPr>
        <w:tc>
          <w:tcPr>
            <w:tcW w:w="8030" w:type="dxa"/>
          </w:tcPr>
          <w:p w14:paraId="0E7E2C6B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197AAD43" w14:textId="77777777" w:rsidR="001114F9" w:rsidRPr="00E0403E" w:rsidRDefault="001114F9">
            <w:pPr>
              <w:keepNext/>
            </w:pPr>
          </w:p>
        </w:tc>
      </w:tr>
      <w:tr w:rsidR="001114F9" w:rsidRPr="003A4A4B" w14:paraId="08541BC0" w14:textId="77777777">
        <w:trPr>
          <w:cantSplit/>
          <w:trHeight w:val="283"/>
        </w:trPr>
        <w:tc>
          <w:tcPr>
            <w:tcW w:w="8030" w:type="dxa"/>
          </w:tcPr>
          <w:p w14:paraId="77FAC7EE" w14:textId="77777777" w:rsidR="001114F9" w:rsidRPr="00E0403E" w:rsidRDefault="001114F9"/>
        </w:tc>
        <w:tc>
          <w:tcPr>
            <w:tcW w:w="1606" w:type="dxa"/>
          </w:tcPr>
          <w:p w14:paraId="6AD4FF54" w14:textId="77777777" w:rsidR="001114F9" w:rsidRPr="00E0403E" w:rsidRDefault="001114F9"/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 xml:space="preserve">RLU · HCL · </w:t>
            </w:r>
            <w:proofErr w:type="spellStart"/>
            <w:r w:rsidRPr="00E0403E">
              <w:rPr>
                <w:i/>
                <w:color w:val="7A7A7A"/>
              </w:rPr>
              <w:t>lege</w:t>
            </w:r>
            <w:proofErr w:type="spellEnd"/>
            <w:r w:rsidRPr="00E0403E">
              <w:rPr>
                <w:i/>
                <w:color w:val="7A7A7A"/>
              </w:rPr>
              <w:t xml:space="preserve">, </w:t>
            </w:r>
            <w:proofErr w:type="gramStart"/>
            <w:r w:rsidRPr="00E0403E">
              <w:rPr>
                <w:i/>
                <w:color w:val="7A7A7A"/>
              </w:rPr>
              <w:t>nr./</w:t>
            </w:r>
            <w:proofErr w:type="gramEnd"/>
            <w:r w:rsidRPr="00E0403E">
              <w:rPr>
                <w:i/>
                <w:color w:val="7A7A7A"/>
              </w:rPr>
              <w:t>an</w:t>
            </w:r>
          </w:p>
        </w:tc>
      </w:tr>
      <w:tr w:rsidR="001114F9" w:rsidRPr="003A4A4B" w14:paraId="591FC337" w14:textId="77777777">
        <w:trPr>
          <w:cantSplit/>
          <w:trHeight w:val="283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  <w:tr w:rsidR="001114F9" w:rsidRPr="003A4A4B" w14:paraId="46D86A0D" w14:textId="77777777">
        <w:trPr>
          <w:cantSplit/>
          <w:trHeight w:val="283"/>
        </w:trPr>
        <w:tc>
          <w:tcPr>
            <w:tcW w:w="8030" w:type="dxa"/>
          </w:tcPr>
          <w:p w14:paraId="3290ED3F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7CEA62AC" w14:textId="77777777" w:rsidR="001114F9" w:rsidRPr="00E0403E" w:rsidRDefault="001114F9">
            <w:pPr>
              <w:keepNext/>
            </w:pPr>
          </w:p>
        </w:tc>
      </w:tr>
      <w:tr w:rsidR="001114F9" w:rsidRPr="003A4A4B" w14:paraId="5143C888" w14:textId="77777777">
        <w:trPr>
          <w:cantSplit/>
          <w:trHeight w:val="283"/>
        </w:trPr>
        <w:tc>
          <w:tcPr>
            <w:tcW w:w="8030" w:type="dxa"/>
          </w:tcPr>
          <w:p w14:paraId="77696171" w14:textId="77777777" w:rsidR="001114F9" w:rsidRPr="00E0403E" w:rsidRDefault="001114F9"/>
        </w:tc>
        <w:tc>
          <w:tcPr>
            <w:tcW w:w="1606" w:type="dxa"/>
          </w:tcPr>
          <w:p w14:paraId="20CC1B65" w14:textId="77777777" w:rsidR="001114F9" w:rsidRPr="00E0403E" w:rsidRDefault="001114F9"/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1558F5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1558F5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1558F5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1558F5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proofErr w:type="spellStart"/>
            <w:r>
              <w:rPr>
                <w:b/>
                <w:color w:val="0D5F78"/>
              </w:rPr>
              <w:t>Primarul</w:t>
            </w:r>
            <w:proofErr w:type="spellEnd"/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D0588" w14:textId="77777777" w:rsidR="006C5693" w:rsidRDefault="006C5693">
      <w:r>
        <w:separator/>
      </w:r>
    </w:p>
  </w:endnote>
  <w:endnote w:type="continuationSeparator" w:id="0">
    <w:p w14:paraId="27D98AE7" w14:textId="77777777" w:rsidR="006C5693" w:rsidRDefault="006C5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E12B6" w14:textId="77777777" w:rsidR="006C5693" w:rsidRDefault="006C5693">
      <w:r>
        <w:separator/>
      </w:r>
    </w:p>
  </w:footnote>
  <w:footnote w:type="continuationSeparator" w:id="0">
    <w:p w14:paraId="2AAE8C33" w14:textId="77777777" w:rsidR="006C5693" w:rsidRDefault="006C5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4F9"/>
    <w:rsid w:val="0014024A"/>
    <w:rsid w:val="0015074B"/>
    <w:rsid w:val="001558F5"/>
    <w:rsid w:val="0029639D"/>
    <w:rsid w:val="002E3AD3"/>
    <w:rsid w:val="00326F90"/>
    <w:rsid w:val="003A4A4B"/>
    <w:rsid w:val="004318C2"/>
    <w:rsid w:val="004C3360"/>
    <w:rsid w:val="00557164"/>
    <w:rsid w:val="00643951"/>
    <w:rsid w:val="006C103E"/>
    <w:rsid w:val="006C5693"/>
    <w:rsid w:val="008A1A12"/>
    <w:rsid w:val="00911827"/>
    <w:rsid w:val="00991641"/>
    <w:rsid w:val="009B104F"/>
    <w:rsid w:val="00AA1D8D"/>
    <w:rsid w:val="00B47730"/>
    <w:rsid w:val="00CB0664"/>
    <w:rsid w:val="00E0403E"/>
    <w:rsid w:val="00E3721C"/>
    <w:rsid w:val="00F41F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439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CJT Lucian Brihacescu</cp:lastModifiedBy>
  <cp:revision>2</cp:revision>
  <dcterms:created xsi:type="dcterms:W3CDTF">2026-09-17T08:09:00Z</dcterms:created>
  <dcterms:modified xsi:type="dcterms:W3CDTF">2026-09-17T08:09:00Z</dcterms:modified>
  <cp:category/>
</cp:coreProperties>
</file>