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207E5E" w14:paraId="7E97AA48" w14:textId="77777777" w:rsidTr="009817E5">
        <w:trPr>
          <w:cantSplit/>
          <w:trHeight w:val="350"/>
        </w:trPr>
        <w:tc>
          <w:tcPr>
            <w:tcW w:w="1606" w:type="dxa"/>
            <w:vMerge w:val="restart"/>
            <w:vAlign w:val="center"/>
          </w:tcPr>
          <w:p w14:paraId="3BAE6815" w14:textId="3CE2C067" w:rsidR="006463CB" w:rsidRPr="006463CB" w:rsidRDefault="006463CB" w:rsidP="006463CB">
            <w:pPr>
              <w:keepNext/>
              <w:jc w:val="center"/>
              <w:rPr>
                <w:lang w:val="ro-RO"/>
              </w:rPr>
            </w:pPr>
            <w:r w:rsidRPr="006463CB">
              <w:rPr>
                <w:noProof/>
                <w:lang w:val="ro-RO"/>
              </w:rPr>
              <w:drawing>
                <wp:inline distT="0" distB="0" distL="0" distR="0" wp14:anchorId="7B4C5D90" wp14:editId="1C6A80FA">
                  <wp:extent cx="882650" cy="1054100"/>
                  <wp:effectExtent l="0" t="0" r="0" b="0"/>
                  <wp:docPr id="16245323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2650" cy="1054100"/>
                          </a:xfrm>
                          <a:prstGeom prst="rect">
                            <a:avLst/>
                          </a:prstGeom>
                          <a:noFill/>
                          <a:ln>
                            <a:noFill/>
                          </a:ln>
                        </pic:spPr>
                      </pic:pic>
                    </a:graphicData>
                  </a:graphic>
                </wp:inline>
              </w:drawing>
            </w:r>
          </w:p>
          <w:p w14:paraId="58E2B061" w14:textId="455CC328" w:rsidR="00207E5E" w:rsidRDefault="00207E5E" w:rsidP="001C4405">
            <w:pPr>
              <w:keepNext/>
              <w:jc w:val="center"/>
            </w:pPr>
          </w:p>
        </w:tc>
        <w:tc>
          <w:tcPr>
            <w:tcW w:w="8030" w:type="dxa"/>
            <w:gridSpan w:val="3"/>
            <w:shd w:val="clear" w:color="auto" w:fill="F0F0F0"/>
          </w:tcPr>
          <w:p w14:paraId="0B956D88" w14:textId="7E385286" w:rsidR="00207E5E" w:rsidRPr="006463CB" w:rsidRDefault="00207E5E" w:rsidP="001C4405">
            <w:pPr>
              <w:keepNext/>
              <w:rPr>
                <w:lang w:val="ro-RO"/>
              </w:rPr>
            </w:pPr>
            <w:r>
              <w:rPr>
                <w:b/>
                <w:color w:val="0D5F78"/>
              </w:rPr>
              <w:t xml:space="preserve">Județul    </w:t>
            </w:r>
            <w:r w:rsidR="006463CB">
              <w:rPr>
                <w:b/>
                <w:bCs/>
                <w:sz w:val="20"/>
                <w:szCs w:val="20"/>
              </w:rPr>
              <w:t>TIMI</w:t>
            </w:r>
            <w:r w:rsidR="006463CB">
              <w:rPr>
                <w:b/>
                <w:bCs/>
                <w:sz w:val="20"/>
                <w:szCs w:val="20"/>
                <w:lang w:val="ro-RO"/>
              </w:rPr>
              <w:t>Ș</w:t>
            </w:r>
          </w:p>
        </w:tc>
      </w:tr>
      <w:tr w:rsidR="00207E5E" w14:paraId="19F8E707" w14:textId="77777777" w:rsidTr="009817E5">
        <w:trPr>
          <w:cantSplit/>
          <w:trHeight w:val="395"/>
        </w:trPr>
        <w:tc>
          <w:tcPr>
            <w:tcW w:w="1606" w:type="dxa"/>
            <w:vMerge/>
          </w:tcPr>
          <w:p w14:paraId="1B6C8EFC" w14:textId="77777777" w:rsidR="00207E5E" w:rsidRDefault="00207E5E" w:rsidP="001C4405"/>
        </w:tc>
        <w:tc>
          <w:tcPr>
            <w:tcW w:w="8030" w:type="dxa"/>
            <w:gridSpan w:val="3"/>
            <w:shd w:val="clear" w:color="auto" w:fill="F0F0F0"/>
          </w:tcPr>
          <w:p w14:paraId="2EB612B8" w14:textId="45C583C4" w:rsidR="00207E5E" w:rsidRPr="00681BF0" w:rsidRDefault="00207E5E" w:rsidP="001C4405">
            <w:pPr>
              <w:keepNext/>
              <w:rPr>
                <w:b/>
                <w:bCs/>
                <w:sz w:val="20"/>
                <w:szCs w:val="20"/>
              </w:rPr>
            </w:pPr>
            <w:r>
              <w:rPr>
                <w:b/>
                <w:color w:val="0D5F78"/>
              </w:rPr>
              <w:t xml:space="preserve">Autoritatea administrației publice    </w:t>
            </w:r>
            <w:r w:rsidRPr="00681BF0">
              <w:rPr>
                <w:b/>
                <w:bCs/>
                <w:sz w:val="20"/>
                <w:szCs w:val="20"/>
              </w:rPr>
              <w:t>CONSILIUL JUDE</w:t>
            </w:r>
            <w:r>
              <w:rPr>
                <w:b/>
                <w:bCs/>
                <w:sz w:val="20"/>
                <w:szCs w:val="20"/>
              </w:rPr>
              <w:t>Ț</w:t>
            </w:r>
            <w:r w:rsidRPr="00681BF0">
              <w:rPr>
                <w:b/>
                <w:bCs/>
                <w:sz w:val="20"/>
                <w:szCs w:val="20"/>
              </w:rPr>
              <w:t xml:space="preserve">EAN </w:t>
            </w:r>
            <w:r w:rsidR="006463CB">
              <w:rPr>
                <w:b/>
                <w:bCs/>
                <w:sz w:val="20"/>
                <w:szCs w:val="20"/>
              </w:rPr>
              <w:t>TIMIȘ</w:t>
            </w:r>
          </w:p>
        </w:tc>
      </w:tr>
      <w:tr w:rsidR="00207E5E" w:rsidRPr="006463CB" w14:paraId="697C8E09" w14:textId="77777777" w:rsidTr="009817E5">
        <w:trPr>
          <w:cantSplit/>
          <w:trHeight w:val="692"/>
        </w:trPr>
        <w:tc>
          <w:tcPr>
            <w:tcW w:w="1606" w:type="dxa"/>
            <w:vMerge/>
          </w:tcPr>
          <w:p w14:paraId="7CC3A446" w14:textId="77777777" w:rsidR="00207E5E" w:rsidRDefault="00207E5E" w:rsidP="001C4405"/>
        </w:tc>
        <w:tc>
          <w:tcPr>
            <w:tcW w:w="2409" w:type="dxa"/>
            <w:shd w:val="clear" w:color="auto" w:fill="F0F0F0"/>
          </w:tcPr>
          <w:p w14:paraId="7881FC20" w14:textId="77777777" w:rsidR="00207E5E" w:rsidRPr="00343BBA" w:rsidRDefault="00207E5E" w:rsidP="001C4405">
            <w:pPr>
              <w:keepNext/>
              <w:rPr>
                <w:lang w:val="fr-FR"/>
              </w:rPr>
            </w:pPr>
            <w:r w:rsidRPr="00343BBA">
              <w:rPr>
                <w:b/>
                <w:color w:val="0D5F78"/>
                <w:lang w:val="fr-FR"/>
              </w:rPr>
              <w:t>Cod de identificare fiscală (CIF)</w:t>
            </w:r>
          </w:p>
          <w:p w14:paraId="2DB24AA4" w14:textId="3F41230C" w:rsidR="00207E5E" w:rsidRPr="006463CB" w:rsidRDefault="006463CB" w:rsidP="006463CB">
            <w:pPr>
              <w:keepNext/>
              <w:jc w:val="center"/>
              <w:rPr>
                <w:b/>
                <w:bCs/>
                <w:sz w:val="20"/>
                <w:szCs w:val="20"/>
                <w:lang w:val="fr-FR"/>
              </w:rPr>
            </w:pPr>
            <w:r w:rsidRPr="006463CB">
              <w:rPr>
                <w:b/>
                <w:bCs/>
                <w:sz w:val="20"/>
                <w:szCs w:val="20"/>
              </w:rPr>
              <w:t>4358029</w:t>
            </w:r>
          </w:p>
        </w:tc>
        <w:tc>
          <w:tcPr>
            <w:tcW w:w="5621" w:type="dxa"/>
            <w:gridSpan w:val="2"/>
            <w:shd w:val="clear" w:color="auto" w:fill="F0F0F0"/>
          </w:tcPr>
          <w:p w14:paraId="2BE64886" w14:textId="77777777" w:rsidR="00207E5E" w:rsidRPr="004F799F" w:rsidRDefault="00207E5E" w:rsidP="001C4405">
            <w:pPr>
              <w:keepNext/>
              <w:rPr>
                <w:lang w:val="fr-FR"/>
              </w:rPr>
            </w:pPr>
            <w:r w:rsidRPr="004F799F">
              <w:rPr>
                <w:b/>
                <w:color w:val="0D5F78"/>
                <w:lang w:val="fr-FR"/>
              </w:rPr>
              <w:t>Adresa oficială</w:t>
            </w:r>
          </w:p>
          <w:p w14:paraId="3C791971" w14:textId="0DF2CE05" w:rsidR="00207E5E" w:rsidRPr="006463CB" w:rsidRDefault="006463CB" w:rsidP="001C4405">
            <w:pPr>
              <w:keepNext/>
              <w:rPr>
                <w:sz w:val="20"/>
                <w:szCs w:val="20"/>
                <w:lang w:val="fr-FR"/>
              </w:rPr>
            </w:pPr>
            <w:r w:rsidRPr="006463CB">
              <w:rPr>
                <w:b/>
                <w:bCs/>
                <w:sz w:val="20"/>
                <w:szCs w:val="20"/>
                <w:lang w:val="fr-FR"/>
              </w:rPr>
              <w:t>Bulevardul Revoluţiei din 1989 nr.17, Timişoara, cod poştal 300034, judeţul Timiş</w:t>
            </w:r>
            <w:r w:rsidR="00207E5E" w:rsidRPr="006463CB">
              <w:rPr>
                <w:sz w:val="20"/>
                <w:szCs w:val="20"/>
                <w:lang w:val="fr-FR"/>
              </w:rPr>
              <w:t xml:space="preserve">, </w:t>
            </w:r>
            <w:hyperlink r:id="rId9" w:history="1">
              <w:r w:rsidRPr="006463CB">
                <w:rPr>
                  <w:rStyle w:val="Hyperlink"/>
                  <w:sz w:val="20"/>
                  <w:szCs w:val="20"/>
                  <w:lang w:val="fr-FR"/>
                </w:rPr>
                <w:t>cjt@cjtimis.ro</w:t>
              </w:r>
            </w:hyperlink>
          </w:p>
          <w:p w14:paraId="0CD1D8F3" w14:textId="77777777" w:rsidR="00207E5E" w:rsidRPr="004F799F" w:rsidRDefault="00207E5E" w:rsidP="001C4405">
            <w:pPr>
              <w:keepNext/>
              <w:rPr>
                <w:lang w:val="fr-FR"/>
              </w:rPr>
            </w:pPr>
          </w:p>
        </w:tc>
      </w:tr>
      <w:tr w:rsidR="00207E5E" w14:paraId="4696282F" w14:textId="77777777" w:rsidTr="009817E5">
        <w:trPr>
          <w:cantSplit/>
          <w:trHeight w:val="510"/>
        </w:trPr>
        <w:tc>
          <w:tcPr>
            <w:tcW w:w="1606" w:type="dxa"/>
            <w:vMerge/>
          </w:tcPr>
          <w:p w14:paraId="6A61CC1A" w14:textId="77777777" w:rsidR="00207E5E" w:rsidRPr="004F799F" w:rsidRDefault="00207E5E" w:rsidP="001C4405">
            <w:pPr>
              <w:rPr>
                <w:lang w:val="fr-FR"/>
              </w:rPr>
            </w:pPr>
          </w:p>
        </w:tc>
        <w:tc>
          <w:tcPr>
            <w:tcW w:w="4818" w:type="dxa"/>
            <w:gridSpan w:val="2"/>
            <w:shd w:val="clear" w:color="auto" w:fill="F0F0F0"/>
          </w:tcPr>
          <w:p w14:paraId="44E003AC" w14:textId="77777777" w:rsidR="00207E5E" w:rsidRDefault="00207E5E" w:rsidP="001C4405">
            <w:pPr>
              <w:keepNext/>
            </w:pPr>
            <w:r>
              <w:rPr>
                <w:b/>
                <w:color w:val="0D5F78"/>
              </w:rPr>
              <w:t>Număr de înregistrare</w:t>
            </w:r>
          </w:p>
          <w:p w14:paraId="60F9AB7C" w14:textId="77777777" w:rsidR="00207E5E" w:rsidRDefault="00207E5E" w:rsidP="001C4405">
            <w:pPr>
              <w:keepNext/>
            </w:pPr>
          </w:p>
        </w:tc>
        <w:tc>
          <w:tcPr>
            <w:tcW w:w="3212" w:type="dxa"/>
            <w:shd w:val="clear" w:color="auto" w:fill="F0F0F0"/>
          </w:tcPr>
          <w:p w14:paraId="65349141" w14:textId="77777777" w:rsidR="00207E5E" w:rsidRDefault="00207E5E" w:rsidP="001C4405">
            <w:pPr>
              <w:keepNext/>
            </w:pPr>
            <w:r>
              <w:rPr>
                <w:b/>
                <w:color w:val="0D5F78"/>
              </w:rPr>
              <w:t>Data</w:t>
            </w:r>
          </w:p>
          <w:p w14:paraId="2CB56952" w14:textId="77777777" w:rsidR="00207E5E" w:rsidRDefault="00207E5E" w:rsidP="001C4405">
            <w:pPr>
              <w:keepNext/>
            </w:pPr>
          </w:p>
        </w:tc>
      </w:tr>
    </w:tbl>
    <w:p w14:paraId="282B6870" w14:textId="77777777" w:rsidR="003C7CA3" w:rsidRPr="001531A5" w:rsidRDefault="003454F7" w:rsidP="00C32AB5">
      <w:pPr>
        <w:spacing w:before="140" w:after="40"/>
        <w:jc w:val="center"/>
        <w:rPr>
          <w:sz w:val="28"/>
          <w:szCs w:val="28"/>
          <w:lang w:val="fr-FR"/>
        </w:rPr>
      </w:pPr>
      <w:r w:rsidRPr="001531A5">
        <w:rPr>
          <w:b/>
          <w:sz w:val="28"/>
          <w:szCs w:val="28"/>
          <w:lang w:val="fr-FR"/>
        </w:rPr>
        <w:t>CERERE</w:t>
      </w:r>
    </w:p>
    <w:p w14:paraId="5B0DC5BF" w14:textId="77777777" w:rsidR="003C7CA3" w:rsidRDefault="003C7CA3">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472EA448" w14:textId="77777777">
        <w:trPr>
          <w:cantSplit/>
        </w:trPr>
        <w:tc>
          <w:tcPr>
            <w:tcW w:w="9636" w:type="dxa"/>
            <w:shd w:val="clear" w:color="auto" w:fill="F4F4F4"/>
          </w:tcPr>
          <w:p w14:paraId="3A681D09" w14:textId="77777777" w:rsidR="003C7CA3" w:rsidRDefault="003454F7">
            <w:pPr>
              <w:keepNext/>
            </w:pPr>
            <w:r>
              <w:rPr>
                <w:b/>
                <w:sz w:val="16"/>
              </w:rPr>
              <w:t xml:space="preserve"> 1. </w:t>
            </w:r>
            <w:r>
              <w:rPr>
                <w:b/>
                <w:color w:val="000000"/>
                <w:sz w:val="18"/>
              </w:rPr>
              <w:t>CĂTRE</w:t>
            </w:r>
          </w:p>
        </w:tc>
      </w:tr>
      <w:tr w:rsidR="003C7CA3" w:rsidRPr="00207E5E" w14:paraId="00DF9E39" w14:textId="77777777">
        <w:trPr>
          <w:cantSplit/>
          <w:trHeight w:val="510"/>
        </w:trPr>
        <w:tc>
          <w:tcPr>
            <w:tcW w:w="9636" w:type="dxa"/>
          </w:tcPr>
          <w:p w14:paraId="636138F8" w14:textId="77777777" w:rsidR="003C7CA3" w:rsidRPr="005B29C5" w:rsidRDefault="003454F7">
            <w:pPr>
              <w:keepNext/>
              <w:rPr>
                <w:lang w:val="fr-FR"/>
              </w:rPr>
            </w:pPr>
            <w:r w:rsidRPr="005B29C5">
              <w:rPr>
                <w:b/>
                <w:color w:val="0D5F78"/>
                <w:lang w:val="fr-FR"/>
              </w:rPr>
              <w:t>Instituția</w:t>
            </w:r>
          </w:p>
          <w:p w14:paraId="7F5527AA" w14:textId="3D465E97" w:rsidR="003C7CA3" w:rsidRPr="005B29C5" w:rsidRDefault="00207E5E" w:rsidP="00207E5E">
            <w:pPr>
              <w:keepNext/>
              <w:rPr>
                <w:lang w:val="fr-FR"/>
              </w:rPr>
            </w:pPr>
            <w:r w:rsidRPr="00681BF0">
              <w:rPr>
                <w:b/>
                <w:bCs/>
                <w:sz w:val="20"/>
                <w:szCs w:val="20"/>
              </w:rPr>
              <w:t>CONSILIUL JUDE</w:t>
            </w:r>
            <w:r>
              <w:rPr>
                <w:b/>
                <w:bCs/>
                <w:sz w:val="20"/>
                <w:szCs w:val="20"/>
              </w:rPr>
              <w:t>Ț</w:t>
            </w:r>
            <w:r w:rsidRPr="00681BF0">
              <w:rPr>
                <w:b/>
                <w:bCs/>
                <w:sz w:val="20"/>
                <w:szCs w:val="20"/>
              </w:rPr>
              <w:t xml:space="preserve">EAN </w:t>
            </w:r>
            <w:r w:rsidR="006463CB">
              <w:rPr>
                <w:b/>
                <w:bCs/>
                <w:sz w:val="20"/>
                <w:szCs w:val="20"/>
              </w:rPr>
              <w:t>TIMIȘ</w:t>
            </w:r>
          </w:p>
        </w:tc>
      </w:tr>
      <w:tr w:rsidR="003C7CA3" w:rsidRPr="006463CB" w14:paraId="3F0255BC" w14:textId="77777777">
        <w:trPr>
          <w:cantSplit/>
        </w:trPr>
        <w:tc>
          <w:tcPr>
            <w:tcW w:w="9636" w:type="dxa"/>
            <w:shd w:val="clear" w:color="auto" w:fill="F4F4F4"/>
          </w:tcPr>
          <w:p w14:paraId="1DC58EC1" w14:textId="5668239B" w:rsidR="003C7CA3" w:rsidRPr="005B29C5" w:rsidRDefault="003454F7">
            <w:pPr>
              <w:spacing w:line="228" w:lineRule="auto"/>
              <w:rPr>
                <w:lang w:val="fr-FR"/>
              </w:rPr>
            </w:pPr>
            <w:r w:rsidRPr="005B29C5">
              <w:rPr>
                <w:lang w:val="fr-FR"/>
              </w:rPr>
              <w:t>Cererea va fi transmisă către președintele consiliului județean,</w:t>
            </w:r>
          </w:p>
        </w:tc>
      </w:tr>
    </w:tbl>
    <w:p w14:paraId="579FE78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14:paraId="30A794B1" w14:textId="77777777">
        <w:trPr>
          <w:cantSplit/>
        </w:trPr>
        <w:tc>
          <w:tcPr>
            <w:tcW w:w="9636" w:type="dxa"/>
            <w:gridSpan w:val="8"/>
            <w:shd w:val="clear" w:color="auto" w:fill="F4F4F4"/>
          </w:tcPr>
          <w:p w14:paraId="2C82CAB7" w14:textId="77777777" w:rsidR="003C7CA3" w:rsidRDefault="003454F7">
            <w:pPr>
              <w:keepNext/>
            </w:pPr>
            <w:r w:rsidRPr="005B29C5">
              <w:rPr>
                <w:b/>
                <w:sz w:val="16"/>
                <w:lang w:val="fr-FR"/>
              </w:rPr>
              <w:t xml:space="preserve"> </w:t>
            </w:r>
            <w:r>
              <w:rPr>
                <w:b/>
                <w:sz w:val="16"/>
              </w:rPr>
              <w:t xml:space="preserve">2. </w:t>
            </w:r>
            <w:r>
              <w:rPr>
                <w:b/>
                <w:color w:val="000000"/>
                <w:sz w:val="18"/>
              </w:rPr>
              <w:t>SOLICITANTUL</w:t>
            </w:r>
          </w:p>
        </w:tc>
      </w:tr>
      <w:tr w:rsidR="003C7CA3" w14:paraId="29428782" w14:textId="77777777">
        <w:trPr>
          <w:cantSplit/>
          <w:trHeight w:val="510"/>
        </w:trPr>
        <w:tc>
          <w:tcPr>
            <w:tcW w:w="5621" w:type="dxa"/>
            <w:gridSpan w:val="5"/>
          </w:tcPr>
          <w:p w14:paraId="28000559" w14:textId="77777777" w:rsidR="003C7CA3" w:rsidRDefault="003454F7">
            <w:pPr>
              <w:keepNext/>
            </w:pPr>
            <w:r>
              <w:rPr>
                <w:b/>
                <w:color w:val="0D5F78"/>
              </w:rPr>
              <w:t>Nume și prenume</w:t>
            </w:r>
          </w:p>
          <w:p w14:paraId="23D9DFE8" w14:textId="77777777" w:rsidR="003C7CA3" w:rsidRDefault="003C7CA3">
            <w:pPr>
              <w:keepNext/>
            </w:pPr>
          </w:p>
        </w:tc>
        <w:tc>
          <w:tcPr>
            <w:tcW w:w="4015" w:type="dxa"/>
            <w:gridSpan w:val="3"/>
          </w:tcPr>
          <w:p w14:paraId="786F8013" w14:textId="77777777" w:rsidR="003C7CA3" w:rsidRDefault="003454F7">
            <w:pPr>
              <w:keepNext/>
            </w:pPr>
            <w:r>
              <w:rPr>
                <w:b/>
                <w:color w:val="0D5F78"/>
              </w:rPr>
              <w:t>CNP</w:t>
            </w:r>
          </w:p>
          <w:p w14:paraId="68914CF7" w14:textId="77777777" w:rsidR="003C7CA3" w:rsidRDefault="003C7CA3">
            <w:pPr>
              <w:keepNext/>
            </w:pPr>
          </w:p>
        </w:tc>
      </w:tr>
      <w:tr w:rsidR="003C7CA3" w14:paraId="7BDDBA2B" w14:textId="77777777">
        <w:trPr>
          <w:cantSplit/>
        </w:trPr>
        <w:tc>
          <w:tcPr>
            <w:tcW w:w="9636" w:type="dxa"/>
            <w:gridSpan w:val="8"/>
            <w:shd w:val="clear" w:color="auto" w:fill="F4F4F4"/>
          </w:tcPr>
          <w:p w14:paraId="78554FA7" w14:textId="77777777" w:rsidR="003C7CA3" w:rsidRDefault="003454F7">
            <w:pPr>
              <w:keepNext/>
            </w:pPr>
            <w:r>
              <w:rPr>
                <w:sz w:val="16"/>
              </w:rPr>
              <w:t xml:space="preserve"> Act de identitate</w:t>
            </w:r>
          </w:p>
        </w:tc>
      </w:tr>
      <w:tr w:rsidR="003C7CA3" w14:paraId="3BB88CF2" w14:textId="77777777">
        <w:trPr>
          <w:cantSplit/>
          <w:trHeight w:val="510"/>
        </w:trPr>
        <w:tc>
          <w:tcPr>
            <w:tcW w:w="1606" w:type="dxa"/>
          </w:tcPr>
          <w:p w14:paraId="043BF13F" w14:textId="77777777" w:rsidR="003C7CA3" w:rsidRDefault="003454F7">
            <w:pPr>
              <w:keepNext/>
            </w:pPr>
            <w:r>
              <w:rPr>
                <w:b/>
                <w:color w:val="0D5F78"/>
              </w:rPr>
              <w:t>Seria</w:t>
            </w:r>
          </w:p>
          <w:p w14:paraId="0AA2A77A" w14:textId="77777777" w:rsidR="003C7CA3" w:rsidRDefault="003C7CA3">
            <w:pPr>
              <w:keepNext/>
            </w:pPr>
          </w:p>
        </w:tc>
        <w:tc>
          <w:tcPr>
            <w:tcW w:w="1606" w:type="dxa"/>
          </w:tcPr>
          <w:p w14:paraId="1CFF9F88" w14:textId="77777777" w:rsidR="003C7CA3" w:rsidRDefault="003454F7">
            <w:pPr>
              <w:keepNext/>
            </w:pPr>
            <w:r>
              <w:rPr>
                <w:b/>
                <w:color w:val="0D5F78"/>
              </w:rPr>
              <w:t>Numărul</w:t>
            </w:r>
          </w:p>
          <w:p w14:paraId="1597DE54" w14:textId="77777777" w:rsidR="003C7CA3" w:rsidRDefault="003C7CA3">
            <w:pPr>
              <w:keepNext/>
            </w:pPr>
          </w:p>
        </w:tc>
        <w:tc>
          <w:tcPr>
            <w:tcW w:w="4818" w:type="dxa"/>
            <w:gridSpan w:val="5"/>
          </w:tcPr>
          <w:p w14:paraId="7E38FFA6" w14:textId="77777777" w:rsidR="003C7CA3" w:rsidRDefault="003454F7">
            <w:pPr>
              <w:keepNext/>
            </w:pPr>
            <w:r>
              <w:rPr>
                <w:b/>
                <w:color w:val="0D5F78"/>
              </w:rPr>
              <w:t>Eliberat de</w:t>
            </w:r>
          </w:p>
          <w:p w14:paraId="6BB479EA" w14:textId="77777777" w:rsidR="003C7CA3" w:rsidRDefault="003C7CA3">
            <w:pPr>
              <w:keepNext/>
            </w:pPr>
          </w:p>
        </w:tc>
        <w:tc>
          <w:tcPr>
            <w:tcW w:w="1606" w:type="dxa"/>
          </w:tcPr>
          <w:p w14:paraId="05B5F488" w14:textId="77777777" w:rsidR="003C7CA3" w:rsidRDefault="003454F7">
            <w:pPr>
              <w:keepNext/>
            </w:pPr>
            <w:r>
              <w:rPr>
                <w:b/>
                <w:color w:val="0D5F78"/>
              </w:rPr>
              <w:t>La data</w:t>
            </w:r>
          </w:p>
          <w:p w14:paraId="3072B5E3" w14:textId="77777777" w:rsidR="003C7CA3" w:rsidRDefault="003C7CA3">
            <w:pPr>
              <w:keepNext/>
            </w:pPr>
          </w:p>
        </w:tc>
      </w:tr>
      <w:tr w:rsidR="003C7CA3" w14:paraId="5F34DFE7" w14:textId="77777777">
        <w:trPr>
          <w:cantSplit/>
        </w:trPr>
        <w:tc>
          <w:tcPr>
            <w:tcW w:w="9636" w:type="dxa"/>
            <w:gridSpan w:val="8"/>
            <w:shd w:val="clear" w:color="auto" w:fill="F4F4F4"/>
          </w:tcPr>
          <w:p w14:paraId="320404B2" w14:textId="77777777" w:rsidR="003C7CA3" w:rsidRDefault="003454F7">
            <w:pPr>
              <w:keepNext/>
            </w:pPr>
            <w:r>
              <w:rPr>
                <w:sz w:val="16"/>
              </w:rPr>
              <w:t xml:space="preserve"> Domiciliul</w:t>
            </w:r>
          </w:p>
        </w:tc>
      </w:tr>
      <w:tr w:rsidR="003C7CA3" w14:paraId="5559BD49" w14:textId="77777777">
        <w:trPr>
          <w:cantSplit/>
          <w:trHeight w:val="510"/>
        </w:trPr>
        <w:tc>
          <w:tcPr>
            <w:tcW w:w="3212" w:type="dxa"/>
            <w:gridSpan w:val="2"/>
          </w:tcPr>
          <w:p w14:paraId="0A7E8673" w14:textId="77777777" w:rsidR="003C7CA3" w:rsidRDefault="003454F7">
            <w:pPr>
              <w:keepNext/>
            </w:pPr>
            <w:r>
              <w:rPr>
                <w:b/>
                <w:color w:val="0D5F78"/>
              </w:rPr>
              <w:t>Județul</w:t>
            </w:r>
          </w:p>
          <w:p w14:paraId="32F8A1FA" w14:textId="77777777" w:rsidR="003C7CA3" w:rsidRDefault="003C7CA3">
            <w:pPr>
              <w:keepNext/>
            </w:pPr>
          </w:p>
        </w:tc>
        <w:tc>
          <w:tcPr>
            <w:tcW w:w="3212" w:type="dxa"/>
            <w:gridSpan w:val="4"/>
          </w:tcPr>
          <w:p w14:paraId="076AB024" w14:textId="77777777" w:rsidR="003C7CA3" w:rsidRDefault="003454F7">
            <w:pPr>
              <w:keepNext/>
            </w:pPr>
            <w:r>
              <w:rPr>
                <w:b/>
                <w:color w:val="0D5F78"/>
              </w:rPr>
              <w:t>Municipiul / orașul / comuna</w:t>
            </w:r>
          </w:p>
          <w:p w14:paraId="22F41106" w14:textId="77777777" w:rsidR="003C7CA3" w:rsidRDefault="003C7CA3">
            <w:pPr>
              <w:keepNext/>
            </w:pPr>
          </w:p>
        </w:tc>
        <w:tc>
          <w:tcPr>
            <w:tcW w:w="3212" w:type="dxa"/>
            <w:gridSpan w:val="2"/>
          </w:tcPr>
          <w:p w14:paraId="083DD2A6" w14:textId="77777777" w:rsidR="003C7CA3" w:rsidRDefault="003454F7">
            <w:pPr>
              <w:keepNext/>
            </w:pPr>
            <w:r>
              <w:rPr>
                <w:b/>
                <w:color w:val="0D5F78"/>
              </w:rPr>
              <w:t>Satul / sectorul</w:t>
            </w:r>
          </w:p>
          <w:p w14:paraId="46C6D803" w14:textId="77777777" w:rsidR="003C7CA3" w:rsidRDefault="003C7CA3">
            <w:pPr>
              <w:keepNext/>
            </w:pPr>
          </w:p>
        </w:tc>
      </w:tr>
      <w:tr w:rsidR="003C7CA3" w14:paraId="50FF5E1E" w14:textId="77777777">
        <w:trPr>
          <w:cantSplit/>
          <w:trHeight w:val="510"/>
        </w:trPr>
        <w:tc>
          <w:tcPr>
            <w:tcW w:w="3212" w:type="dxa"/>
            <w:gridSpan w:val="2"/>
          </w:tcPr>
          <w:p w14:paraId="6EBF7D52" w14:textId="77777777" w:rsidR="003C7CA3" w:rsidRDefault="003454F7">
            <w:pPr>
              <w:keepNext/>
            </w:pPr>
            <w:r>
              <w:rPr>
                <w:b/>
                <w:color w:val="0D5F78"/>
              </w:rPr>
              <w:t>Strada</w:t>
            </w:r>
          </w:p>
          <w:p w14:paraId="4337B0E5" w14:textId="77777777" w:rsidR="003C7CA3" w:rsidRDefault="003C7CA3">
            <w:pPr>
              <w:keepNext/>
            </w:pPr>
          </w:p>
        </w:tc>
        <w:tc>
          <w:tcPr>
            <w:tcW w:w="803" w:type="dxa"/>
          </w:tcPr>
          <w:p w14:paraId="4A8A0FA4" w14:textId="77777777" w:rsidR="003C7CA3" w:rsidRDefault="003454F7">
            <w:pPr>
              <w:keepNext/>
            </w:pPr>
            <w:r>
              <w:rPr>
                <w:b/>
                <w:color w:val="0D5F78"/>
              </w:rPr>
              <w:t>Nr.</w:t>
            </w:r>
          </w:p>
          <w:p w14:paraId="2D86E73D" w14:textId="77777777" w:rsidR="003C7CA3" w:rsidRDefault="003C7CA3">
            <w:pPr>
              <w:keepNext/>
            </w:pPr>
          </w:p>
        </w:tc>
        <w:tc>
          <w:tcPr>
            <w:tcW w:w="803" w:type="dxa"/>
          </w:tcPr>
          <w:p w14:paraId="2B61CEC7" w14:textId="77777777" w:rsidR="003C7CA3" w:rsidRDefault="003454F7">
            <w:pPr>
              <w:keepNext/>
            </w:pPr>
            <w:r>
              <w:rPr>
                <w:b/>
                <w:color w:val="0D5F78"/>
              </w:rPr>
              <w:t>Sc.</w:t>
            </w:r>
          </w:p>
          <w:p w14:paraId="624663EF" w14:textId="77777777" w:rsidR="003C7CA3" w:rsidRDefault="003C7CA3">
            <w:pPr>
              <w:keepNext/>
            </w:pPr>
          </w:p>
        </w:tc>
        <w:tc>
          <w:tcPr>
            <w:tcW w:w="803" w:type="dxa"/>
          </w:tcPr>
          <w:p w14:paraId="4174B824" w14:textId="77777777" w:rsidR="003C7CA3" w:rsidRDefault="003454F7">
            <w:pPr>
              <w:keepNext/>
            </w:pPr>
            <w:r>
              <w:rPr>
                <w:b/>
                <w:color w:val="0D5F78"/>
              </w:rPr>
              <w:t>Et.</w:t>
            </w:r>
          </w:p>
          <w:p w14:paraId="35C921A2" w14:textId="77777777" w:rsidR="003C7CA3" w:rsidRDefault="003C7CA3">
            <w:pPr>
              <w:keepNext/>
            </w:pPr>
          </w:p>
        </w:tc>
        <w:tc>
          <w:tcPr>
            <w:tcW w:w="803" w:type="dxa"/>
          </w:tcPr>
          <w:p w14:paraId="001C148E" w14:textId="77777777" w:rsidR="003C7CA3" w:rsidRDefault="003454F7">
            <w:pPr>
              <w:keepNext/>
            </w:pPr>
            <w:r>
              <w:rPr>
                <w:b/>
                <w:color w:val="0D5F78"/>
              </w:rPr>
              <w:t>Ap.</w:t>
            </w:r>
          </w:p>
          <w:p w14:paraId="504D30C0" w14:textId="77777777" w:rsidR="003C7CA3" w:rsidRDefault="003C7CA3">
            <w:pPr>
              <w:keepNext/>
            </w:pPr>
          </w:p>
        </w:tc>
        <w:tc>
          <w:tcPr>
            <w:tcW w:w="1606" w:type="dxa"/>
          </w:tcPr>
          <w:p w14:paraId="3C541330" w14:textId="77777777" w:rsidR="003C7CA3" w:rsidRDefault="003454F7">
            <w:pPr>
              <w:keepNext/>
            </w:pPr>
            <w:r>
              <w:rPr>
                <w:b/>
                <w:color w:val="0D5F78"/>
              </w:rPr>
              <w:t>Cod poștal</w:t>
            </w:r>
          </w:p>
          <w:p w14:paraId="0070EDB6" w14:textId="77777777" w:rsidR="003C7CA3" w:rsidRDefault="003C7CA3">
            <w:pPr>
              <w:keepNext/>
            </w:pPr>
          </w:p>
        </w:tc>
        <w:tc>
          <w:tcPr>
            <w:tcW w:w="1606" w:type="dxa"/>
          </w:tcPr>
          <w:p w14:paraId="075C075C" w14:textId="77777777" w:rsidR="003C7CA3" w:rsidRDefault="003454F7">
            <w:pPr>
              <w:keepNext/>
            </w:pPr>
            <w:r>
              <w:rPr>
                <w:b/>
                <w:color w:val="0D5F78"/>
              </w:rPr>
              <w:t>Țara</w:t>
            </w:r>
          </w:p>
          <w:p w14:paraId="7092F64A" w14:textId="77777777" w:rsidR="003C7CA3" w:rsidRDefault="003C7CA3">
            <w:pPr>
              <w:keepNext/>
            </w:pPr>
          </w:p>
        </w:tc>
      </w:tr>
      <w:tr w:rsidR="003C7CA3" w14:paraId="49F94177" w14:textId="77777777">
        <w:trPr>
          <w:cantSplit/>
        </w:trPr>
        <w:tc>
          <w:tcPr>
            <w:tcW w:w="9636" w:type="dxa"/>
            <w:gridSpan w:val="8"/>
            <w:shd w:val="clear" w:color="auto" w:fill="F4F4F4"/>
          </w:tcPr>
          <w:p w14:paraId="6FCA966A" w14:textId="77777777" w:rsidR="003C7CA3" w:rsidRDefault="003454F7">
            <w:pPr>
              <w:keepNext/>
            </w:pPr>
            <w:r>
              <w:rPr>
                <w:sz w:val="16"/>
              </w:rPr>
              <w:t xml:space="preserve"> Date de contact</w:t>
            </w:r>
          </w:p>
        </w:tc>
      </w:tr>
      <w:tr w:rsidR="003C7CA3" w14:paraId="692FAC07" w14:textId="77777777">
        <w:trPr>
          <w:cantSplit/>
          <w:trHeight w:val="510"/>
        </w:trPr>
        <w:tc>
          <w:tcPr>
            <w:tcW w:w="4015" w:type="dxa"/>
            <w:gridSpan w:val="3"/>
          </w:tcPr>
          <w:p w14:paraId="7A514DDD" w14:textId="77777777" w:rsidR="003C7CA3" w:rsidRDefault="003454F7">
            <w:pPr>
              <w:keepNext/>
            </w:pPr>
            <w:r>
              <w:rPr>
                <w:b/>
                <w:color w:val="0D5F78"/>
              </w:rPr>
              <w:t>Telefon / fax</w:t>
            </w:r>
          </w:p>
          <w:p w14:paraId="1C251D1C" w14:textId="77777777" w:rsidR="003C7CA3" w:rsidRDefault="003C7CA3">
            <w:pPr>
              <w:keepNext/>
            </w:pPr>
          </w:p>
        </w:tc>
        <w:tc>
          <w:tcPr>
            <w:tcW w:w="5621" w:type="dxa"/>
            <w:gridSpan w:val="5"/>
          </w:tcPr>
          <w:p w14:paraId="56DA7E88" w14:textId="77777777" w:rsidR="003C7CA3" w:rsidRDefault="003454F7">
            <w:pPr>
              <w:keepNext/>
            </w:pPr>
            <w:r>
              <w:rPr>
                <w:b/>
                <w:color w:val="0D5F78"/>
              </w:rPr>
              <w:t>E-mail</w:t>
            </w:r>
          </w:p>
          <w:p w14:paraId="17350C90" w14:textId="77777777" w:rsidR="003C7CA3" w:rsidRDefault="003C7CA3">
            <w:pPr>
              <w:keepNext/>
            </w:pPr>
          </w:p>
        </w:tc>
      </w:tr>
      <w:tr w:rsidR="003C7CA3" w14:paraId="201FC873" w14:textId="77777777">
        <w:trPr>
          <w:cantSplit/>
        </w:trPr>
        <w:tc>
          <w:tcPr>
            <w:tcW w:w="9636" w:type="dxa"/>
            <w:gridSpan w:val="8"/>
            <w:shd w:val="clear" w:color="auto" w:fill="F4F4F4"/>
          </w:tcPr>
          <w:p w14:paraId="64E77FD4" w14:textId="77777777" w:rsidR="003C7CA3" w:rsidRDefault="003454F7">
            <w:pPr>
              <w:keepNext/>
            </w:pPr>
            <w:r>
              <w:rPr>
                <w:sz w:val="16"/>
              </w:rPr>
              <w:t xml:space="preserve"> Reprezentare</w:t>
            </w:r>
          </w:p>
        </w:tc>
      </w:tr>
      <w:tr w:rsidR="003C7CA3" w14:paraId="1C66AA69" w14:textId="77777777">
        <w:trPr>
          <w:cantSplit/>
          <w:trHeight w:val="510"/>
        </w:trPr>
        <w:tc>
          <w:tcPr>
            <w:tcW w:w="6424" w:type="dxa"/>
            <w:gridSpan w:val="6"/>
          </w:tcPr>
          <w:p w14:paraId="7E59B4D9" w14:textId="77777777" w:rsidR="003C7CA3" w:rsidRDefault="003454F7">
            <w:r>
              <w:rPr>
                <w:b/>
                <w:color w:val="0D5F78"/>
              </w:rPr>
              <w:t>În calitate de reprezentant al</w:t>
            </w:r>
          </w:p>
          <w:p w14:paraId="527BD733" w14:textId="77777777" w:rsidR="003C7CA3" w:rsidRDefault="003C7CA3"/>
        </w:tc>
        <w:tc>
          <w:tcPr>
            <w:tcW w:w="3212" w:type="dxa"/>
            <w:gridSpan w:val="2"/>
          </w:tcPr>
          <w:p w14:paraId="73FBAECB" w14:textId="77777777" w:rsidR="003C7CA3" w:rsidRDefault="003454F7">
            <w:r>
              <w:rPr>
                <w:b/>
                <w:color w:val="0D5F78"/>
              </w:rPr>
              <w:t>CUI / CIF</w:t>
            </w:r>
          </w:p>
          <w:p w14:paraId="196D97D6" w14:textId="77777777" w:rsidR="003C7CA3" w:rsidRDefault="003C7CA3"/>
        </w:tc>
      </w:tr>
    </w:tbl>
    <w:p w14:paraId="29A4446E"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000CB846" w14:textId="77777777">
        <w:trPr>
          <w:cantSplit/>
        </w:trPr>
        <w:tc>
          <w:tcPr>
            <w:tcW w:w="9636" w:type="dxa"/>
            <w:shd w:val="clear" w:color="auto" w:fill="F4F4F4"/>
          </w:tcPr>
          <w:p w14:paraId="1DE1F1FA" w14:textId="77777777" w:rsidR="003C7CA3" w:rsidRDefault="003454F7">
            <w:pPr>
              <w:keepNext/>
            </w:pPr>
            <w:r>
              <w:rPr>
                <w:b/>
                <w:sz w:val="16"/>
              </w:rPr>
              <w:t xml:space="preserve"> 3. </w:t>
            </w:r>
            <w:r>
              <w:rPr>
                <w:b/>
                <w:color w:val="000000"/>
                <w:sz w:val="18"/>
              </w:rPr>
              <w:t>TITULAR AL</w:t>
            </w:r>
          </w:p>
        </w:tc>
      </w:tr>
      <w:tr w:rsidR="003C7CA3" w14:paraId="1A6AF421" w14:textId="77777777">
        <w:trPr>
          <w:cantSplit/>
        </w:trPr>
        <w:tc>
          <w:tcPr>
            <w:tcW w:w="9636" w:type="dxa"/>
          </w:tcPr>
          <w:p w14:paraId="03060E9B" w14:textId="452CA9AA"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14:paraId="1424506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14:paraId="1087A62F" w14:textId="77777777" w:rsidTr="00303E64">
        <w:trPr>
          <w:cantSplit/>
        </w:trPr>
        <w:tc>
          <w:tcPr>
            <w:tcW w:w="9636" w:type="dxa"/>
            <w:gridSpan w:val="2"/>
            <w:shd w:val="clear" w:color="auto" w:fill="F4F4F4"/>
          </w:tcPr>
          <w:p w14:paraId="3B2188BE" w14:textId="180A9649" w:rsidR="005B29C5" w:rsidRDefault="005B29C5" w:rsidP="00303E64">
            <w:pPr>
              <w:keepNext/>
            </w:pPr>
            <w:r>
              <w:rPr>
                <w:b/>
                <w:sz w:val="16"/>
              </w:rPr>
              <w:t xml:space="preserve">4. </w:t>
            </w:r>
            <w:r>
              <w:rPr>
                <w:b/>
                <w:color w:val="000000"/>
                <w:sz w:val="18"/>
              </w:rPr>
              <w:t>TITULAR AL</w:t>
            </w:r>
          </w:p>
        </w:tc>
      </w:tr>
      <w:tr w:rsidR="005B29C5" w14:paraId="5D544392" w14:textId="77777777" w:rsidTr="00C47FA7">
        <w:trPr>
          <w:cantSplit/>
        </w:trPr>
        <w:tc>
          <w:tcPr>
            <w:tcW w:w="4818" w:type="dxa"/>
          </w:tcPr>
          <w:p w14:paraId="17241E11" w14:textId="07386F21" w:rsidR="005B29C5" w:rsidRPr="005B29C5" w:rsidRDefault="005B29C5" w:rsidP="005B29C5">
            <w:pPr>
              <w:rPr>
                <w:lang w:val="fr-FR"/>
              </w:rPr>
            </w:pPr>
            <w:r>
              <w:rPr>
                <w:b/>
                <w:color w:val="0D5F78"/>
                <w:lang w:val="fr-FR"/>
              </w:rPr>
              <w:t>C</w:t>
            </w:r>
            <w:r w:rsidRPr="005B29C5">
              <w:rPr>
                <w:b/>
                <w:color w:val="0D5F78"/>
                <w:lang w:val="fr-FR"/>
              </w:rPr>
              <w:t>ertificatului de urbanism nr. / data</w:t>
            </w:r>
          </w:p>
          <w:p w14:paraId="1B8AD45C" w14:textId="77777777" w:rsidR="005B29C5" w:rsidRDefault="005B29C5" w:rsidP="005B29C5"/>
        </w:tc>
        <w:tc>
          <w:tcPr>
            <w:tcW w:w="4818" w:type="dxa"/>
          </w:tcPr>
          <w:p w14:paraId="5FA2231A" w14:textId="77777777" w:rsidR="005B29C5" w:rsidRDefault="005B29C5" w:rsidP="005B29C5">
            <w:r>
              <w:rPr>
                <w:b/>
                <w:color w:val="0D5F78"/>
              </w:rPr>
              <w:t>emis de</w:t>
            </w:r>
          </w:p>
          <w:p w14:paraId="3EFF25A7" w14:textId="79FDE017" w:rsidR="005B29C5" w:rsidRDefault="005B29C5" w:rsidP="005B29C5"/>
        </w:tc>
      </w:tr>
    </w:tbl>
    <w:p w14:paraId="24ABCC7F" w14:textId="77777777" w:rsidR="001531A5" w:rsidRPr="00207E5E" w:rsidRDefault="00C32AB5" w:rsidP="00C32AB5">
      <w:pPr>
        <w:spacing w:before="80" w:after="60"/>
        <w:jc w:val="center"/>
        <w:rPr>
          <w:sz w:val="18"/>
          <w:lang w:val="it-IT"/>
        </w:rPr>
      </w:pPr>
      <w:r w:rsidRPr="00207E5E">
        <w:rPr>
          <w:sz w:val="18"/>
          <w:lang w:val="it-IT"/>
        </w:rPr>
        <w:t xml:space="preserve">în conformitate cu prevederile Legii nr. 169/2026 privind Codul amenajării teritoriului, urbanismului și construcțiilor, </w:t>
      </w:r>
    </w:p>
    <w:p w14:paraId="1474EB1C" w14:textId="7A9E4436" w:rsidR="00C32AB5" w:rsidRPr="00207E5E" w:rsidRDefault="00C32AB5" w:rsidP="00C32AB5">
      <w:pPr>
        <w:spacing w:before="80" w:after="60"/>
        <w:jc w:val="center"/>
        <w:rPr>
          <w:sz w:val="18"/>
          <w:lang w:val="it-IT"/>
        </w:rPr>
      </w:pPr>
      <w:r w:rsidRPr="00207E5E">
        <w:rPr>
          <w:sz w:val="18"/>
          <w:lang w:val="it-IT"/>
        </w:rPr>
        <w:t>solicit emiterea</w:t>
      </w:r>
    </w:p>
    <w:p w14:paraId="025957C7" w14:textId="77777777" w:rsidR="001531A5" w:rsidRPr="00207E5E" w:rsidRDefault="00C32AB5" w:rsidP="00C32AB5">
      <w:pPr>
        <w:spacing w:after="160"/>
        <w:jc w:val="center"/>
        <w:rPr>
          <w:b/>
          <w:sz w:val="20"/>
          <w:lang w:val="it-IT"/>
        </w:rPr>
      </w:pPr>
      <w:r w:rsidRPr="00207E5E">
        <w:rPr>
          <w:b/>
          <w:sz w:val="20"/>
          <w:lang w:val="it-IT"/>
        </w:rPr>
        <w:t xml:space="preserve">Autorizației de ☐ construire / ☐ desființare </w:t>
      </w:r>
    </w:p>
    <w:p w14:paraId="646C5D13" w14:textId="36952603" w:rsidR="00C32AB5" w:rsidRPr="00207E5E" w:rsidRDefault="00C32AB5" w:rsidP="00C32AB5">
      <w:pPr>
        <w:spacing w:after="160"/>
        <w:jc w:val="center"/>
        <w:rPr>
          <w:b/>
          <w:sz w:val="20"/>
          <w:lang w:val="it-IT"/>
        </w:rPr>
      </w:pPr>
      <w:r w:rsidRPr="00207E5E">
        <w:rPr>
          <w:b/>
          <w:sz w:val="20"/>
          <w:lang w:val="it-IT"/>
        </w:rPr>
        <w:t>☐ clădiri și amen</w:t>
      </w:r>
      <w:r w:rsidR="00C5007E">
        <w:rPr>
          <w:b/>
          <w:sz w:val="20"/>
          <w:lang w:val="it-IT"/>
        </w:rPr>
        <w:t>a</w:t>
      </w:r>
      <w:r w:rsidRPr="00207E5E">
        <w:rPr>
          <w:b/>
          <w:sz w:val="20"/>
          <w:lang w:val="it-IT"/>
        </w:rPr>
        <w:t>jări / ☐ lucrări inginerești / ☐ construcții speciale</w:t>
      </w:r>
    </w:p>
    <w:p w14:paraId="76839621" w14:textId="77777777" w:rsidR="00C32AB5" w:rsidRPr="00207E5E" w:rsidRDefault="00C32AB5" w:rsidP="00C32AB5">
      <w:pPr>
        <w:spacing w:after="160"/>
        <w:jc w:val="center"/>
        <w:rPr>
          <w:lang w:val="it-IT"/>
        </w:rPr>
      </w:pPr>
      <w:r w:rsidRPr="00207E5E">
        <w:rPr>
          <w:sz w:val="20"/>
          <w:lang w:val="it-IT"/>
        </w:rPr>
        <w:t xml:space="preserve">precum și a </w:t>
      </w:r>
      <w:r w:rsidRPr="00207E5E">
        <w:rPr>
          <w:b/>
          <w:sz w:val="20"/>
          <w:lang w:val="it-IT"/>
        </w:rPr>
        <w:t>☐ Autorizației de amenajare a organizării execuției</w:t>
      </w:r>
      <w:r w:rsidRPr="00207E5E">
        <w:rPr>
          <w:b/>
          <w:sz w:val="20"/>
          <w:lang w:val="it-IT"/>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6463CB" w14:paraId="35B98EF6" w14:textId="77777777" w:rsidTr="00303E64">
        <w:trPr>
          <w:cantSplit/>
        </w:trPr>
        <w:tc>
          <w:tcPr>
            <w:tcW w:w="9636" w:type="dxa"/>
            <w:shd w:val="clear" w:color="auto" w:fill="F4F4F4"/>
          </w:tcPr>
          <w:p w14:paraId="312363D4" w14:textId="2BBF1D99" w:rsidR="00C32AB5" w:rsidRPr="005B29C5" w:rsidRDefault="00C32AB5" w:rsidP="00303E64">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Pr="005B29C5">
              <w:rPr>
                <w:b/>
                <w:sz w:val="16"/>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w:t>
            </w:r>
            <w:r>
              <w:rPr>
                <w:b/>
                <w:color w:val="000000"/>
                <w:sz w:val="18"/>
                <w:lang w:val="fr-FR"/>
              </w:rPr>
              <w:t xml:space="preserve"> </w:t>
            </w:r>
            <w:r w:rsidRPr="005B29C5">
              <w:rPr>
                <w:b/>
                <w:color w:val="000000"/>
                <w:sz w:val="18"/>
                <w:lang w:val="fr-FR"/>
              </w:rPr>
              <w:t>OBIECTULUI  DE INVESTIȚII</w:t>
            </w:r>
          </w:p>
        </w:tc>
      </w:tr>
      <w:tr w:rsidR="00C32AB5" w:rsidRPr="006463CB" w14:paraId="7C44D6E1" w14:textId="77777777" w:rsidTr="00303E64">
        <w:trPr>
          <w:cantSplit/>
        </w:trPr>
        <w:tc>
          <w:tcPr>
            <w:tcW w:w="9636" w:type="dxa"/>
            <w:shd w:val="clear" w:color="auto" w:fill="F4F4F4"/>
          </w:tcPr>
          <w:p w14:paraId="2AAE5021" w14:textId="56EF46F8" w:rsidR="00C32AB5" w:rsidRPr="00207E5E" w:rsidRDefault="00C32AB5" w:rsidP="00303E64">
            <w:pPr>
              <w:keepNext/>
              <w:spacing w:line="228" w:lineRule="auto"/>
              <w:rPr>
                <w:lang w:val="it-IT"/>
              </w:rPr>
            </w:pPr>
            <w:r w:rsidRPr="00207E5E">
              <w:rPr>
                <w:lang w:val="it-IT"/>
              </w:rPr>
              <w:t xml:space="preserve">include </w:t>
            </w:r>
            <w:r w:rsidR="001531A5" w:rsidRPr="00207E5E">
              <w:rPr>
                <w:lang w:val="it-IT"/>
              </w:rPr>
              <w:t xml:space="preserve">cel puțin </w:t>
            </w:r>
            <w:r w:rsidRPr="00207E5E">
              <w:rPr>
                <w:lang w:val="it-IT"/>
              </w:rPr>
              <w:t>funcțiunea principală și secundare</w:t>
            </w:r>
          </w:p>
        </w:tc>
      </w:tr>
      <w:tr w:rsidR="00C32AB5" w:rsidRPr="006463CB" w14:paraId="5552796F" w14:textId="77777777" w:rsidTr="00303E64">
        <w:trPr>
          <w:cantSplit/>
        </w:trPr>
        <w:tc>
          <w:tcPr>
            <w:tcW w:w="9636" w:type="dxa"/>
          </w:tcPr>
          <w:p w14:paraId="77F46E38" w14:textId="77777777" w:rsidR="00C32AB5" w:rsidRPr="00207E5E" w:rsidRDefault="00C32AB5" w:rsidP="00303E64">
            <w:pPr>
              <w:keepNext/>
              <w:pBdr>
                <w:bottom w:val="dotted" w:sz="6" w:space="0" w:color="999999"/>
              </w:pBdr>
              <w:spacing w:after="80"/>
              <w:rPr>
                <w:lang w:val="it-IT"/>
              </w:rPr>
            </w:pPr>
          </w:p>
          <w:p w14:paraId="77355D8A" w14:textId="77777777" w:rsidR="00C32AB5" w:rsidRPr="00207E5E" w:rsidRDefault="00C32AB5" w:rsidP="00303E64">
            <w:pPr>
              <w:keepNext/>
              <w:pBdr>
                <w:bottom w:val="dotted" w:sz="6" w:space="0" w:color="999999"/>
              </w:pBdr>
              <w:spacing w:after="80"/>
              <w:rPr>
                <w:lang w:val="it-IT"/>
              </w:rPr>
            </w:pPr>
          </w:p>
        </w:tc>
      </w:tr>
    </w:tbl>
    <w:p w14:paraId="2E66493B" w14:textId="40165133" w:rsidR="003C7CA3" w:rsidRPr="00207E5E" w:rsidRDefault="003C7CA3">
      <w:pPr>
        <w:rPr>
          <w:lang w:val="it-IT"/>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141F6558" w14:textId="77777777">
        <w:trPr>
          <w:cantSplit/>
        </w:trPr>
        <w:tc>
          <w:tcPr>
            <w:tcW w:w="9636" w:type="dxa"/>
            <w:gridSpan w:val="7"/>
            <w:shd w:val="clear" w:color="auto" w:fill="F4F4F4"/>
          </w:tcPr>
          <w:p w14:paraId="25143AC5" w14:textId="57ECE718" w:rsidR="003C7CA3" w:rsidRDefault="003454F7">
            <w:pPr>
              <w:keepNext/>
            </w:pPr>
            <w:r w:rsidRPr="00207E5E">
              <w:rPr>
                <w:b/>
                <w:sz w:val="16"/>
                <w:lang w:val="it-IT"/>
              </w:rPr>
              <w:t xml:space="preserve"> </w:t>
            </w:r>
            <w:r w:rsidR="00C32AB5">
              <w:rPr>
                <w:b/>
                <w:sz w:val="16"/>
              </w:rPr>
              <w:t>6</w:t>
            </w:r>
            <w:r>
              <w:rPr>
                <w:b/>
                <w:sz w:val="16"/>
              </w:rPr>
              <w:t xml:space="preserve">. </w:t>
            </w:r>
            <w:r>
              <w:rPr>
                <w:b/>
                <w:color w:val="000000"/>
                <w:sz w:val="18"/>
              </w:rPr>
              <w:t>IMOBIL / IMOBILE</w:t>
            </w:r>
          </w:p>
        </w:tc>
      </w:tr>
      <w:tr w:rsidR="003C7CA3" w:rsidRPr="006463CB" w14:paraId="238DC723" w14:textId="77777777">
        <w:trPr>
          <w:cantSplit/>
        </w:trPr>
        <w:tc>
          <w:tcPr>
            <w:tcW w:w="9636" w:type="dxa"/>
            <w:gridSpan w:val="7"/>
            <w:shd w:val="clear" w:color="auto" w:fill="F4F4F4"/>
          </w:tcPr>
          <w:p w14:paraId="137FA947" w14:textId="77777777" w:rsidR="003C7CA3" w:rsidRPr="005B29C5" w:rsidRDefault="003454F7">
            <w:pPr>
              <w:keepNext/>
              <w:spacing w:line="228" w:lineRule="auto"/>
              <w:rPr>
                <w:lang w:val="fr-FR"/>
              </w:rPr>
            </w:pPr>
            <w:r w:rsidRPr="005B29C5">
              <w:rPr>
                <w:lang w:val="fr-FR"/>
              </w:rPr>
              <w:t>Pentru fiecare imobil se completează obligatoriu câte o anexă tehnică; celelalte imobile se înscriu în anexa de imobile.</w:t>
            </w:r>
          </w:p>
        </w:tc>
      </w:tr>
      <w:tr w:rsidR="003C7CA3" w14:paraId="2A794A33" w14:textId="77777777">
        <w:trPr>
          <w:cantSplit/>
        </w:trPr>
        <w:tc>
          <w:tcPr>
            <w:tcW w:w="9636" w:type="dxa"/>
            <w:gridSpan w:val="7"/>
            <w:shd w:val="clear" w:color="auto" w:fill="F4F4F4"/>
          </w:tcPr>
          <w:p w14:paraId="111D41FD" w14:textId="77777777" w:rsidR="003C7CA3" w:rsidRDefault="003454F7">
            <w:pPr>
              <w:keepNext/>
            </w:pPr>
            <w:r w:rsidRPr="005B29C5">
              <w:rPr>
                <w:sz w:val="16"/>
                <w:lang w:val="fr-FR"/>
              </w:rPr>
              <w:t xml:space="preserve"> </w:t>
            </w:r>
            <w:r>
              <w:rPr>
                <w:sz w:val="16"/>
              </w:rPr>
              <w:t>Imobil 1</w:t>
            </w:r>
          </w:p>
        </w:tc>
      </w:tr>
      <w:tr w:rsidR="003C7CA3" w14:paraId="29520B4E" w14:textId="77777777">
        <w:trPr>
          <w:cantSplit/>
          <w:trHeight w:val="510"/>
        </w:trPr>
        <w:tc>
          <w:tcPr>
            <w:tcW w:w="3212" w:type="dxa"/>
          </w:tcPr>
          <w:p w14:paraId="0A203E5A" w14:textId="77777777" w:rsidR="003C7CA3" w:rsidRDefault="003454F7">
            <w:pPr>
              <w:keepNext/>
            </w:pPr>
            <w:r>
              <w:rPr>
                <w:b/>
                <w:color w:val="0D5F78"/>
              </w:rPr>
              <w:t>Tip imobil</w:t>
            </w:r>
          </w:p>
          <w:p w14:paraId="1204C28A" w14:textId="77777777" w:rsidR="003C7CA3" w:rsidRDefault="003454F7">
            <w:pPr>
              <w:keepNext/>
            </w:pPr>
            <w:r>
              <w:rPr>
                <w:sz w:val="16"/>
              </w:rPr>
              <w:t>☐ teren     ☐ construcții</w:t>
            </w:r>
          </w:p>
        </w:tc>
        <w:tc>
          <w:tcPr>
            <w:tcW w:w="3212" w:type="dxa"/>
            <w:gridSpan w:val="4"/>
          </w:tcPr>
          <w:p w14:paraId="5BA7D251" w14:textId="77777777" w:rsidR="003C7CA3" w:rsidRDefault="003454F7">
            <w:pPr>
              <w:keepNext/>
            </w:pPr>
            <w:r>
              <w:rPr>
                <w:b/>
                <w:color w:val="0D5F78"/>
              </w:rPr>
              <w:t>Număr cadastral</w:t>
            </w:r>
          </w:p>
          <w:p w14:paraId="503C5161" w14:textId="77777777" w:rsidR="003C7CA3" w:rsidRDefault="003C7CA3">
            <w:pPr>
              <w:keepNext/>
            </w:pPr>
          </w:p>
        </w:tc>
        <w:tc>
          <w:tcPr>
            <w:tcW w:w="3212" w:type="dxa"/>
            <w:gridSpan w:val="2"/>
          </w:tcPr>
          <w:p w14:paraId="350ADBEB" w14:textId="77777777" w:rsidR="003C7CA3" w:rsidRDefault="003454F7">
            <w:pPr>
              <w:keepNext/>
            </w:pPr>
            <w:r>
              <w:rPr>
                <w:b/>
                <w:color w:val="0D5F78"/>
              </w:rPr>
              <w:t>Carte funciară nr.</w:t>
            </w:r>
          </w:p>
          <w:p w14:paraId="7CA38C80" w14:textId="77777777" w:rsidR="003C7CA3" w:rsidRDefault="003C7CA3">
            <w:pPr>
              <w:keepNext/>
            </w:pPr>
          </w:p>
        </w:tc>
      </w:tr>
      <w:tr w:rsidR="003C7CA3" w14:paraId="108AC1B7" w14:textId="77777777">
        <w:trPr>
          <w:cantSplit/>
          <w:trHeight w:val="510"/>
        </w:trPr>
        <w:tc>
          <w:tcPr>
            <w:tcW w:w="3212" w:type="dxa"/>
          </w:tcPr>
          <w:p w14:paraId="4B886C1A" w14:textId="77777777" w:rsidR="003C7CA3" w:rsidRDefault="003454F7">
            <w:pPr>
              <w:keepNext/>
            </w:pPr>
            <w:r>
              <w:rPr>
                <w:b/>
                <w:color w:val="0D5F78"/>
              </w:rPr>
              <w:t>Județul</w:t>
            </w:r>
          </w:p>
          <w:p w14:paraId="4BA80733" w14:textId="77777777" w:rsidR="003C7CA3" w:rsidRDefault="003C7CA3">
            <w:pPr>
              <w:keepNext/>
            </w:pPr>
          </w:p>
        </w:tc>
        <w:tc>
          <w:tcPr>
            <w:tcW w:w="3212" w:type="dxa"/>
            <w:gridSpan w:val="4"/>
          </w:tcPr>
          <w:p w14:paraId="0828FCA2" w14:textId="77777777" w:rsidR="003C7CA3" w:rsidRDefault="003454F7">
            <w:pPr>
              <w:keepNext/>
            </w:pPr>
            <w:r>
              <w:rPr>
                <w:b/>
                <w:color w:val="0D5F78"/>
              </w:rPr>
              <w:t>Municipiul / orașul / comuna</w:t>
            </w:r>
          </w:p>
          <w:p w14:paraId="277082CF" w14:textId="77777777" w:rsidR="003C7CA3" w:rsidRDefault="003C7CA3">
            <w:pPr>
              <w:keepNext/>
            </w:pPr>
          </w:p>
        </w:tc>
        <w:tc>
          <w:tcPr>
            <w:tcW w:w="3212" w:type="dxa"/>
            <w:gridSpan w:val="2"/>
          </w:tcPr>
          <w:p w14:paraId="2256FC45" w14:textId="77777777" w:rsidR="003C7CA3" w:rsidRDefault="003454F7">
            <w:pPr>
              <w:keepNext/>
            </w:pPr>
            <w:r>
              <w:rPr>
                <w:b/>
                <w:color w:val="0D5F78"/>
              </w:rPr>
              <w:t>Satul / sectorul</w:t>
            </w:r>
          </w:p>
          <w:p w14:paraId="7E1897F6" w14:textId="77777777" w:rsidR="003C7CA3" w:rsidRDefault="003C7CA3">
            <w:pPr>
              <w:keepNext/>
            </w:pPr>
          </w:p>
        </w:tc>
      </w:tr>
      <w:tr w:rsidR="003C7CA3" w14:paraId="12C6CF62" w14:textId="77777777">
        <w:trPr>
          <w:cantSplit/>
          <w:trHeight w:val="510"/>
        </w:trPr>
        <w:tc>
          <w:tcPr>
            <w:tcW w:w="3212" w:type="dxa"/>
          </w:tcPr>
          <w:p w14:paraId="36363B02" w14:textId="77777777" w:rsidR="003C7CA3" w:rsidRDefault="003454F7">
            <w:pPr>
              <w:keepNext/>
            </w:pPr>
            <w:r>
              <w:rPr>
                <w:b/>
                <w:color w:val="0D5F78"/>
              </w:rPr>
              <w:t>Strada</w:t>
            </w:r>
          </w:p>
          <w:p w14:paraId="59829809" w14:textId="77777777" w:rsidR="003C7CA3" w:rsidRDefault="003C7CA3">
            <w:pPr>
              <w:keepNext/>
            </w:pPr>
          </w:p>
        </w:tc>
        <w:tc>
          <w:tcPr>
            <w:tcW w:w="803" w:type="dxa"/>
          </w:tcPr>
          <w:p w14:paraId="020F8915" w14:textId="77777777" w:rsidR="003C7CA3" w:rsidRDefault="003454F7">
            <w:pPr>
              <w:keepNext/>
            </w:pPr>
            <w:r>
              <w:rPr>
                <w:b/>
                <w:color w:val="0D5F78"/>
              </w:rPr>
              <w:t>Nr.</w:t>
            </w:r>
          </w:p>
          <w:p w14:paraId="290AAF1D" w14:textId="77777777" w:rsidR="003C7CA3" w:rsidRDefault="003C7CA3">
            <w:pPr>
              <w:keepNext/>
            </w:pPr>
          </w:p>
        </w:tc>
        <w:tc>
          <w:tcPr>
            <w:tcW w:w="803" w:type="dxa"/>
          </w:tcPr>
          <w:p w14:paraId="19ECC621" w14:textId="77777777" w:rsidR="003C7CA3" w:rsidRDefault="003454F7">
            <w:pPr>
              <w:keepNext/>
            </w:pPr>
            <w:r>
              <w:rPr>
                <w:b/>
                <w:color w:val="0D5F78"/>
              </w:rPr>
              <w:t>Sc.</w:t>
            </w:r>
          </w:p>
          <w:p w14:paraId="2B799B42" w14:textId="77777777" w:rsidR="003C7CA3" w:rsidRDefault="003C7CA3">
            <w:pPr>
              <w:keepNext/>
            </w:pPr>
          </w:p>
        </w:tc>
        <w:tc>
          <w:tcPr>
            <w:tcW w:w="803" w:type="dxa"/>
          </w:tcPr>
          <w:p w14:paraId="73460073" w14:textId="77777777" w:rsidR="003C7CA3" w:rsidRDefault="003454F7">
            <w:pPr>
              <w:keepNext/>
            </w:pPr>
            <w:r>
              <w:rPr>
                <w:b/>
                <w:color w:val="0D5F78"/>
              </w:rPr>
              <w:t>Et.</w:t>
            </w:r>
          </w:p>
          <w:p w14:paraId="5F8C34EF" w14:textId="77777777" w:rsidR="003C7CA3" w:rsidRDefault="003C7CA3">
            <w:pPr>
              <w:keepNext/>
            </w:pPr>
          </w:p>
        </w:tc>
        <w:tc>
          <w:tcPr>
            <w:tcW w:w="803" w:type="dxa"/>
          </w:tcPr>
          <w:p w14:paraId="20D7AA17" w14:textId="77777777" w:rsidR="003C7CA3" w:rsidRDefault="003454F7">
            <w:pPr>
              <w:keepNext/>
            </w:pPr>
            <w:r>
              <w:rPr>
                <w:b/>
                <w:color w:val="0D5F78"/>
              </w:rPr>
              <w:t>Ap.</w:t>
            </w:r>
          </w:p>
          <w:p w14:paraId="0CA4F21A" w14:textId="77777777" w:rsidR="003C7CA3" w:rsidRDefault="003C7CA3">
            <w:pPr>
              <w:keepNext/>
            </w:pPr>
          </w:p>
        </w:tc>
        <w:tc>
          <w:tcPr>
            <w:tcW w:w="1606" w:type="dxa"/>
          </w:tcPr>
          <w:p w14:paraId="2EE87656" w14:textId="77777777" w:rsidR="003C7CA3" w:rsidRDefault="003454F7">
            <w:pPr>
              <w:keepNext/>
            </w:pPr>
            <w:r>
              <w:rPr>
                <w:b/>
                <w:color w:val="0D5F78"/>
              </w:rPr>
              <w:t>Cod poștal</w:t>
            </w:r>
          </w:p>
          <w:p w14:paraId="27107F23" w14:textId="77777777" w:rsidR="003C7CA3" w:rsidRDefault="003C7CA3">
            <w:pPr>
              <w:keepNext/>
            </w:pPr>
          </w:p>
        </w:tc>
        <w:tc>
          <w:tcPr>
            <w:tcW w:w="1606" w:type="dxa"/>
          </w:tcPr>
          <w:p w14:paraId="3EEA168A" w14:textId="77777777" w:rsidR="003C7CA3" w:rsidRDefault="003454F7">
            <w:pPr>
              <w:keepNext/>
            </w:pPr>
            <w:r>
              <w:rPr>
                <w:b/>
                <w:color w:val="0D5F78"/>
              </w:rPr>
              <w:t>Țara</w:t>
            </w:r>
          </w:p>
          <w:p w14:paraId="356F8825" w14:textId="77777777" w:rsidR="003C7CA3" w:rsidRDefault="003C7CA3">
            <w:pPr>
              <w:keepNext/>
            </w:pPr>
          </w:p>
        </w:tc>
      </w:tr>
    </w:tbl>
    <w:p w14:paraId="732043C2" w14:textId="77777777" w:rsidR="003C7CA3" w:rsidRDefault="003C7CA3">
      <w:pPr>
        <w:spacing w:line="168" w:lineRule="auto"/>
      </w:pPr>
    </w:p>
    <w:p w14:paraId="317B91B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6463CB" w14:paraId="11BAE663" w14:textId="77777777">
        <w:trPr>
          <w:cantSplit/>
        </w:trPr>
        <w:tc>
          <w:tcPr>
            <w:tcW w:w="9636" w:type="dxa"/>
            <w:gridSpan w:val="4"/>
            <w:shd w:val="clear" w:color="auto" w:fill="F4F4F4"/>
          </w:tcPr>
          <w:p w14:paraId="6C910006" w14:textId="71DC325D" w:rsidR="003C7CA3" w:rsidRPr="005B29C5" w:rsidRDefault="003454F7">
            <w:pPr>
              <w:keepNext/>
              <w:rPr>
                <w:lang w:val="fr-FR"/>
              </w:rPr>
            </w:pPr>
            <w:r w:rsidRPr="005B29C5">
              <w:rPr>
                <w:b/>
                <w:sz w:val="16"/>
                <w:lang w:val="fr-FR"/>
              </w:rPr>
              <w:lastRenderedPageBreak/>
              <w:t xml:space="preserve"> </w:t>
            </w:r>
            <w:r w:rsidR="005B29C5">
              <w:rPr>
                <w:b/>
                <w:sz w:val="16"/>
                <w:lang w:val="fr-FR"/>
              </w:rPr>
              <w:t>7</w:t>
            </w:r>
            <w:r w:rsidRPr="005B29C5">
              <w:rPr>
                <w:b/>
                <w:sz w:val="16"/>
                <w:lang w:val="fr-FR"/>
              </w:rPr>
              <w:t xml:space="preserve">. </w:t>
            </w:r>
            <w:r w:rsidRPr="005B29C5">
              <w:rPr>
                <w:b/>
                <w:color w:val="000000"/>
                <w:sz w:val="18"/>
                <w:lang w:val="fr-FR"/>
              </w:rPr>
              <w:t>PROIECTUL ATAȘAT ȘI ECHIPA DE PROIECTARE</w:t>
            </w:r>
          </w:p>
        </w:tc>
      </w:tr>
      <w:tr w:rsidR="003C7CA3" w:rsidRPr="005B29C5" w14:paraId="0ACAA9B2" w14:textId="77777777">
        <w:trPr>
          <w:cantSplit/>
        </w:trPr>
        <w:tc>
          <w:tcPr>
            <w:tcW w:w="9636" w:type="dxa"/>
            <w:gridSpan w:val="4"/>
          </w:tcPr>
          <w:p w14:paraId="389DB7C6" w14:textId="77777777"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 </w:t>
            </w:r>
            <w:r w:rsidR="005B29C5">
              <w:rPr>
                <w:sz w:val="16"/>
                <w:lang w:val="fr-FR"/>
              </w:rPr>
              <w:t>P</w:t>
            </w:r>
            <w:r w:rsidRPr="005B29C5">
              <w:rPr>
                <w:sz w:val="16"/>
                <w:lang w:val="fr-FR"/>
              </w:rPr>
              <w:t xml:space="preserve">roiect pentru autorizarea desființării     ☐ </w:t>
            </w:r>
            <w:r w:rsidR="005B29C5">
              <w:rPr>
                <w:sz w:val="16"/>
                <w:lang w:val="fr-FR"/>
              </w:rPr>
              <w:t xml:space="preserve">Proiect pentru </w:t>
            </w:r>
            <w:r w:rsidRPr="005B29C5">
              <w:rPr>
                <w:sz w:val="16"/>
                <w:lang w:val="fr-FR"/>
              </w:rPr>
              <w:t xml:space="preserve">intervenții asupra clădirilor existente     </w:t>
            </w:r>
          </w:p>
          <w:p w14:paraId="4A250F59" w14:textId="59DB8F0F" w:rsidR="003C7CA3" w:rsidRPr="005B29C5" w:rsidRDefault="005B29C5">
            <w:pPr>
              <w:keepNext/>
              <w:rPr>
                <w:lang w:val="fr-FR"/>
              </w:rPr>
            </w:pPr>
            <w:r>
              <w:rPr>
                <w:sz w:val="16"/>
                <w:lang w:val="fr-FR"/>
              </w:rPr>
              <w:t xml:space="preserve"> </w:t>
            </w:r>
            <w:r w:rsidRPr="005B29C5">
              <w:rPr>
                <w:sz w:val="16"/>
                <w:lang w:val="fr-FR"/>
              </w:rPr>
              <w:t xml:space="preserve">☐ </w:t>
            </w:r>
            <w:r>
              <w:rPr>
                <w:sz w:val="16"/>
                <w:lang w:val="fr-FR"/>
              </w:rPr>
              <w:t>P</w:t>
            </w:r>
            <w:r w:rsidRPr="005B29C5">
              <w:rPr>
                <w:sz w:val="16"/>
                <w:lang w:val="fr-FR"/>
              </w:rPr>
              <w:t>roiect pentru autorizarea amenajării</w:t>
            </w:r>
          </w:p>
        </w:tc>
      </w:tr>
      <w:tr w:rsidR="003C7CA3" w14:paraId="5974F178" w14:textId="77777777">
        <w:trPr>
          <w:cantSplit/>
          <w:trHeight w:val="510"/>
        </w:trPr>
        <w:tc>
          <w:tcPr>
            <w:tcW w:w="3212" w:type="dxa"/>
          </w:tcPr>
          <w:p w14:paraId="1BDCB568" w14:textId="77777777" w:rsidR="003C7CA3" w:rsidRDefault="003454F7">
            <w:pPr>
              <w:keepNext/>
            </w:pPr>
            <w:r>
              <w:rPr>
                <w:b/>
                <w:color w:val="0D5F78"/>
              </w:rPr>
              <w:t>Nr. / data proiectului</w:t>
            </w:r>
          </w:p>
          <w:p w14:paraId="7D2822E8" w14:textId="77777777" w:rsidR="003C7CA3" w:rsidRDefault="003C7CA3">
            <w:pPr>
              <w:keepNext/>
            </w:pPr>
          </w:p>
        </w:tc>
        <w:tc>
          <w:tcPr>
            <w:tcW w:w="6424" w:type="dxa"/>
            <w:gridSpan w:val="3"/>
          </w:tcPr>
          <w:p w14:paraId="07D00D1B" w14:textId="77777777" w:rsidR="003C7CA3" w:rsidRDefault="003454F7">
            <w:pPr>
              <w:keepNext/>
            </w:pPr>
            <w:r>
              <w:rPr>
                <w:b/>
                <w:color w:val="0D5F78"/>
              </w:rPr>
              <w:t>Elaborator (denumire + sediu)</w:t>
            </w:r>
          </w:p>
          <w:p w14:paraId="53936ACC" w14:textId="77777777" w:rsidR="003C7CA3" w:rsidRDefault="003C7CA3">
            <w:pPr>
              <w:keepNext/>
            </w:pPr>
          </w:p>
        </w:tc>
      </w:tr>
      <w:tr w:rsidR="003C7CA3" w14:paraId="75A87EAB" w14:textId="77777777">
        <w:trPr>
          <w:cantSplit/>
          <w:trHeight w:val="510"/>
        </w:trPr>
        <w:tc>
          <w:tcPr>
            <w:tcW w:w="4015" w:type="dxa"/>
            <w:gridSpan w:val="2"/>
          </w:tcPr>
          <w:p w14:paraId="76606EDE" w14:textId="77777777" w:rsidR="003C7CA3" w:rsidRDefault="003454F7">
            <w:r>
              <w:rPr>
                <w:b/>
                <w:color w:val="0D5F78"/>
              </w:rPr>
              <w:t>Proiectant autor — arhitect / arhitect conductor / arhitect de interior</w:t>
            </w:r>
          </w:p>
          <w:p w14:paraId="6C8A3887" w14:textId="77777777" w:rsidR="003C7CA3" w:rsidRDefault="003C7CA3"/>
        </w:tc>
        <w:tc>
          <w:tcPr>
            <w:tcW w:w="1606" w:type="dxa"/>
          </w:tcPr>
          <w:p w14:paraId="0DA772E1" w14:textId="77777777" w:rsidR="003C7CA3" w:rsidRDefault="003454F7">
            <w:r>
              <w:rPr>
                <w:b/>
                <w:color w:val="0D5F78"/>
              </w:rPr>
              <w:t>Nr. TNA</w:t>
            </w:r>
          </w:p>
          <w:p w14:paraId="6BEEE180" w14:textId="77777777" w:rsidR="003C7CA3" w:rsidRDefault="003C7CA3"/>
        </w:tc>
        <w:tc>
          <w:tcPr>
            <w:tcW w:w="4015" w:type="dxa"/>
          </w:tcPr>
          <w:p w14:paraId="464DDB71" w14:textId="77777777" w:rsidR="003C7CA3" w:rsidRDefault="003454F7">
            <w:r>
              <w:rPr>
                <w:b/>
                <w:color w:val="0D5F78"/>
              </w:rPr>
              <w:t>Ingineri, pe specialități</w:t>
            </w:r>
          </w:p>
          <w:p w14:paraId="33E86647" w14:textId="77777777" w:rsidR="003C7CA3" w:rsidRDefault="003C7CA3"/>
        </w:tc>
      </w:tr>
    </w:tbl>
    <w:p w14:paraId="5C104DE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6463CB" w14:paraId="4385328E" w14:textId="77777777">
        <w:trPr>
          <w:cantSplit/>
        </w:trPr>
        <w:tc>
          <w:tcPr>
            <w:tcW w:w="9636" w:type="dxa"/>
            <w:gridSpan w:val="2"/>
            <w:shd w:val="clear" w:color="auto" w:fill="F4F4F4"/>
          </w:tcPr>
          <w:p w14:paraId="78893A0E" w14:textId="7F0A6787" w:rsidR="003C7CA3" w:rsidRPr="005B29C5" w:rsidRDefault="003454F7">
            <w:pPr>
              <w:keepNext/>
              <w:rPr>
                <w:lang w:val="fr-FR"/>
              </w:rPr>
            </w:pPr>
            <w:r w:rsidRPr="005B29C5">
              <w:rPr>
                <w:b/>
                <w:sz w:val="16"/>
                <w:lang w:val="fr-FR"/>
              </w:rPr>
              <w:t xml:space="preserve"> </w:t>
            </w:r>
            <w:r w:rsidR="005B29C5" w:rsidRPr="005B29C5">
              <w:rPr>
                <w:b/>
                <w:sz w:val="16"/>
                <w:lang w:val="fr-FR"/>
              </w:rPr>
              <w:t>8</w:t>
            </w:r>
            <w:r w:rsidRPr="005B29C5">
              <w:rPr>
                <w:b/>
                <w:sz w:val="16"/>
                <w:lang w:val="fr-FR"/>
              </w:rPr>
              <w:t xml:space="preserve">. </w:t>
            </w:r>
            <w:r w:rsidR="005B29C5" w:rsidRPr="005B29C5">
              <w:rPr>
                <w:b/>
                <w:sz w:val="18"/>
                <w:szCs w:val="18"/>
                <w:lang w:val="fr-FR"/>
              </w:rPr>
              <w:t>CLASA DE CONSECINȚE</w:t>
            </w:r>
            <w:r w:rsidR="005B29C5" w:rsidRPr="005B29C5">
              <w:rPr>
                <w:b/>
                <w:sz w:val="16"/>
                <w:lang w:val="fr-FR"/>
              </w:rPr>
              <w:t xml:space="preserve"> / </w:t>
            </w:r>
            <w:r w:rsidRPr="005B29C5">
              <w:rPr>
                <w:b/>
                <w:color w:val="000000"/>
                <w:sz w:val="18"/>
                <w:lang w:val="fr-FR"/>
              </w:rPr>
              <w:t>VERIFICAREA TEHNICĂ</w:t>
            </w:r>
          </w:p>
        </w:tc>
      </w:tr>
      <w:tr w:rsidR="003C7CA3" w:rsidRPr="006463CB" w14:paraId="313D4B5F" w14:textId="77777777">
        <w:trPr>
          <w:cantSplit/>
        </w:trPr>
        <w:tc>
          <w:tcPr>
            <w:tcW w:w="9636" w:type="dxa"/>
            <w:gridSpan w:val="2"/>
          </w:tcPr>
          <w:p w14:paraId="67F15B02" w14:textId="77777777" w:rsidR="003C7CA3" w:rsidRPr="003F6F31" w:rsidRDefault="003454F7">
            <w:pPr>
              <w:keepNext/>
              <w:rPr>
                <w:lang w:val="fr-FR"/>
              </w:rPr>
            </w:pPr>
            <w:r w:rsidRPr="005B29C5">
              <w:rPr>
                <w:sz w:val="16"/>
                <w:lang w:val="fr-FR"/>
              </w:rPr>
              <w:t xml:space="preserve"> </w:t>
            </w:r>
            <w:r w:rsidRPr="003F6F31">
              <w:rPr>
                <w:sz w:val="16"/>
                <w:lang w:val="fr-FR"/>
              </w:rPr>
              <w:t>☐ CC 1 / NVP 1     ☐ CC 2 / NVP 2     ☐ CC 3 / NVP 3     ☐ CC 4 / NVP 4</w:t>
            </w:r>
          </w:p>
        </w:tc>
      </w:tr>
      <w:tr w:rsidR="003C7CA3" w14:paraId="6C291604" w14:textId="77777777">
        <w:trPr>
          <w:cantSplit/>
          <w:trHeight w:val="510"/>
        </w:trPr>
        <w:tc>
          <w:tcPr>
            <w:tcW w:w="5621" w:type="dxa"/>
          </w:tcPr>
          <w:p w14:paraId="178147B7" w14:textId="77777777" w:rsidR="003C7CA3" w:rsidRPr="00207E5E" w:rsidRDefault="003454F7">
            <w:pPr>
              <w:keepNext/>
              <w:rPr>
                <w:lang w:val="it-IT"/>
              </w:rPr>
            </w:pPr>
            <w:r w:rsidRPr="00207E5E">
              <w:rPr>
                <w:b/>
                <w:color w:val="0D5F78"/>
                <w:lang w:val="it-IT"/>
              </w:rPr>
              <w:t>rezistență mecanică și stabilitate — nume și prenume verificator / nr. atestat</w:t>
            </w:r>
          </w:p>
          <w:p w14:paraId="55A906E7" w14:textId="77777777" w:rsidR="003C7CA3" w:rsidRPr="00207E5E" w:rsidRDefault="003C7CA3">
            <w:pPr>
              <w:keepNext/>
              <w:rPr>
                <w:lang w:val="it-IT"/>
              </w:rPr>
            </w:pPr>
          </w:p>
        </w:tc>
        <w:tc>
          <w:tcPr>
            <w:tcW w:w="4015" w:type="dxa"/>
          </w:tcPr>
          <w:p w14:paraId="507ABA70" w14:textId="77777777" w:rsidR="003C7CA3" w:rsidRDefault="003454F7">
            <w:pPr>
              <w:keepNext/>
            </w:pPr>
            <w:r>
              <w:rPr>
                <w:b/>
                <w:color w:val="0D5F78"/>
              </w:rPr>
              <w:t>Referat nr. / data</w:t>
            </w:r>
          </w:p>
          <w:p w14:paraId="0F4F3175" w14:textId="77777777" w:rsidR="003C7CA3" w:rsidRDefault="003C7CA3">
            <w:pPr>
              <w:keepNext/>
            </w:pPr>
          </w:p>
        </w:tc>
      </w:tr>
      <w:tr w:rsidR="003C7CA3" w14:paraId="1B537CFD" w14:textId="77777777">
        <w:trPr>
          <w:cantSplit/>
          <w:trHeight w:val="510"/>
        </w:trPr>
        <w:tc>
          <w:tcPr>
            <w:tcW w:w="5621" w:type="dxa"/>
          </w:tcPr>
          <w:p w14:paraId="7F3E8059" w14:textId="77777777" w:rsidR="003C7CA3" w:rsidRPr="00207E5E" w:rsidRDefault="003454F7">
            <w:pPr>
              <w:keepNext/>
              <w:rPr>
                <w:lang w:val="it-IT"/>
              </w:rPr>
            </w:pPr>
            <w:r w:rsidRPr="00207E5E">
              <w:rPr>
                <w:b/>
                <w:color w:val="0D5F78"/>
                <w:lang w:val="it-IT"/>
              </w:rPr>
              <w:t>securitate la incendiu — nume și prenume verificator / nr. atestat</w:t>
            </w:r>
          </w:p>
          <w:p w14:paraId="1BCEE1ED" w14:textId="77777777" w:rsidR="003C7CA3" w:rsidRPr="00207E5E" w:rsidRDefault="003C7CA3">
            <w:pPr>
              <w:keepNext/>
              <w:rPr>
                <w:lang w:val="it-IT"/>
              </w:rPr>
            </w:pPr>
          </w:p>
        </w:tc>
        <w:tc>
          <w:tcPr>
            <w:tcW w:w="4015" w:type="dxa"/>
          </w:tcPr>
          <w:p w14:paraId="6ABE03DB" w14:textId="77777777" w:rsidR="003C7CA3" w:rsidRDefault="003454F7">
            <w:pPr>
              <w:keepNext/>
            </w:pPr>
            <w:r>
              <w:rPr>
                <w:b/>
                <w:color w:val="0D5F78"/>
              </w:rPr>
              <w:t>Referat nr. / data</w:t>
            </w:r>
          </w:p>
          <w:p w14:paraId="16A6E2B2" w14:textId="77777777" w:rsidR="003C7CA3" w:rsidRDefault="003C7CA3">
            <w:pPr>
              <w:keepNext/>
            </w:pPr>
          </w:p>
        </w:tc>
      </w:tr>
      <w:tr w:rsidR="003C7CA3" w14:paraId="4D42D0D1" w14:textId="77777777">
        <w:trPr>
          <w:cantSplit/>
          <w:trHeight w:val="510"/>
        </w:trPr>
        <w:tc>
          <w:tcPr>
            <w:tcW w:w="5621" w:type="dxa"/>
          </w:tcPr>
          <w:p w14:paraId="6CEEC3D5" w14:textId="77777777" w:rsidR="003C7CA3" w:rsidRPr="00207E5E" w:rsidRDefault="003454F7">
            <w:pPr>
              <w:keepNext/>
              <w:rPr>
                <w:lang w:val="it-IT"/>
              </w:rPr>
            </w:pPr>
            <w:r w:rsidRPr="00207E5E">
              <w:rPr>
                <w:b/>
                <w:color w:val="0D5F78"/>
                <w:lang w:val="it-IT"/>
              </w:rPr>
              <w:t>igienă, sănătate și mediu înconjurător — nume și prenume verificator / nr. atestat</w:t>
            </w:r>
          </w:p>
          <w:p w14:paraId="1EDBBEFD" w14:textId="77777777" w:rsidR="003C7CA3" w:rsidRPr="00207E5E" w:rsidRDefault="003C7CA3">
            <w:pPr>
              <w:keepNext/>
              <w:rPr>
                <w:lang w:val="it-IT"/>
              </w:rPr>
            </w:pPr>
          </w:p>
        </w:tc>
        <w:tc>
          <w:tcPr>
            <w:tcW w:w="4015" w:type="dxa"/>
          </w:tcPr>
          <w:p w14:paraId="6F3AA615" w14:textId="77777777" w:rsidR="003C7CA3" w:rsidRDefault="003454F7">
            <w:pPr>
              <w:keepNext/>
            </w:pPr>
            <w:r>
              <w:rPr>
                <w:b/>
                <w:color w:val="0D5F78"/>
              </w:rPr>
              <w:t>Referat nr. / data</w:t>
            </w:r>
          </w:p>
          <w:p w14:paraId="380259FB" w14:textId="77777777" w:rsidR="003C7CA3" w:rsidRDefault="003C7CA3">
            <w:pPr>
              <w:keepNext/>
            </w:pPr>
          </w:p>
        </w:tc>
      </w:tr>
      <w:tr w:rsidR="003C7CA3" w14:paraId="3DABF892" w14:textId="77777777">
        <w:trPr>
          <w:cantSplit/>
          <w:trHeight w:val="510"/>
        </w:trPr>
        <w:tc>
          <w:tcPr>
            <w:tcW w:w="5621" w:type="dxa"/>
          </w:tcPr>
          <w:p w14:paraId="1751CB94" w14:textId="77777777" w:rsidR="003C7CA3" w:rsidRPr="00207E5E" w:rsidRDefault="003454F7">
            <w:pPr>
              <w:keepNext/>
              <w:rPr>
                <w:lang w:val="it-IT"/>
              </w:rPr>
            </w:pPr>
            <w:r w:rsidRPr="00207E5E">
              <w:rPr>
                <w:b/>
                <w:color w:val="0D5F78"/>
                <w:lang w:val="it-IT"/>
              </w:rPr>
              <w:t>siguranță și accesibilitate în exploatare — nume și prenume verificator / nr. atestat</w:t>
            </w:r>
          </w:p>
          <w:p w14:paraId="37FBA497" w14:textId="77777777" w:rsidR="003C7CA3" w:rsidRPr="00207E5E" w:rsidRDefault="003C7CA3">
            <w:pPr>
              <w:keepNext/>
              <w:rPr>
                <w:lang w:val="it-IT"/>
              </w:rPr>
            </w:pPr>
          </w:p>
        </w:tc>
        <w:tc>
          <w:tcPr>
            <w:tcW w:w="4015" w:type="dxa"/>
          </w:tcPr>
          <w:p w14:paraId="4BE5F4B2" w14:textId="77777777" w:rsidR="003C7CA3" w:rsidRDefault="003454F7">
            <w:pPr>
              <w:keepNext/>
            </w:pPr>
            <w:r>
              <w:rPr>
                <w:b/>
                <w:color w:val="0D5F78"/>
              </w:rPr>
              <w:t>Referat nr. / data</w:t>
            </w:r>
          </w:p>
          <w:p w14:paraId="4FE92136" w14:textId="77777777" w:rsidR="003C7CA3" w:rsidRDefault="003C7CA3">
            <w:pPr>
              <w:keepNext/>
            </w:pPr>
          </w:p>
        </w:tc>
      </w:tr>
      <w:tr w:rsidR="003C7CA3" w14:paraId="2F18EBB1" w14:textId="77777777">
        <w:trPr>
          <w:cantSplit/>
          <w:trHeight w:val="510"/>
        </w:trPr>
        <w:tc>
          <w:tcPr>
            <w:tcW w:w="5621" w:type="dxa"/>
          </w:tcPr>
          <w:p w14:paraId="096BDEB8" w14:textId="77777777" w:rsidR="003C7CA3" w:rsidRPr="00207E5E" w:rsidRDefault="003454F7">
            <w:pPr>
              <w:keepNext/>
              <w:rPr>
                <w:lang w:val="it-IT"/>
              </w:rPr>
            </w:pPr>
            <w:r w:rsidRPr="00207E5E">
              <w:rPr>
                <w:b/>
                <w:color w:val="0D5F78"/>
                <w:lang w:val="it-IT"/>
              </w:rPr>
              <w:t>protecție împotriva zgomotului — nume și prenume verificator / nr. atestat</w:t>
            </w:r>
          </w:p>
          <w:p w14:paraId="0A4BFEFB" w14:textId="77777777" w:rsidR="003C7CA3" w:rsidRPr="00207E5E" w:rsidRDefault="003C7CA3">
            <w:pPr>
              <w:keepNext/>
              <w:rPr>
                <w:lang w:val="it-IT"/>
              </w:rPr>
            </w:pPr>
          </w:p>
        </w:tc>
        <w:tc>
          <w:tcPr>
            <w:tcW w:w="4015" w:type="dxa"/>
          </w:tcPr>
          <w:p w14:paraId="20819743" w14:textId="77777777" w:rsidR="003C7CA3" w:rsidRDefault="003454F7">
            <w:pPr>
              <w:keepNext/>
            </w:pPr>
            <w:r>
              <w:rPr>
                <w:b/>
                <w:color w:val="0D5F78"/>
              </w:rPr>
              <w:t>Referat nr. / data</w:t>
            </w:r>
          </w:p>
          <w:p w14:paraId="2694A209" w14:textId="77777777" w:rsidR="003C7CA3" w:rsidRDefault="003C7CA3">
            <w:pPr>
              <w:keepNext/>
            </w:pPr>
          </w:p>
        </w:tc>
      </w:tr>
      <w:tr w:rsidR="003C7CA3" w14:paraId="400D17A7" w14:textId="77777777">
        <w:trPr>
          <w:cantSplit/>
          <w:trHeight w:val="510"/>
        </w:trPr>
        <w:tc>
          <w:tcPr>
            <w:tcW w:w="5621" w:type="dxa"/>
          </w:tcPr>
          <w:p w14:paraId="6A16B685" w14:textId="77777777" w:rsidR="003C7CA3" w:rsidRPr="00207E5E" w:rsidRDefault="003454F7">
            <w:pPr>
              <w:rPr>
                <w:lang w:val="it-IT"/>
              </w:rPr>
            </w:pPr>
            <w:r w:rsidRPr="00207E5E">
              <w:rPr>
                <w:b/>
                <w:color w:val="0D5F78"/>
                <w:lang w:val="it-IT"/>
              </w:rPr>
              <w:t>economie de energie și izolare termică — nume și prenume verificator / nr. atestat</w:t>
            </w:r>
          </w:p>
          <w:p w14:paraId="046508A0" w14:textId="77777777" w:rsidR="003C7CA3" w:rsidRPr="00207E5E" w:rsidRDefault="003C7CA3">
            <w:pPr>
              <w:rPr>
                <w:lang w:val="it-IT"/>
              </w:rPr>
            </w:pPr>
          </w:p>
        </w:tc>
        <w:tc>
          <w:tcPr>
            <w:tcW w:w="4015" w:type="dxa"/>
          </w:tcPr>
          <w:p w14:paraId="3308A2B7" w14:textId="77777777" w:rsidR="003C7CA3" w:rsidRDefault="003454F7">
            <w:r>
              <w:rPr>
                <w:b/>
                <w:color w:val="0D5F78"/>
              </w:rPr>
              <w:t>Referat nr. / data</w:t>
            </w:r>
          </w:p>
          <w:p w14:paraId="6D570FFC" w14:textId="77777777" w:rsidR="003C7CA3" w:rsidRDefault="003C7CA3"/>
        </w:tc>
      </w:tr>
    </w:tbl>
    <w:p w14:paraId="51514B17"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14:paraId="30BF4934" w14:textId="77777777">
        <w:trPr>
          <w:cantSplit/>
        </w:trPr>
        <w:tc>
          <w:tcPr>
            <w:tcW w:w="9636" w:type="dxa"/>
            <w:gridSpan w:val="3"/>
            <w:shd w:val="clear" w:color="auto" w:fill="F4F4F4"/>
          </w:tcPr>
          <w:p w14:paraId="36BAA100" w14:textId="460D29EE" w:rsidR="003C7CA3" w:rsidRDefault="003454F7">
            <w:pPr>
              <w:keepNext/>
            </w:pPr>
            <w:r>
              <w:rPr>
                <w:b/>
                <w:sz w:val="16"/>
              </w:rPr>
              <w:t xml:space="preserve"> </w:t>
            </w:r>
            <w:r w:rsidR="005B29C5">
              <w:rPr>
                <w:b/>
                <w:sz w:val="16"/>
              </w:rPr>
              <w:t>9</w:t>
            </w:r>
            <w:r>
              <w:rPr>
                <w:b/>
                <w:sz w:val="16"/>
              </w:rPr>
              <w:t xml:space="preserve">. </w:t>
            </w:r>
            <w:r>
              <w:rPr>
                <w:b/>
                <w:color w:val="000000"/>
                <w:sz w:val="18"/>
              </w:rPr>
              <w:t>VALORI ȘI DURATĂ</w:t>
            </w:r>
          </w:p>
        </w:tc>
      </w:tr>
      <w:tr w:rsidR="003C7CA3" w:rsidRPr="006463CB" w14:paraId="69625671" w14:textId="77777777">
        <w:trPr>
          <w:cantSplit/>
          <w:trHeight w:val="510"/>
        </w:trPr>
        <w:tc>
          <w:tcPr>
            <w:tcW w:w="4015" w:type="dxa"/>
          </w:tcPr>
          <w:p w14:paraId="35681F51" w14:textId="77777777" w:rsidR="003C7CA3" w:rsidRPr="00207E5E" w:rsidRDefault="003454F7">
            <w:pPr>
              <w:rPr>
                <w:lang w:val="it-IT"/>
              </w:rPr>
            </w:pPr>
            <w:r w:rsidRPr="00207E5E">
              <w:rPr>
                <w:b/>
                <w:color w:val="0D5F78"/>
                <w:lang w:val="it-IT"/>
              </w:rPr>
              <w:t>Valoarea lucrărilor supuse autorizării (lei)</w:t>
            </w:r>
          </w:p>
          <w:p w14:paraId="76862E94" w14:textId="77777777" w:rsidR="003C7CA3" w:rsidRPr="00207E5E" w:rsidRDefault="003C7CA3">
            <w:pPr>
              <w:rPr>
                <w:lang w:val="it-IT"/>
              </w:rPr>
            </w:pPr>
          </w:p>
        </w:tc>
        <w:tc>
          <w:tcPr>
            <w:tcW w:w="3212" w:type="dxa"/>
          </w:tcPr>
          <w:p w14:paraId="14B5E0E6" w14:textId="77777777" w:rsidR="003C7CA3" w:rsidRDefault="003454F7">
            <w:r>
              <w:rPr>
                <w:b/>
                <w:color w:val="0D5F78"/>
              </w:rPr>
              <w:t>Valoarea obiectivului (lei)</w:t>
            </w:r>
          </w:p>
          <w:p w14:paraId="20819838" w14:textId="77777777" w:rsidR="003C7CA3" w:rsidRDefault="003C7CA3"/>
        </w:tc>
        <w:tc>
          <w:tcPr>
            <w:tcW w:w="2409" w:type="dxa"/>
          </w:tcPr>
          <w:p w14:paraId="26B96CD2" w14:textId="77777777" w:rsidR="003C7CA3" w:rsidRPr="005B29C5" w:rsidRDefault="003454F7">
            <w:pPr>
              <w:rPr>
                <w:lang w:val="fr-FR"/>
              </w:rPr>
            </w:pPr>
            <w:r w:rsidRPr="005B29C5">
              <w:rPr>
                <w:b/>
                <w:color w:val="0D5F78"/>
                <w:lang w:val="fr-FR"/>
              </w:rPr>
              <w:t>Durata estimată de execuție (luni)</w:t>
            </w:r>
          </w:p>
          <w:p w14:paraId="32906AEA" w14:textId="77777777" w:rsidR="003C7CA3" w:rsidRPr="005B29C5" w:rsidRDefault="003C7CA3">
            <w:pPr>
              <w:rPr>
                <w:lang w:val="fr-FR"/>
              </w:rPr>
            </w:pPr>
          </w:p>
        </w:tc>
      </w:tr>
    </w:tbl>
    <w:p w14:paraId="65218AF1" w14:textId="4D32B4C8" w:rsidR="003C7CA3" w:rsidRPr="005B29C5"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6544AF45" w14:textId="77777777">
        <w:trPr>
          <w:cantSplit/>
        </w:trPr>
        <w:tc>
          <w:tcPr>
            <w:tcW w:w="9636" w:type="dxa"/>
            <w:shd w:val="clear" w:color="auto" w:fill="F4F4F4"/>
          </w:tcPr>
          <w:p w14:paraId="52DC375C" w14:textId="5213E40F" w:rsidR="003C7CA3" w:rsidRDefault="003454F7">
            <w:pPr>
              <w:keepNext/>
            </w:pPr>
            <w:r w:rsidRPr="005B29C5">
              <w:rPr>
                <w:b/>
                <w:sz w:val="16"/>
                <w:lang w:val="fr-FR"/>
              </w:rPr>
              <w:t xml:space="preserve"> </w:t>
            </w:r>
            <w:r w:rsidR="005B29C5">
              <w:rPr>
                <w:b/>
                <w:sz w:val="16"/>
              </w:rPr>
              <w:t>10</w:t>
            </w:r>
            <w:r>
              <w:rPr>
                <w:b/>
                <w:sz w:val="16"/>
              </w:rPr>
              <w:t xml:space="preserve">. </w:t>
            </w:r>
            <w:r>
              <w:rPr>
                <w:b/>
                <w:color w:val="000000"/>
                <w:sz w:val="18"/>
              </w:rPr>
              <w:t>ANEXEZ LA PREZENTA CERERE</w:t>
            </w:r>
          </w:p>
        </w:tc>
      </w:tr>
      <w:tr w:rsidR="003C7CA3" w:rsidRPr="00F61A70" w14:paraId="2CF92BA9" w14:textId="77777777">
        <w:trPr>
          <w:cantSplit/>
        </w:trPr>
        <w:tc>
          <w:tcPr>
            <w:tcW w:w="9636" w:type="dxa"/>
          </w:tcPr>
          <w:p w14:paraId="1704C4A8" w14:textId="17C246DD"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6463CB" w14:paraId="7B857128" w14:textId="77777777">
        <w:trPr>
          <w:cantSplit/>
        </w:trPr>
        <w:tc>
          <w:tcPr>
            <w:tcW w:w="9636" w:type="dxa"/>
          </w:tcPr>
          <w:p w14:paraId="6E0CC8EF" w14:textId="77777777"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16288B" w14:paraId="10580FAB" w14:textId="77777777">
        <w:trPr>
          <w:cantSplit/>
        </w:trPr>
        <w:tc>
          <w:tcPr>
            <w:tcW w:w="9636" w:type="dxa"/>
          </w:tcPr>
          <w:p w14:paraId="495300F2" w14:textId="57B7943C"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6463CB" w14:paraId="3544A2F7" w14:textId="77777777">
        <w:trPr>
          <w:cantSplit/>
        </w:trPr>
        <w:tc>
          <w:tcPr>
            <w:tcW w:w="9636" w:type="dxa"/>
          </w:tcPr>
          <w:p w14:paraId="1D5DDF1A" w14:textId="77777777"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14:paraId="3EBF16E5" w14:textId="77777777">
        <w:trPr>
          <w:cantSplit/>
        </w:trPr>
        <w:tc>
          <w:tcPr>
            <w:tcW w:w="9636" w:type="dxa"/>
          </w:tcPr>
          <w:p w14:paraId="252CB240" w14:textId="77777777"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14:paraId="480BAB99" w14:textId="77777777">
        <w:trPr>
          <w:cantSplit/>
        </w:trPr>
        <w:tc>
          <w:tcPr>
            <w:tcW w:w="9636" w:type="dxa"/>
          </w:tcPr>
          <w:p w14:paraId="43DE1A45" w14:textId="77777777" w:rsidR="003C7CA3" w:rsidRDefault="003454F7">
            <w:pPr>
              <w:keepNext/>
              <w:pBdr>
                <w:bottom w:val="dotted" w:sz="6" w:space="0" w:color="999999"/>
              </w:pBdr>
              <w:spacing w:after="80"/>
            </w:pPr>
            <w:r>
              <w:rPr>
                <w:i/>
                <w:color w:val="7A7A7A"/>
              </w:rPr>
              <w:t xml:space="preserve">avizele și acordurile anexate — enumerare  </w:t>
            </w:r>
          </w:p>
          <w:p w14:paraId="3AA2A30E" w14:textId="77777777" w:rsidR="003C7CA3" w:rsidRDefault="003C7CA3">
            <w:pPr>
              <w:keepNext/>
              <w:pBdr>
                <w:bottom w:val="dotted" w:sz="6" w:space="0" w:color="999999"/>
              </w:pBdr>
              <w:spacing w:after="80"/>
            </w:pPr>
          </w:p>
          <w:p w14:paraId="0C562FB3" w14:textId="77777777" w:rsidR="003C7CA3" w:rsidRDefault="003C7CA3">
            <w:pPr>
              <w:keepNext/>
              <w:pBdr>
                <w:bottom w:val="dotted" w:sz="6" w:space="0" w:color="999999"/>
              </w:pBdr>
              <w:spacing w:after="80"/>
            </w:pPr>
          </w:p>
          <w:p w14:paraId="617090CF" w14:textId="77777777" w:rsidR="003C7CA3" w:rsidRDefault="003C7CA3">
            <w:pPr>
              <w:keepNext/>
              <w:pBdr>
                <w:bottom w:val="dotted" w:sz="6" w:space="0" w:color="999999"/>
              </w:pBdr>
              <w:spacing w:after="80"/>
            </w:pPr>
          </w:p>
          <w:p w14:paraId="36704A8A" w14:textId="77777777" w:rsidR="003C7CA3" w:rsidRDefault="003C7CA3">
            <w:pPr>
              <w:keepNext/>
              <w:pBdr>
                <w:bottom w:val="dotted" w:sz="6" w:space="0" w:color="999999"/>
              </w:pBdr>
              <w:spacing w:after="80"/>
            </w:pPr>
          </w:p>
          <w:p w14:paraId="0CE854D8" w14:textId="77777777" w:rsidR="003C7CA3" w:rsidRDefault="003C7CA3">
            <w:pPr>
              <w:keepNext/>
              <w:pBdr>
                <w:bottom w:val="dotted" w:sz="6" w:space="0" w:color="999999"/>
              </w:pBdr>
              <w:spacing w:after="80"/>
            </w:pPr>
          </w:p>
        </w:tc>
      </w:tr>
      <w:tr w:rsidR="003C7CA3" w14:paraId="0BAC7C49" w14:textId="77777777">
        <w:trPr>
          <w:cantSplit/>
        </w:trPr>
        <w:tc>
          <w:tcPr>
            <w:tcW w:w="9636" w:type="dxa"/>
          </w:tcPr>
          <w:p w14:paraId="02C2F137" w14:textId="77777777" w:rsidR="003C7CA3" w:rsidRDefault="003454F7">
            <w:pPr>
              <w:keepNext/>
            </w:pPr>
            <w:r>
              <w:rPr>
                <w:sz w:val="16"/>
              </w:rPr>
              <w:t>☐ f) punctul de vedere sau actul administrativ al autorității competente pentru protecția mediului, în cazul în care a fost solicitată evaluarea, și acordul de mediu, dacă este cazul (1 exemplar copie)</w:t>
            </w:r>
          </w:p>
        </w:tc>
      </w:tr>
      <w:tr w:rsidR="003C7CA3" w:rsidRPr="006463CB" w14:paraId="7DF14FE6" w14:textId="77777777">
        <w:trPr>
          <w:cantSplit/>
        </w:trPr>
        <w:tc>
          <w:tcPr>
            <w:tcW w:w="9636" w:type="dxa"/>
          </w:tcPr>
          <w:p w14:paraId="7328C3ED" w14:textId="77777777" w:rsidR="003C7CA3" w:rsidRPr="00207E5E" w:rsidRDefault="003454F7">
            <w:pPr>
              <w:keepNext/>
              <w:rPr>
                <w:lang w:val="it-IT"/>
              </w:rPr>
            </w:pPr>
            <w:r w:rsidRPr="00207E5E">
              <w:rPr>
                <w:sz w:val="16"/>
                <w:lang w:val="it-IT"/>
              </w:rPr>
              <w:t>☐ g) declarația pe propria răspundere în cazul în care pentru anumite avize / acorduri se invocă acordarea tacită (original)</w:t>
            </w:r>
          </w:p>
        </w:tc>
      </w:tr>
      <w:tr w:rsidR="003C7CA3" w:rsidRPr="00F61A70" w14:paraId="009A34B6" w14:textId="77777777">
        <w:trPr>
          <w:cantSplit/>
        </w:trPr>
        <w:tc>
          <w:tcPr>
            <w:tcW w:w="9636" w:type="dxa"/>
          </w:tcPr>
          <w:p w14:paraId="2D93225E" w14:textId="77777777" w:rsidR="003C7CA3" w:rsidRPr="005B29C5" w:rsidRDefault="003454F7">
            <w:pPr>
              <w:keepNext/>
              <w:rPr>
                <w:lang w:val="fr-FR"/>
              </w:rPr>
            </w:pPr>
            <w:r w:rsidRPr="00207E5E">
              <w:rPr>
                <w:sz w:val="16"/>
                <w:lang w:val="it-IT"/>
              </w:rPr>
              <w:t xml:space="preserve"> </w:t>
            </w:r>
            <w:r w:rsidRPr="005B29C5">
              <w:rPr>
                <w:sz w:val="16"/>
                <w:lang w:val="fr-FR"/>
              </w:rPr>
              <w:t>☐ h) acordul vecinilor (1 exemplar copie)</w:t>
            </w:r>
          </w:p>
        </w:tc>
      </w:tr>
      <w:tr w:rsidR="003C7CA3" w:rsidRPr="00F61A70" w14:paraId="063DF493" w14:textId="77777777">
        <w:trPr>
          <w:cantSplit/>
        </w:trPr>
        <w:tc>
          <w:tcPr>
            <w:tcW w:w="9636" w:type="dxa"/>
          </w:tcPr>
          <w:p w14:paraId="36E4E550" w14:textId="77777777" w:rsidR="003C7CA3" w:rsidRPr="005B29C5" w:rsidRDefault="003454F7">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3C7CA3" w:rsidRPr="00F61A70" w14:paraId="4F7860AB" w14:textId="77777777">
        <w:trPr>
          <w:cantSplit/>
        </w:trPr>
        <w:tc>
          <w:tcPr>
            <w:tcW w:w="9636" w:type="dxa"/>
          </w:tcPr>
          <w:p w14:paraId="11DC676C" w14:textId="77777777"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6463CB" w14:paraId="1109951D" w14:textId="77777777">
        <w:trPr>
          <w:cantSplit/>
        </w:trPr>
        <w:tc>
          <w:tcPr>
            <w:tcW w:w="9636" w:type="dxa"/>
          </w:tcPr>
          <w:p w14:paraId="58215012" w14:textId="77777777"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6463CB" w14:paraId="1784D2A4" w14:textId="77777777">
        <w:trPr>
          <w:cantSplit/>
        </w:trPr>
        <w:tc>
          <w:tcPr>
            <w:tcW w:w="9636" w:type="dxa"/>
          </w:tcPr>
          <w:p w14:paraId="37AA3375" w14:textId="77777777" w:rsidR="003C7CA3" w:rsidRPr="005B29C5" w:rsidRDefault="003454F7">
            <w:pPr>
              <w:keepNext/>
              <w:rPr>
                <w:lang w:val="fr-FR"/>
              </w:rPr>
            </w:pPr>
            <w:r w:rsidRPr="005B29C5">
              <w:rPr>
                <w:sz w:val="16"/>
                <w:lang w:val="fr-FR"/>
              </w:rPr>
              <w:t>☐ l) raportul de audit energetic în vederea creșterii performanței energetice, în cazul intervențiilor la clădiri existente (1 exemplar copie)</w:t>
            </w:r>
          </w:p>
        </w:tc>
      </w:tr>
      <w:tr w:rsidR="003C7CA3" w:rsidRPr="006463CB" w14:paraId="38C66619" w14:textId="77777777">
        <w:trPr>
          <w:cantSplit/>
        </w:trPr>
        <w:tc>
          <w:tcPr>
            <w:tcW w:w="9636" w:type="dxa"/>
          </w:tcPr>
          <w:p w14:paraId="5D91ADD3" w14:textId="77777777"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6463CB" w14:paraId="0C5A4EBD" w14:textId="77777777">
        <w:trPr>
          <w:cantSplit/>
        </w:trPr>
        <w:tc>
          <w:tcPr>
            <w:tcW w:w="9636" w:type="dxa"/>
          </w:tcPr>
          <w:p w14:paraId="2E479CE2" w14:textId="77777777"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6463CB" w14:paraId="228DE30A" w14:textId="77777777">
        <w:trPr>
          <w:cantSplit/>
        </w:trPr>
        <w:tc>
          <w:tcPr>
            <w:tcW w:w="9636" w:type="dxa"/>
          </w:tcPr>
          <w:p w14:paraId="7F8B6AD1" w14:textId="77777777" w:rsidR="003C7CA3" w:rsidRPr="005B29C5" w:rsidRDefault="003454F7">
            <w:pPr>
              <w:keepNext/>
              <w:rPr>
                <w:lang w:val="fr-FR"/>
              </w:rPr>
            </w:pPr>
            <w:r w:rsidRPr="005B29C5">
              <w:rPr>
                <w:sz w:val="16"/>
                <w:lang w:val="fr-FR"/>
              </w:rPr>
              <w:t>☐ o) devizul general al obiectivului de investiții (1 exemplar copie)</w:t>
            </w:r>
          </w:p>
        </w:tc>
      </w:tr>
      <w:tr w:rsidR="003C7CA3" w:rsidRPr="006463CB" w14:paraId="4F2D87C4" w14:textId="77777777">
        <w:trPr>
          <w:cantSplit/>
        </w:trPr>
        <w:tc>
          <w:tcPr>
            <w:tcW w:w="9636" w:type="dxa"/>
          </w:tcPr>
          <w:p w14:paraId="384BCE13" w14:textId="77777777" w:rsidR="003C7CA3" w:rsidRPr="005B29C5" w:rsidRDefault="003454F7">
            <w:pPr>
              <w:keepNext/>
              <w:rPr>
                <w:lang w:val="fr-FR"/>
              </w:rPr>
            </w:pPr>
            <w:r w:rsidRPr="005B29C5">
              <w:rPr>
                <w:sz w:val="16"/>
                <w:lang w:val="fr-FR"/>
              </w:rPr>
              <w:t>☐ p) documentele de plată a taxelor legale în vederea autorizării (copie)</w:t>
            </w:r>
          </w:p>
        </w:tc>
      </w:tr>
      <w:tr w:rsidR="003C7CA3" w:rsidRPr="006463CB" w14:paraId="40B7CF7A" w14:textId="77777777">
        <w:trPr>
          <w:cantSplit/>
        </w:trPr>
        <w:tc>
          <w:tcPr>
            <w:tcW w:w="9636" w:type="dxa"/>
          </w:tcPr>
          <w:p w14:paraId="20BE5461" w14:textId="77777777"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14:paraId="669F44A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1CE1AF1F" w14:textId="77777777">
        <w:trPr>
          <w:cantSplit/>
        </w:trPr>
        <w:tc>
          <w:tcPr>
            <w:tcW w:w="9636" w:type="dxa"/>
          </w:tcPr>
          <w:p w14:paraId="071A7406" w14:textId="22E062B9" w:rsidR="003C7CA3" w:rsidRDefault="003454F7">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p>
        </w:tc>
      </w:tr>
    </w:tbl>
    <w:p w14:paraId="190800C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14:paraId="7464688B" w14:textId="77777777">
        <w:trPr>
          <w:cantSplit/>
        </w:trPr>
        <w:tc>
          <w:tcPr>
            <w:tcW w:w="9636" w:type="dxa"/>
            <w:gridSpan w:val="3"/>
            <w:shd w:val="clear" w:color="auto" w:fill="F4F4F4"/>
          </w:tcPr>
          <w:p w14:paraId="63133EFD" w14:textId="77777777" w:rsidR="003C7CA3" w:rsidRDefault="003454F7">
            <w:pPr>
              <w:keepNext/>
            </w:pPr>
            <w:r>
              <w:rPr>
                <w:b/>
                <w:sz w:val="16"/>
              </w:rPr>
              <w:t xml:space="preserve"> 10. </w:t>
            </w:r>
            <w:r>
              <w:rPr>
                <w:b/>
                <w:color w:val="000000"/>
                <w:sz w:val="18"/>
              </w:rPr>
              <w:t>DATA ȘI SEMNĂTURA</w:t>
            </w:r>
          </w:p>
        </w:tc>
      </w:tr>
      <w:tr w:rsidR="003C7CA3" w14:paraId="437D5C75" w14:textId="77777777">
        <w:trPr>
          <w:cantSplit/>
          <w:trHeight w:val="510"/>
        </w:trPr>
        <w:tc>
          <w:tcPr>
            <w:tcW w:w="1606" w:type="dxa"/>
          </w:tcPr>
          <w:p w14:paraId="4B0B8745" w14:textId="77777777" w:rsidR="003C7CA3" w:rsidRDefault="003454F7">
            <w:r>
              <w:rPr>
                <w:b/>
                <w:color w:val="0D5F78"/>
              </w:rPr>
              <w:t>Data</w:t>
            </w:r>
          </w:p>
          <w:p w14:paraId="145135C4" w14:textId="77777777" w:rsidR="003C7CA3" w:rsidRDefault="003C7CA3"/>
        </w:tc>
        <w:tc>
          <w:tcPr>
            <w:tcW w:w="4818" w:type="dxa"/>
          </w:tcPr>
          <w:p w14:paraId="0A884F90" w14:textId="77777777" w:rsidR="003C7CA3" w:rsidRDefault="003454F7">
            <w:r>
              <w:rPr>
                <w:b/>
                <w:color w:val="0D5F78"/>
              </w:rPr>
              <w:t>Solicitantul</w:t>
            </w:r>
          </w:p>
          <w:p w14:paraId="2A60F2FF" w14:textId="77777777" w:rsidR="003C7CA3" w:rsidRDefault="003C7CA3"/>
        </w:tc>
        <w:tc>
          <w:tcPr>
            <w:tcW w:w="3212" w:type="dxa"/>
          </w:tcPr>
          <w:p w14:paraId="6456F681" w14:textId="77777777" w:rsidR="003C7CA3" w:rsidRDefault="003454F7">
            <w:r>
              <w:rPr>
                <w:b/>
                <w:color w:val="0D5F78"/>
              </w:rPr>
              <w:t>Semnătura</w:t>
            </w:r>
          </w:p>
          <w:p w14:paraId="773B92D8" w14:textId="77777777" w:rsidR="003C7CA3" w:rsidRDefault="003C7CA3"/>
        </w:tc>
      </w:tr>
    </w:tbl>
    <w:p w14:paraId="3B50D53D" w14:textId="77777777" w:rsidR="003C7CA3" w:rsidRDefault="003C7CA3">
      <w:pPr>
        <w:spacing w:line="168" w:lineRule="auto"/>
      </w:pPr>
    </w:p>
    <w:p w14:paraId="27114BBF" w14:textId="77777777" w:rsidR="003C7CA3" w:rsidRDefault="003454F7">
      <w:r>
        <w:br w:type="page"/>
      </w:r>
    </w:p>
    <w:p w14:paraId="5D9395E8" w14:textId="77777777" w:rsidR="003C7CA3" w:rsidRDefault="003454F7">
      <w:pPr>
        <w:spacing w:before="140" w:after="40"/>
        <w:jc w:val="center"/>
      </w:pPr>
      <w:r>
        <w:rPr>
          <w:b/>
          <w:sz w:val="34"/>
        </w:rPr>
        <w:lastRenderedPageBreak/>
        <w:t>ANEXA IMOBILE</w:t>
      </w:r>
    </w:p>
    <w:p w14:paraId="01EAD5FA"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91F927E" w14:textId="224C0CCF" w:rsidR="003C7CA3" w:rsidRPr="005B29C5" w:rsidRDefault="003454F7">
      <w:pPr>
        <w:spacing w:after="120"/>
        <w:jc w:val="center"/>
        <w:rPr>
          <w:lang w:val="fr-FR"/>
        </w:rPr>
      </w:pPr>
      <w:r w:rsidRPr="005B29C5">
        <w:rPr>
          <w:sz w:val="19"/>
          <w:lang w:val="fr-FR"/>
        </w:rPr>
        <w:t xml:space="preserve">se completează numai atunci când cererea </w:t>
      </w:r>
      <w:r w:rsidR="00F61A70">
        <w:rPr>
          <w:sz w:val="19"/>
          <w:lang w:val="fr-FR"/>
        </w:rPr>
        <w:t>se referă la</w:t>
      </w:r>
      <w:r w:rsidRPr="005B29C5">
        <w:rPr>
          <w:sz w:val="19"/>
          <w:lang w:val="fr-FR"/>
        </w:rPr>
        <w:t xml:space="preserve"> mai multe imobile</w:t>
      </w:r>
    </w:p>
    <w:p w14:paraId="3B43A7DE" w14:textId="77777777" w:rsidR="003C7CA3" w:rsidRPr="005B29C5" w:rsidRDefault="003C7CA3">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rsidRPr="006463CB" w14:paraId="6852DFD8" w14:textId="77777777">
        <w:trPr>
          <w:cantSplit/>
        </w:trPr>
        <w:tc>
          <w:tcPr>
            <w:tcW w:w="9636" w:type="dxa"/>
            <w:gridSpan w:val="7"/>
            <w:shd w:val="clear" w:color="auto" w:fill="F4F4F4"/>
          </w:tcPr>
          <w:p w14:paraId="2D8BD40E" w14:textId="77777777" w:rsidR="003C7CA3" w:rsidRPr="00207E5E" w:rsidRDefault="003454F7">
            <w:pPr>
              <w:keepNext/>
              <w:rPr>
                <w:lang w:val="it-IT"/>
              </w:rPr>
            </w:pPr>
            <w:r w:rsidRPr="005B29C5">
              <w:rPr>
                <w:b/>
                <w:sz w:val="16"/>
                <w:lang w:val="fr-FR"/>
              </w:rPr>
              <w:t xml:space="preserve"> </w:t>
            </w:r>
            <w:r w:rsidRPr="00207E5E">
              <w:rPr>
                <w:b/>
                <w:sz w:val="16"/>
                <w:lang w:val="it-IT"/>
              </w:rPr>
              <w:t xml:space="preserve">I1. </w:t>
            </w:r>
            <w:r w:rsidRPr="00207E5E">
              <w:rPr>
                <w:b/>
                <w:color w:val="000000"/>
                <w:sz w:val="18"/>
                <w:lang w:val="it-IT"/>
              </w:rPr>
              <w:t>IMOBILELE LA CARE SE REFERĂ CEREREA</w:t>
            </w:r>
          </w:p>
        </w:tc>
      </w:tr>
      <w:tr w:rsidR="003C7CA3" w14:paraId="2E60FFA2" w14:textId="77777777">
        <w:trPr>
          <w:cantSplit/>
        </w:trPr>
        <w:tc>
          <w:tcPr>
            <w:tcW w:w="9636" w:type="dxa"/>
            <w:gridSpan w:val="7"/>
            <w:shd w:val="clear" w:color="auto" w:fill="F4F4F4"/>
          </w:tcPr>
          <w:p w14:paraId="4E625B9A" w14:textId="77777777" w:rsidR="003C7CA3" w:rsidRDefault="003454F7">
            <w:pPr>
              <w:keepNext/>
            </w:pPr>
            <w:r w:rsidRPr="00207E5E">
              <w:rPr>
                <w:sz w:val="16"/>
                <w:lang w:val="it-IT"/>
              </w:rPr>
              <w:t xml:space="preserve"> </w:t>
            </w:r>
            <w:r>
              <w:rPr>
                <w:sz w:val="16"/>
              </w:rPr>
              <w:t>Imobil 2</w:t>
            </w:r>
          </w:p>
        </w:tc>
      </w:tr>
      <w:tr w:rsidR="003C7CA3" w14:paraId="4FBA9BF9" w14:textId="77777777">
        <w:trPr>
          <w:cantSplit/>
          <w:trHeight w:val="510"/>
        </w:trPr>
        <w:tc>
          <w:tcPr>
            <w:tcW w:w="3212" w:type="dxa"/>
          </w:tcPr>
          <w:p w14:paraId="5A3BB7C7" w14:textId="77777777" w:rsidR="003C7CA3" w:rsidRDefault="003454F7">
            <w:pPr>
              <w:keepNext/>
            </w:pPr>
            <w:r>
              <w:rPr>
                <w:b/>
                <w:color w:val="0D5F78"/>
              </w:rPr>
              <w:t>Tip imobil</w:t>
            </w:r>
          </w:p>
          <w:p w14:paraId="40062389" w14:textId="77777777" w:rsidR="003C7CA3" w:rsidRDefault="003454F7">
            <w:pPr>
              <w:keepNext/>
            </w:pPr>
            <w:r>
              <w:rPr>
                <w:sz w:val="16"/>
              </w:rPr>
              <w:t>☐ teren     ☐ construcții</w:t>
            </w:r>
          </w:p>
        </w:tc>
        <w:tc>
          <w:tcPr>
            <w:tcW w:w="3212" w:type="dxa"/>
            <w:gridSpan w:val="4"/>
          </w:tcPr>
          <w:p w14:paraId="468E1B3B" w14:textId="77777777" w:rsidR="003C7CA3" w:rsidRDefault="003454F7">
            <w:pPr>
              <w:keepNext/>
            </w:pPr>
            <w:r>
              <w:rPr>
                <w:b/>
                <w:color w:val="0D5F78"/>
              </w:rPr>
              <w:t>Număr cadastral</w:t>
            </w:r>
          </w:p>
          <w:p w14:paraId="54B785D1" w14:textId="77777777" w:rsidR="003C7CA3" w:rsidRDefault="003C7CA3">
            <w:pPr>
              <w:keepNext/>
            </w:pPr>
          </w:p>
        </w:tc>
        <w:tc>
          <w:tcPr>
            <w:tcW w:w="3212" w:type="dxa"/>
            <w:gridSpan w:val="2"/>
          </w:tcPr>
          <w:p w14:paraId="1F958589" w14:textId="77777777" w:rsidR="003C7CA3" w:rsidRDefault="003454F7">
            <w:pPr>
              <w:keepNext/>
            </w:pPr>
            <w:r>
              <w:rPr>
                <w:b/>
                <w:color w:val="0D5F78"/>
              </w:rPr>
              <w:t>Carte funciară nr.</w:t>
            </w:r>
          </w:p>
          <w:p w14:paraId="46308DBE" w14:textId="77777777" w:rsidR="003C7CA3" w:rsidRDefault="003C7CA3">
            <w:pPr>
              <w:keepNext/>
            </w:pPr>
          </w:p>
        </w:tc>
      </w:tr>
      <w:tr w:rsidR="003C7CA3" w14:paraId="566323F2" w14:textId="77777777">
        <w:trPr>
          <w:cantSplit/>
          <w:trHeight w:val="510"/>
        </w:trPr>
        <w:tc>
          <w:tcPr>
            <w:tcW w:w="3212" w:type="dxa"/>
          </w:tcPr>
          <w:p w14:paraId="44FE7327" w14:textId="77777777" w:rsidR="003C7CA3" w:rsidRDefault="003454F7">
            <w:pPr>
              <w:keepNext/>
            </w:pPr>
            <w:r>
              <w:rPr>
                <w:b/>
                <w:color w:val="0D5F78"/>
              </w:rPr>
              <w:t>Județul</w:t>
            </w:r>
          </w:p>
          <w:p w14:paraId="709474E2" w14:textId="77777777" w:rsidR="003C7CA3" w:rsidRDefault="003C7CA3">
            <w:pPr>
              <w:keepNext/>
            </w:pPr>
          </w:p>
        </w:tc>
        <w:tc>
          <w:tcPr>
            <w:tcW w:w="3212" w:type="dxa"/>
            <w:gridSpan w:val="4"/>
          </w:tcPr>
          <w:p w14:paraId="0A54FA84" w14:textId="77777777" w:rsidR="003C7CA3" w:rsidRDefault="003454F7">
            <w:pPr>
              <w:keepNext/>
            </w:pPr>
            <w:r>
              <w:rPr>
                <w:b/>
                <w:color w:val="0D5F78"/>
              </w:rPr>
              <w:t>Municipiul / orașul / comuna</w:t>
            </w:r>
          </w:p>
          <w:p w14:paraId="791B4988" w14:textId="77777777" w:rsidR="003C7CA3" w:rsidRDefault="003C7CA3">
            <w:pPr>
              <w:keepNext/>
            </w:pPr>
          </w:p>
        </w:tc>
        <w:tc>
          <w:tcPr>
            <w:tcW w:w="3212" w:type="dxa"/>
            <w:gridSpan w:val="2"/>
          </w:tcPr>
          <w:p w14:paraId="26E0CD5C" w14:textId="77777777" w:rsidR="003C7CA3" w:rsidRDefault="003454F7">
            <w:pPr>
              <w:keepNext/>
            </w:pPr>
            <w:r>
              <w:rPr>
                <w:b/>
                <w:color w:val="0D5F78"/>
              </w:rPr>
              <w:t>Satul / sectorul</w:t>
            </w:r>
          </w:p>
          <w:p w14:paraId="19330C14" w14:textId="77777777" w:rsidR="003C7CA3" w:rsidRDefault="003C7CA3">
            <w:pPr>
              <w:keepNext/>
            </w:pPr>
          </w:p>
        </w:tc>
      </w:tr>
      <w:tr w:rsidR="003C7CA3" w14:paraId="172E0BD7" w14:textId="77777777">
        <w:trPr>
          <w:cantSplit/>
          <w:trHeight w:val="510"/>
        </w:trPr>
        <w:tc>
          <w:tcPr>
            <w:tcW w:w="3212" w:type="dxa"/>
          </w:tcPr>
          <w:p w14:paraId="3466DC19" w14:textId="77777777" w:rsidR="003C7CA3" w:rsidRDefault="003454F7">
            <w:pPr>
              <w:keepNext/>
            </w:pPr>
            <w:r>
              <w:rPr>
                <w:b/>
                <w:color w:val="0D5F78"/>
              </w:rPr>
              <w:t>Strada</w:t>
            </w:r>
          </w:p>
          <w:p w14:paraId="6916751C" w14:textId="77777777" w:rsidR="003C7CA3" w:rsidRDefault="003C7CA3">
            <w:pPr>
              <w:keepNext/>
            </w:pPr>
          </w:p>
        </w:tc>
        <w:tc>
          <w:tcPr>
            <w:tcW w:w="803" w:type="dxa"/>
          </w:tcPr>
          <w:p w14:paraId="1D979EB2" w14:textId="77777777" w:rsidR="003C7CA3" w:rsidRDefault="003454F7">
            <w:pPr>
              <w:keepNext/>
            </w:pPr>
            <w:r>
              <w:rPr>
                <w:b/>
                <w:color w:val="0D5F78"/>
              </w:rPr>
              <w:t>Nr.</w:t>
            </w:r>
          </w:p>
          <w:p w14:paraId="5CAFDF3D" w14:textId="77777777" w:rsidR="003C7CA3" w:rsidRDefault="003C7CA3">
            <w:pPr>
              <w:keepNext/>
            </w:pPr>
          </w:p>
        </w:tc>
        <w:tc>
          <w:tcPr>
            <w:tcW w:w="803" w:type="dxa"/>
          </w:tcPr>
          <w:p w14:paraId="6214196D" w14:textId="77777777" w:rsidR="003C7CA3" w:rsidRDefault="003454F7">
            <w:pPr>
              <w:keepNext/>
            </w:pPr>
            <w:r>
              <w:rPr>
                <w:b/>
                <w:color w:val="0D5F78"/>
              </w:rPr>
              <w:t>Sc.</w:t>
            </w:r>
          </w:p>
          <w:p w14:paraId="38204483" w14:textId="77777777" w:rsidR="003C7CA3" w:rsidRDefault="003C7CA3">
            <w:pPr>
              <w:keepNext/>
            </w:pPr>
          </w:p>
        </w:tc>
        <w:tc>
          <w:tcPr>
            <w:tcW w:w="803" w:type="dxa"/>
          </w:tcPr>
          <w:p w14:paraId="48F12E3B" w14:textId="77777777" w:rsidR="003C7CA3" w:rsidRDefault="003454F7">
            <w:pPr>
              <w:keepNext/>
            </w:pPr>
            <w:r>
              <w:rPr>
                <w:b/>
                <w:color w:val="0D5F78"/>
              </w:rPr>
              <w:t>Et.</w:t>
            </w:r>
          </w:p>
          <w:p w14:paraId="678762B3" w14:textId="77777777" w:rsidR="003C7CA3" w:rsidRDefault="003C7CA3">
            <w:pPr>
              <w:keepNext/>
            </w:pPr>
          </w:p>
        </w:tc>
        <w:tc>
          <w:tcPr>
            <w:tcW w:w="803" w:type="dxa"/>
          </w:tcPr>
          <w:p w14:paraId="4FE261FD" w14:textId="77777777" w:rsidR="003C7CA3" w:rsidRDefault="003454F7">
            <w:pPr>
              <w:keepNext/>
            </w:pPr>
            <w:r>
              <w:rPr>
                <w:b/>
                <w:color w:val="0D5F78"/>
              </w:rPr>
              <w:t>Ap.</w:t>
            </w:r>
          </w:p>
          <w:p w14:paraId="3AD61581" w14:textId="77777777" w:rsidR="003C7CA3" w:rsidRDefault="003C7CA3">
            <w:pPr>
              <w:keepNext/>
            </w:pPr>
          </w:p>
        </w:tc>
        <w:tc>
          <w:tcPr>
            <w:tcW w:w="1606" w:type="dxa"/>
          </w:tcPr>
          <w:p w14:paraId="4203D399" w14:textId="77777777" w:rsidR="003C7CA3" w:rsidRDefault="003454F7">
            <w:pPr>
              <w:keepNext/>
            </w:pPr>
            <w:r>
              <w:rPr>
                <w:b/>
                <w:color w:val="0D5F78"/>
              </w:rPr>
              <w:t>Cod poștal</w:t>
            </w:r>
          </w:p>
          <w:p w14:paraId="27D97757" w14:textId="77777777" w:rsidR="003C7CA3" w:rsidRDefault="003C7CA3">
            <w:pPr>
              <w:keepNext/>
            </w:pPr>
          </w:p>
        </w:tc>
        <w:tc>
          <w:tcPr>
            <w:tcW w:w="1606" w:type="dxa"/>
          </w:tcPr>
          <w:p w14:paraId="5CC40784" w14:textId="77777777" w:rsidR="003C7CA3" w:rsidRDefault="003454F7">
            <w:pPr>
              <w:keepNext/>
            </w:pPr>
            <w:r>
              <w:rPr>
                <w:b/>
                <w:color w:val="0D5F78"/>
              </w:rPr>
              <w:t>Țara</w:t>
            </w:r>
          </w:p>
          <w:p w14:paraId="676134A8" w14:textId="77777777" w:rsidR="003C7CA3" w:rsidRDefault="003C7CA3">
            <w:pPr>
              <w:keepNext/>
            </w:pPr>
          </w:p>
        </w:tc>
      </w:tr>
      <w:tr w:rsidR="003C7CA3" w14:paraId="1E22F21E" w14:textId="77777777">
        <w:trPr>
          <w:cantSplit/>
        </w:trPr>
        <w:tc>
          <w:tcPr>
            <w:tcW w:w="9636" w:type="dxa"/>
            <w:gridSpan w:val="7"/>
            <w:shd w:val="clear" w:color="auto" w:fill="F4F4F4"/>
          </w:tcPr>
          <w:p w14:paraId="5E87E32C" w14:textId="77777777" w:rsidR="003C7CA3" w:rsidRDefault="003454F7">
            <w:pPr>
              <w:keepNext/>
            </w:pPr>
            <w:r>
              <w:rPr>
                <w:sz w:val="16"/>
              </w:rPr>
              <w:t xml:space="preserve"> Imobil 3</w:t>
            </w:r>
          </w:p>
        </w:tc>
      </w:tr>
      <w:tr w:rsidR="003C7CA3" w14:paraId="28BE262E" w14:textId="77777777">
        <w:trPr>
          <w:cantSplit/>
          <w:trHeight w:val="510"/>
        </w:trPr>
        <w:tc>
          <w:tcPr>
            <w:tcW w:w="3212" w:type="dxa"/>
          </w:tcPr>
          <w:p w14:paraId="3DAF284A" w14:textId="77777777" w:rsidR="003C7CA3" w:rsidRDefault="003454F7">
            <w:pPr>
              <w:keepNext/>
            </w:pPr>
            <w:r>
              <w:rPr>
                <w:b/>
                <w:color w:val="0D5F78"/>
              </w:rPr>
              <w:t>Tip imobil</w:t>
            </w:r>
          </w:p>
          <w:p w14:paraId="03A96BFD" w14:textId="77777777" w:rsidR="003C7CA3" w:rsidRDefault="003454F7">
            <w:pPr>
              <w:keepNext/>
            </w:pPr>
            <w:r>
              <w:rPr>
                <w:sz w:val="16"/>
              </w:rPr>
              <w:t>☐ teren     ☐ construcții</w:t>
            </w:r>
          </w:p>
        </w:tc>
        <w:tc>
          <w:tcPr>
            <w:tcW w:w="3212" w:type="dxa"/>
            <w:gridSpan w:val="4"/>
          </w:tcPr>
          <w:p w14:paraId="15A078DE" w14:textId="77777777" w:rsidR="003C7CA3" w:rsidRDefault="003454F7">
            <w:pPr>
              <w:keepNext/>
            </w:pPr>
            <w:r>
              <w:rPr>
                <w:b/>
                <w:color w:val="0D5F78"/>
              </w:rPr>
              <w:t>Număr cadastral</w:t>
            </w:r>
          </w:p>
          <w:p w14:paraId="484999B7" w14:textId="77777777" w:rsidR="003C7CA3" w:rsidRDefault="003C7CA3">
            <w:pPr>
              <w:keepNext/>
            </w:pPr>
          </w:p>
        </w:tc>
        <w:tc>
          <w:tcPr>
            <w:tcW w:w="3212" w:type="dxa"/>
            <w:gridSpan w:val="2"/>
          </w:tcPr>
          <w:p w14:paraId="4A9ADCBE" w14:textId="77777777" w:rsidR="003C7CA3" w:rsidRDefault="003454F7">
            <w:pPr>
              <w:keepNext/>
            </w:pPr>
            <w:r>
              <w:rPr>
                <w:b/>
                <w:color w:val="0D5F78"/>
              </w:rPr>
              <w:t>Carte funciară nr.</w:t>
            </w:r>
          </w:p>
          <w:p w14:paraId="32134801" w14:textId="77777777" w:rsidR="003C7CA3" w:rsidRDefault="003C7CA3">
            <w:pPr>
              <w:keepNext/>
            </w:pPr>
          </w:p>
        </w:tc>
      </w:tr>
      <w:tr w:rsidR="003C7CA3" w14:paraId="634A48BF" w14:textId="77777777">
        <w:trPr>
          <w:cantSplit/>
          <w:trHeight w:val="510"/>
        </w:trPr>
        <w:tc>
          <w:tcPr>
            <w:tcW w:w="3212" w:type="dxa"/>
          </w:tcPr>
          <w:p w14:paraId="21CB880E" w14:textId="77777777" w:rsidR="003C7CA3" w:rsidRDefault="003454F7">
            <w:pPr>
              <w:keepNext/>
            </w:pPr>
            <w:r>
              <w:rPr>
                <w:b/>
                <w:color w:val="0D5F78"/>
              </w:rPr>
              <w:t>Județul</w:t>
            </w:r>
          </w:p>
          <w:p w14:paraId="182F56A8" w14:textId="77777777" w:rsidR="003C7CA3" w:rsidRDefault="003C7CA3">
            <w:pPr>
              <w:keepNext/>
            </w:pPr>
          </w:p>
        </w:tc>
        <w:tc>
          <w:tcPr>
            <w:tcW w:w="3212" w:type="dxa"/>
            <w:gridSpan w:val="4"/>
          </w:tcPr>
          <w:p w14:paraId="6B1C2F24" w14:textId="77777777" w:rsidR="003C7CA3" w:rsidRDefault="003454F7">
            <w:pPr>
              <w:keepNext/>
            </w:pPr>
            <w:r>
              <w:rPr>
                <w:b/>
                <w:color w:val="0D5F78"/>
              </w:rPr>
              <w:t>Municipiul / orașul / comuna</w:t>
            </w:r>
          </w:p>
          <w:p w14:paraId="33495630" w14:textId="77777777" w:rsidR="003C7CA3" w:rsidRDefault="003C7CA3">
            <w:pPr>
              <w:keepNext/>
            </w:pPr>
          </w:p>
        </w:tc>
        <w:tc>
          <w:tcPr>
            <w:tcW w:w="3212" w:type="dxa"/>
            <w:gridSpan w:val="2"/>
          </w:tcPr>
          <w:p w14:paraId="1F7C4EAC" w14:textId="77777777" w:rsidR="003C7CA3" w:rsidRDefault="003454F7">
            <w:pPr>
              <w:keepNext/>
            </w:pPr>
            <w:r>
              <w:rPr>
                <w:b/>
                <w:color w:val="0D5F78"/>
              </w:rPr>
              <w:t>Satul / sectorul</w:t>
            </w:r>
          </w:p>
          <w:p w14:paraId="7EE2F126" w14:textId="77777777" w:rsidR="003C7CA3" w:rsidRDefault="003C7CA3">
            <w:pPr>
              <w:keepNext/>
            </w:pPr>
          </w:p>
        </w:tc>
      </w:tr>
      <w:tr w:rsidR="003C7CA3" w14:paraId="2AB103DD" w14:textId="77777777">
        <w:trPr>
          <w:cantSplit/>
          <w:trHeight w:val="510"/>
        </w:trPr>
        <w:tc>
          <w:tcPr>
            <w:tcW w:w="3212" w:type="dxa"/>
          </w:tcPr>
          <w:p w14:paraId="33D5B0A9" w14:textId="77777777" w:rsidR="003C7CA3" w:rsidRDefault="003454F7">
            <w:pPr>
              <w:keepNext/>
            </w:pPr>
            <w:r>
              <w:rPr>
                <w:b/>
                <w:color w:val="0D5F78"/>
              </w:rPr>
              <w:t>Strada</w:t>
            </w:r>
          </w:p>
          <w:p w14:paraId="27E7251A" w14:textId="77777777" w:rsidR="003C7CA3" w:rsidRDefault="003C7CA3">
            <w:pPr>
              <w:keepNext/>
            </w:pPr>
          </w:p>
        </w:tc>
        <w:tc>
          <w:tcPr>
            <w:tcW w:w="803" w:type="dxa"/>
          </w:tcPr>
          <w:p w14:paraId="69872AE3" w14:textId="77777777" w:rsidR="003C7CA3" w:rsidRDefault="003454F7">
            <w:pPr>
              <w:keepNext/>
            </w:pPr>
            <w:r>
              <w:rPr>
                <w:b/>
                <w:color w:val="0D5F78"/>
              </w:rPr>
              <w:t>Nr.</w:t>
            </w:r>
          </w:p>
          <w:p w14:paraId="01853B82" w14:textId="77777777" w:rsidR="003C7CA3" w:rsidRDefault="003C7CA3">
            <w:pPr>
              <w:keepNext/>
            </w:pPr>
          </w:p>
        </w:tc>
        <w:tc>
          <w:tcPr>
            <w:tcW w:w="803" w:type="dxa"/>
          </w:tcPr>
          <w:p w14:paraId="6F48930F" w14:textId="77777777" w:rsidR="003C7CA3" w:rsidRDefault="003454F7">
            <w:pPr>
              <w:keepNext/>
            </w:pPr>
            <w:r>
              <w:rPr>
                <w:b/>
                <w:color w:val="0D5F78"/>
              </w:rPr>
              <w:t>Sc.</w:t>
            </w:r>
          </w:p>
          <w:p w14:paraId="4E3EA66D" w14:textId="77777777" w:rsidR="003C7CA3" w:rsidRDefault="003C7CA3">
            <w:pPr>
              <w:keepNext/>
            </w:pPr>
          </w:p>
        </w:tc>
        <w:tc>
          <w:tcPr>
            <w:tcW w:w="803" w:type="dxa"/>
          </w:tcPr>
          <w:p w14:paraId="54839244" w14:textId="77777777" w:rsidR="003C7CA3" w:rsidRDefault="003454F7">
            <w:pPr>
              <w:keepNext/>
            </w:pPr>
            <w:r>
              <w:rPr>
                <w:b/>
                <w:color w:val="0D5F78"/>
              </w:rPr>
              <w:t>Et.</w:t>
            </w:r>
          </w:p>
          <w:p w14:paraId="568F1F68" w14:textId="77777777" w:rsidR="003C7CA3" w:rsidRDefault="003C7CA3">
            <w:pPr>
              <w:keepNext/>
            </w:pPr>
          </w:p>
        </w:tc>
        <w:tc>
          <w:tcPr>
            <w:tcW w:w="803" w:type="dxa"/>
          </w:tcPr>
          <w:p w14:paraId="4BB4B76A" w14:textId="77777777" w:rsidR="003C7CA3" w:rsidRDefault="003454F7">
            <w:pPr>
              <w:keepNext/>
            </w:pPr>
            <w:r>
              <w:rPr>
                <w:b/>
                <w:color w:val="0D5F78"/>
              </w:rPr>
              <w:t>Ap.</w:t>
            </w:r>
          </w:p>
          <w:p w14:paraId="6EED4727" w14:textId="77777777" w:rsidR="003C7CA3" w:rsidRDefault="003C7CA3">
            <w:pPr>
              <w:keepNext/>
            </w:pPr>
          </w:p>
        </w:tc>
        <w:tc>
          <w:tcPr>
            <w:tcW w:w="1606" w:type="dxa"/>
          </w:tcPr>
          <w:p w14:paraId="1FCFA7B8" w14:textId="77777777" w:rsidR="003C7CA3" w:rsidRDefault="003454F7">
            <w:pPr>
              <w:keepNext/>
            </w:pPr>
            <w:r>
              <w:rPr>
                <w:b/>
                <w:color w:val="0D5F78"/>
              </w:rPr>
              <w:t>Cod poștal</w:t>
            </w:r>
          </w:p>
          <w:p w14:paraId="7C61FDC1" w14:textId="77777777" w:rsidR="003C7CA3" w:rsidRDefault="003C7CA3">
            <w:pPr>
              <w:keepNext/>
            </w:pPr>
          </w:p>
        </w:tc>
        <w:tc>
          <w:tcPr>
            <w:tcW w:w="1606" w:type="dxa"/>
          </w:tcPr>
          <w:p w14:paraId="5650D2FE" w14:textId="77777777" w:rsidR="003C7CA3" w:rsidRDefault="003454F7">
            <w:pPr>
              <w:keepNext/>
            </w:pPr>
            <w:r>
              <w:rPr>
                <w:b/>
                <w:color w:val="0D5F78"/>
              </w:rPr>
              <w:t>Țara</w:t>
            </w:r>
          </w:p>
          <w:p w14:paraId="75BB3A1B" w14:textId="77777777" w:rsidR="003C7CA3" w:rsidRDefault="003C7CA3">
            <w:pPr>
              <w:keepNext/>
            </w:pPr>
          </w:p>
        </w:tc>
      </w:tr>
      <w:tr w:rsidR="003C7CA3" w14:paraId="453408C6" w14:textId="77777777">
        <w:trPr>
          <w:cantSplit/>
        </w:trPr>
        <w:tc>
          <w:tcPr>
            <w:tcW w:w="9636" w:type="dxa"/>
            <w:gridSpan w:val="7"/>
            <w:shd w:val="clear" w:color="auto" w:fill="F4F4F4"/>
          </w:tcPr>
          <w:p w14:paraId="4911A6AD" w14:textId="77777777" w:rsidR="003C7CA3" w:rsidRDefault="003454F7">
            <w:pPr>
              <w:keepNext/>
            </w:pPr>
            <w:r>
              <w:rPr>
                <w:sz w:val="16"/>
              </w:rPr>
              <w:t xml:space="preserve"> Imobil 4</w:t>
            </w:r>
          </w:p>
        </w:tc>
      </w:tr>
      <w:tr w:rsidR="003C7CA3" w14:paraId="2F5765F6" w14:textId="77777777">
        <w:trPr>
          <w:cantSplit/>
          <w:trHeight w:val="510"/>
        </w:trPr>
        <w:tc>
          <w:tcPr>
            <w:tcW w:w="3212" w:type="dxa"/>
          </w:tcPr>
          <w:p w14:paraId="78416A2B" w14:textId="77777777" w:rsidR="003C7CA3" w:rsidRDefault="003454F7">
            <w:pPr>
              <w:keepNext/>
            </w:pPr>
            <w:r>
              <w:rPr>
                <w:b/>
                <w:color w:val="0D5F78"/>
              </w:rPr>
              <w:t>Tip imobil</w:t>
            </w:r>
          </w:p>
          <w:p w14:paraId="0092F673" w14:textId="77777777" w:rsidR="003C7CA3" w:rsidRDefault="003454F7">
            <w:pPr>
              <w:keepNext/>
            </w:pPr>
            <w:r>
              <w:rPr>
                <w:sz w:val="16"/>
              </w:rPr>
              <w:t>☐ teren     ☐ construcții</w:t>
            </w:r>
          </w:p>
        </w:tc>
        <w:tc>
          <w:tcPr>
            <w:tcW w:w="3212" w:type="dxa"/>
            <w:gridSpan w:val="4"/>
          </w:tcPr>
          <w:p w14:paraId="210552F3" w14:textId="77777777" w:rsidR="003C7CA3" w:rsidRDefault="003454F7">
            <w:pPr>
              <w:keepNext/>
            </w:pPr>
            <w:r>
              <w:rPr>
                <w:b/>
                <w:color w:val="0D5F78"/>
              </w:rPr>
              <w:t>Număr cadastral</w:t>
            </w:r>
          </w:p>
          <w:p w14:paraId="644BFE75" w14:textId="77777777" w:rsidR="003C7CA3" w:rsidRDefault="003C7CA3">
            <w:pPr>
              <w:keepNext/>
            </w:pPr>
          </w:p>
        </w:tc>
        <w:tc>
          <w:tcPr>
            <w:tcW w:w="3212" w:type="dxa"/>
            <w:gridSpan w:val="2"/>
          </w:tcPr>
          <w:p w14:paraId="526DAD1A" w14:textId="77777777" w:rsidR="003C7CA3" w:rsidRDefault="003454F7">
            <w:pPr>
              <w:keepNext/>
            </w:pPr>
            <w:r>
              <w:rPr>
                <w:b/>
                <w:color w:val="0D5F78"/>
              </w:rPr>
              <w:t>Carte funciară nr.</w:t>
            </w:r>
          </w:p>
          <w:p w14:paraId="54969177" w14:textId="77777777" w:rsidR="003C7CA3" w:rsidRDefault="003C7CA3">
            <w:pPr>
              <w:keepNext/>
            </w:pPr>
          </w:p>
        </w:tc>
      </w:tr>
      <w:tr w:rsidR="003C7CA3" w14:paraId="3EDFDCA0" w14:textId="77777777">
        <w:trPr>
          <w:cantSplit/>
          <w:trHeight w:val="510"/>
        </w:trPr>
        <w:tc>
          <w:tcPr>
            <w:tcW w:w="3212" w:type="dxa"/>
          </w:tcPr>
          <w:p w14:paraId="46EF5F24" w14:textId="77777777" w:rsidR="003C7CA3" w:rsidRDefault="003454F7">
            <w:pPr>
              <w:keepNext/>
            </w:pPr>
            <w:r>
              <w:rPr>
                <w:b/>
                <w:color w:val="0D5F78"/>
              </w:rPr>
              <w:t>Județul</w:t>
            </w:r>
          </w:p>
          <w:p w14:paraId="6821BA92" w14:textId="77777777" w:rsidR="003C7CA3" w:rsidRDefault="003C7CA3">
            <w:pPr>
              <w:keepNext/>
            </w:pPr>
          </w:p>
        </w:tc>
        <w:tc>
          <w:tcPr>
            <w:tcW w:w="3212" w:type="dxa"/>
            <w:gridSpan w:val="4"/>
          </w:tcPr>
          <w:p w14:paraId="70FF72B7" w14:textId="77777777" w:rsidR="003C7CA3" w:rsidRDefault="003454F7">
            <w:pPr>
              <w:keepNext/>
            </w:pPr>
            <w:r>
              <w:rPr>
                <w:b/>
                <w:color w:val="0D5F78"/>
              </w:rPr>
              <w:t>Municipiul / orașul / comuna</w:t>
            </w:r>
          </w:p>
          <w:p w14:paraId="12E0C41B" w14:textId="77777777" w:rsidR="003C7CA3" w:rsidRDefault="003C7CA3">
            <w:pPr>
              <w:keepNext/>
            </w:pPr>
          </w:p>
        </w:tc>
        <w:tc>
          <w:tcPr>
            <w:tcW w:w="3212" w:type="dxa"/>
            <w:gridSpan w:val="2"/>
          </w:tcPr>
          <w:p w14:paraId="53CFE965" w14:textId="77777777" w:rsidR="003C7CA3" w:rsidRDefault="003454F7">
            <w:pPr>
              <w:keepNext/>
            </w:pPr>
            <w:r>
              <w:rPr>
                <w:b/>
                <w:color w:val="0D5F78"/>
              </w:rPr>
              <w:t>Satul / sectorul</w:t>
            </w:r>
          </w:p>
          <w:p w14:paraId="6A399A43" w14:textId="77777777" w:rsidR="003C7CA3" w:rsidRDefault="003C7CA3">
            <w:pPr>
              <w:keepNext/>
            </w:pPr>
          </w:p>
        </w:tc>
      </w:tr>
      <w:tr w:rsidR="003C7CA3" w14:paraId="75B9426F" w14:textId="77777777">
        <w:trPr>
          <w:cantSplit/>
          <w:trHeight w:val="510"/>
        </w:trPr>
        <w:tc>
          <w:tcPr>
            <w:tcW w:w="3212" w:type="dxa"/>
          </w:tcPr>
          <w:p w14:paraId="2D1FA943" w14:textId="77777777" w:rsidR="003C7CA3" w:rsidRDefault="003454F7">
            <w:pPr>
              <w:keepNext/>
            </w:pPr>
            <w:r>
              <w:rPr>
                <w:b/>
                <w:color w:val="0D5F78"/>
              </w:rPr>
              <w:t>Strada</w:t>
            </w:r>
          </w:p>
          <w:p w14:paraId="32AD3F97" w14:textId="77777777" w:rsidR="003C7CA3" w:rsidRDefault="003C7CA3">
            <w:pPr>
              <w:keepNext/>
            </w:pPr>
          </w:p>
        </w:tc>
        <w:tc>
          <w:tcPr>
            <w:tcW w:w="803" w:type="dxa"/>
          </w:tcPr>
          <w:p w14:paraId="3B6D4BF0" w14:textId="77777777" w:rsidR="003C7CA3" w:rsidRDefault="003454F7">
            <w:pPr>
              <w:keepNext/>
            </w:pPr>
            <w:r>
              <w:rPr>
                <w:b/>
                <w:color w:val="0D5F78"/>
              </w:rPr>
              <w:t>Nr.</w:t>
            </w:r>
          </w:p>
          <w:p w14:paraId="6B0705FC" w14:textId="77777777" w:rsidR="003C7CA3" w:rsidRDefault="003C7CA3">
            <w:pPr>
              <w:keepNext/>
            </w:pPr>
          </w:p>
        </w:tc>
        <w:tc>
          <w:tcPr>
            <w:tcW w:w="803" w:type="dxa"/>
          </w:tcPr>
          <w:p w14:paraId="077D7F8C" w14:textId="77777777" w:rsidR="003C7CA3" w:rsidRDefault="003454F7">
            <w:pPr>
              <w:keepNext/>
            </w:pPr>
            <w:r>
              <w:rPr>
                <w:b/>
                <w:color w:val="0D5F78"/>
              </w:rPr>
              <w:t>Sc.</w:t>
            </w:r>
          </w:p>
          <w:p w14:paraId="7492E005" w14:textId="77777777" w:rsidR="003C7CA3" w:rsidRDefault="003C7CA3">
            <w:pPr>
              <w:keepNext/>
            </w:pPr>
          </w:p>
        </w:tc>
        <w:tc>
          <w:tcPr>
            <w:tcW w:w="803" w:type="dxa"/>
          </w:tcPr>
          <w:p w14:paraId="41A90891" w14:textId="77777777" w:rsidR="003C7CA3" w:rsidRDefault="003454F7">
            <w:pPr>
              <w:keepNext/>
            </w:pPr>
            <w:r>
              <w:rPr>
                <w:b/>
                <w:color w:val="0D5F78"/>
              </w:rPr>
              <w:t>Et.</w:t>
            </w:r>
          </w:p>
          <w:p w14:paraId="0CBA7A1F" w14:textId="77777777" w:rsidR="003C7CA3" w:rsidRDefault="003C7CA3">
            <w:pPr>
              <w:keepNext/>
            </w:pPr>
          </w:p>
        </w:tc>
        <w:tc>
          <w:tcPr>
            <w:tcW w:w="803" w:type="dxa"/>
          </w:tcPr>
          <w:p w14:paraId="68EBA9C3" w14:textId="77777777" w:rsidR="003C7CA3" w:rsidRDefault="003454F7">
            <w:pPr>
              <w:keepNext/>
            </w:pPr>
            <w:r>
              <w:rPr>
                <w:b/>
                <w:color w:val="0D5F78"/>
              </w:rPr>
              <w:t>Ap.</w:t>
            </w:r>
          </w:p>
          <w:p w14:paraId="33DC8804" w14:textId="77777777" w:rsidR="003C7CA3" w:rsidRDefault="003C7CA3">
            <w:pPr>
              <w:keepNext/>
            </w:pPr>
          </w:p>
        </w:tc>
        <w:tc>
          <w:tcPr>
            <w:tcW w:w="1606" w:type="dxa"/>
          </w:tcPr>
          <w:p w14:paraId="2E5AC3B1" w14:textId="77777777" w:rsidR="003C7CA3" w:rsidRDefault="003454F7">
            <w:pPr>
              <w:keepNext/>
            </w:pPr>
            <w:r>
              <w:rPr>
                <w:b/>
                <w:color w:val="0D5F78"/>
              </w:rPr>
              <w:t>Cod poștal</w:t>
            </w:r>
          </w:p>
          <w:p w14:paraId="6B1226A7" w14:textId="77777777" w:rsidR="003C7CA3" w:rsidRDefault="003C7CA3">
            <w:pPr>
              <w:keepNext/>
            </w:pPr>
          </w:p>
        </w:tc>
        <w:tc>
          <w:tcPr>
            <w:tcW w:w="1606" w:type="dxa"/>
          </w:tcPr>
          <w:p w14:paraId="3261CE34" w14:textId="77777777" w:rsidR="003C7CA3" w:rsidRDefault="003454F7">
            <w:pPr>
              <w:keepNext/>
            </w:pPr>
            <w:r>
              <w:rPr>
                <w:b/>
                <w:color w:val="0D5F78"/>
              </w:rPr>
              <w:t>Țara</w:t>
            </w:r>
          </w:p>
          <w:p w14:paraId="6D306C57" w14:textId="77777777" w:rsidR="003C7CA3" w:rsidRDefault="003C7CA3">
            <w:pPr>
              <w:keepNext/>
            </w:pPr>
          </w:p>
        </w:tc>
      </w:tr>
      <w:tr w:rsidR="003C7CA3" w14:paraId="1BA5C463" w14:textId="77777777">
        <w:trPr>
          <w:cantSplit/>
        </w:trPr>
        <w:tc>
          <w:tcPr>
            <w:tcW w:w="9636" w:type="dxa"/>
            <w:gridSpan w:val="7"/>
            <w:shd w:val="clear" w:color="auto" w:fill="F4F4F4"/>
          </w:tcPr>
          <w:p w14:paraId="6717EB2B" w14:textId="77777777" w:rsidR="003C7CA3" w:rsidRDefault="003454F7">
            <w:pPr>
              <w:keepNext/>
            </w:pPr>
            <w:r>
              <w:rPr>
                <w:sz w:val="16"/>
              </w:rPr>
              <w:t xml:space="preserve"> Imobil 5</w:t>
            </w:r>
          </w:p>
        </w:tc>
      </w:tr>
      <w:tr w:rsidR="003C7CA3" w14:paraId="52514A7A" w14:textId="77777777">
        <w:trPr>
          <w:cantSplit/>
          <w:trHeight w:val="510"/>
        </w:trPr>
        <w:tc>
          <w:tcPr>
            <w:tcW w:w="3212" w:type="dxa"/>
          </w:tcPr>
          <w:p w14:paraId="416BD5CB" w14:textId="77777777" w:rsidR="003C7CA3" w:rsidRDefault="003454F7">
            <w:pPr>
              <w:keepNext/>
            </w:pPr>
            <w:r>
              <w:rPr>
                <w:b/>
                <w:color w:val="0D5F78"/>
              </w:rPr>
              <w:t>Tip imobil</w:t>
            </w:r>
          </w:p>
          <w:p w14:paraId="60F59FB1" w14:textId="77777777" w:rsidR="003C7CA3" w:rsidRDefault="003454F7">
            <w:pPr>
              <w:keepNext/>
            </w:pPr>
            <w:r>
              <w:rPr>
                <w:sz w:val="16"/>
              </w:rPr>
              <w:t>☐ teren     ☐ construcții</w:t>
            </w:r>
          </w:p>
        </w:tc>
        <w:tc>
          <w:tcPr>
            <w:tcW w:w="3212" w:type="dxa"/>
            <w:gridSpan w:val="4"/>
          </w:tcPr>
          <w:p w14:paraId="49FC2610" w14:textId="77777777" w:rsidR="003C7CA3" w:rsidRDefault="003454F7">
            <w:pPr>
              <w:keepNext/>
            </w:pPr>
            <w:r>
              <w:rPr>
                <w:b/>
                <w:color w:val="0D5F78"/>
              </w:rPr>
              <w:t>Număr cadastral</w:t>
            </w:r>
          </w:p>
          <w:p w14:paraId="694D08B4" w14:textId="77777777" w:rsidR="003C7CA3" w:rsidRDefault="003C7CA3">
            <w:pPr>
              <w:keepNext/>
            </w:pPr>
          </w:p>
        </w:tc>
        <w:tc>
          <w:tcPr>
            <w:tcW w:w="3212" w:type="dxa"/>
            <w:gridSpan w:val="2"/>
          </w:tcPr>
          <w:p w14:paraId="4B53D9E0" w14:textId="77777777" w:rsidR="003C7CA3" w:rsidRDefault="003454F7">
            <w:pPr>
              <w:keepNext/>
            </w:pPr>
            <w:r>
              <w:rPr>
                <w:b/>
                <w:color w:val="0D5F78"/>
              </w:rPr>
              <w:t>Carte funciară nr.</w:t>
            </w:r>
          </w:p>
          <w:p w14:paraId="6ADA4335" w14:textId="77777777" w:rsidR="003C7CA3" w:rsidRDefault="003C7CA3">
            <w:pPr>
              <w:keepNext/>
            </w:pPr>
          </w:p>
        </w:tc>
      </w:tr>
      <w:tr w:rsidR="003C7CA3" w14:paraId="0B944771" w14:textId="77777777">
        <w:trPr>
          <w:cantSplit/>
          <w:trHeight w:val="510"/>
        </w:trPr>
        <w:tc>
          <w:tcPr>
            <w:tcW w:w="3212" w:type="dxa"/>
          </w:tcPr>
          <w:p w14:paraId="13A31ED6" w14:textId="77777777" w:rsidR="003C7CA3" w:rsidRDefault="003454F7">
            <w:pPr>
              <w:keepNext/>
            </w:pPr>
            <w:r>
              <w:rPr>
                <w:b/>
                <w:color w:val="0D5F78"/>
              </w:rPr>
              <w:t>Județul</w:t>
            </w:r>
          </w:p>
          <w:p w14:paraId="73E2BC86" w14:textId="77777777" w:rsidR="003C7CA3" w:rsidRDefault="003C7CA3">
            <w:pPr>
              <w:keepNext/>
            </w:pPr>
          </w:p>
        </w:tc>
        <w:tc>
          <w:tcPr>
            <w:tcW w:w="3212" w:type="dxa"/>
            <w:gridSpan w:val="4"/>
          </w:tcPr>
          <w:p w14:paraId="5C675724" w14:textId="77777777" w:rsidR="003C7CA3" w:rsidRDefault="003454F7">
            <w:pPr>
              <w:keepNext/>
            </w:pPr>
            <w:r>
              <w:rPr>
                <w:b/>
                <w:color w:val="0D5F78"/>
              </w:rPr>
              <w:t>Municipiul / orașul / comuna</w:t>
            </w:r>
          </w:p>
          <w:p w14:paraId="0386E0AA" w14:textId="77777777" w:rsidR="003C7CA3" w:rsidRDefault="003C7CA3">
            <w:pPr>
              <w:keepNext/>
            </w:pPr>
          </w:p>
        </w:tc>
        <w:tc>
          <w:tcPr>
            <w:tcW w:w="3212" w:type="dxa"/>
            <w:gridSpan w:val="2"/>
          </w:tcPr>
          <w:p w14:paraId="68659267" w14:textId="77777777" w:rsidR="003C7CA3" w:rsidRDefault="003454F7">
            <w:pPr>
              <w:keepNext/>
            </w:pPr>
            <w:r>
              <w:rPr>
                <w:b/>
                <w:color w:val="0D5F78"/>
              </w:rPr>
              <w:t>Satul / sectorul</w:t>
            </w:r>
          </w:p>
          <w:p w14:paraId="1BAE5F8C" w14:textId="77777777" w:rsidR="003C7CA3" w:rsidRDefault="003C7CA3">
            <w:pPr>
              <w:keepNext/>
            </w:pPr>
          </w:p>
        </w:tc>
      </w:tr>
      <w:tr w:rsidR="003C7CA3" w14:paraId="2D70221E" w14:textId="77777777">
        <w:trPr>
          <w:cantSplit/>
          <w:trHeight w:val="510"/>
        </w:trPr>
        <w:tc>
          <w:tcPr>
            <w:tcW w:w="3212" w:type="dxa"/>
          </w:tcPr>
          <w:p w14:paraId="52857BC3" w14:textId="77777777" w:rsidR="003C7CA3" w:rsidRDefault="003454F7">
            <w:pPr>
              <w:keepNext/>
            </w:pPr>
            <w:r>
              <w:rPr>
                <w:b/>
                <w:color w:val="0D5F78"/>
              </w:rPr>
              <w:t>Strada</w:t>
            </w:r>
          </w:p>
          <w:p w14:paraId="65E9CD24" w14:textId="77777777" w:rsidR="003C7CA3" w:rsidRDefault="003C7CA3">
            <w:pPr>
              <w:keepNext/>
            </w:pPr>
          </w:p>
        </w:tc>
        <w:tc>
          <w:tcPr>
            <w:tcW w:w="803" w:type="dxa"/>
          </w:tcPr>
          <w:p w14:paraId="556FCE18" w14:textId="77777777" w:rsidR="003C7CA3" w:rsidRDefault="003454F7">
            <w:pPr>
              <w:keepNext/>
            </w:pPr>
            <w:r>
              <w:rPr>
                <w:b/>
                <w:color w:val="0D5F78"/>
              </w:rPr>
              <w:t>Nr.</w:t>
            </w:r>
          </w:p>
          <w:p w14:paraId="3D425DC3" w14:textId="77777777" w:rsidR="003C7CA3" w:rsidRDefault="003C7CA3">
            <w:pPr>
              <w:keepNext/>
            </w:pPr>
          </w:p>
        </w:tc>
        <w:tc>
          <w:tcPr>
            <w:tcW w:w="803" w:type="dxa"/>
          </w:tcPr>
          <w:p w14:paraId="3613E306" w14:textId="77777777" w:rsidR="003C7CA3" w:rsidRDefault="003454F7">
            <w:pPr>
              <w:keepNext/>
            </w:pPr>
            <w:r>
              <w:rPr>
                <w:b/>
                <w:color w:val="0D5F78"/>
              </w:rPr>
              <w:t>Sc.</w:t>
            </w:r>
          </w:p>
          <w:p w14:paraId="33F92736" w14:textId="77777777" w:rsidR="003C7CA3" w:rsidRDefault="003C7CA3">
            <w:pPr>
              <w:keepNext/>
            </w:pPr>
          </w:p>
        </w:tc>
        <w:tc>
          <w:tcPr>
            <w:tcW w:w="803" w:type="dxa"/>
          </w:tcPr>
          <w:p w14:paraId="786207C6" w14:textId="77777777" w:rsidR="003C7CA3" w:rsidRDefault="003454F7">
            <w:pPr>
              <w:keepNext/>
            </w:pPr>
            <w:r>
              <w:rPr>
                <w:b/>
                <w:color w:val="0D5F78"/>
              </w:rPr>
              <w:t>Et.</w:t>
            </w:r>
          </w:p>
          <w:p w14:paraId="63D129DE" w14:textId="77777777" w:rsidR="003C7CA3" w:rsidRDefault="003C7CA3">
            <w:pPr>
              <w:keepNext/>
            </w:pPr>
          </w:p>
        </w:tc>
        <w:tc>
          <w:tcPr>
            <w:tcW w:w="803" w:type="dxa"/>
          </w:tcPr>
          <w:p w14:paraId="6A401C10" w14:textId="77777777" w:rsidR="003C7CA3" w:rsidRDefault="003454F7">
            <w:pPr>
              <w:keepNext/>
            </w:pPr>
            <w:r>
              <w:rPr>
                <w:b/>
                <w:color w:val="0D5F78"/>
              </w:rPr>
              <w:t>Ap.</w:t>
            </w:r>
          </w:p>
          <w:p w14:paraId="388179AA" w14:textId="77777777" w:rsidR="003C7CA3" w:rsidRDefault="003C7CA3">
            <w:pPr>
              <w:keepNext/>
            </w:pPr>
          </w:p>
        </w:tc>
        <w:tc>
          <w:tcPr>
            <w:tcW w:w="1606" w:type="dxa"/>
          </w:tcPr>
          <w:p w14:paraId="5A253F28" w14:textId="77777777" w:rsidR="003C7CA3" w:rsidRDefault="003454F7">
            <w:pPr>
              <w:keepNext/>
            </w:pPr>
            <w:r>
              <w:rPr>
                <w:b/>
                <w:color w:val="0D5F78"/>
              </w:rPr>
              <w:t>Cod poștal</w:t>
            </w:r>
          </w:p>
          <w:p w14:paraId="61F4B78C" w14:textId="77777777" w:rsidR="003C7CA3" w:rsidRDefault="003C7CA3">
            <w:pPr>
              <w:keepNext/>
            </w:pPr>
          </w:p>
        </w:tc>
        <w:tc>
          <w:tcPr>
            <w:tcW w:w="1606" w:type="dxa"/>
          </w:tcPr>
          <w:p w14:paraId="043263C8" w14:textId="77777777" w:rsidR="003C7CA3" w:rsidRDefault="003454F7">
            <w:pPr>
              <w:keepNext/>
            </w:pPr>
            <w:r>
              <w:rPr>
                <w:b/>
                <w:color w:val="0D5F78"/>
              </w:rPr>
              <w:t>Țara</w:t>
            </w:r>
          </w:p>
          <w:p w14:paraId="1C2AB50B" w14:textId="77777777" w:rsidR="003C7CA3" w:rsidRDefault="003C7CA3">
            <w:pPr>
              <w:keepNext/>
            </w:pPr>
          </w:p>
        </w:tc>
      </w:tr>
      <w:tr w:rsidR="003C7CA3" w14:paraId="5B366A1F" w14:textId="77777777">
        <w:trPr>
          <w:cantSplit/>
        </w:trPr>
        <w:tc>
          <w:tcPr>
            <w:tcW w:w="9636" w:type="dxa"/>
            <w:gridSpan w:val="7"/>
            <w:shd w:val="clear" w:color="auto" w:fill="F4F4F4"/>
          </w:tcPr>
          <w:p w14:paraId="1C2F3CA6" w14:textId="77777777" w:rsidR="003C7CA3" w:rsidRDefault="003454F7">
            <w:pPr>
              <w:keepNext/>
            </w:pPr>
            <w:r>
              <w:rPr>
                <w:sz w:val="16"/>
              </w:rPr>
              <w:t xml:space="preserve"> Imobil 6</w:t>
            </w:r>
          </w:p>
        </w:tc>
      </w:tr>
      <w:tr w:rsidR="003C7CA3" w14:paraId="7F67F832" w14:textId="77777777">
        <w:trPr>
          <w:cantSplit/>
          <w:trHeight w:val="510"/>
        </w:trPr>
        <w:tc>
          <w:tcPr>
            <w:tcW w:w="3212" w:type="dxa"/>
          </w:tcPr>
          <w:p w14:paraId="5191FB7B" w14:textId="77777777" w:rsidR="003C7CA3" w:rsidRDefault="003454F7">
            <w:pPr>
              <w:keepNext/>
            </w:pPr>
            <w:r>
              <w:rPr>
                <w:b/>
                <w:color w:val="0D5F78"/>
              </w:rPr>
              <w:t>Tip imobil</w:t>
            </w:r>
          </w:p>
          <w:p w14:paraId="68697DD0" w14:textId="77777777" w:rsidR="003C7CA3" w:rsidRDefault="003454F7">
            <w:pPr>
              <w:keepNext/>
            </w:pPr>
            <w:r>
              <w:rPr>
                <w:sz w:val="16"/>
              </w:rPr>
              <w:t>☐ teren     ☐ construcții</w:t>
            </w:r>
          </w:p>
        </w:tc>
        <w:tc>
          <w:tcPr>
            <w:tcW w:w="3212" w:type="dxa"/>
            <w:gridSpan w:val="4"/>
          </w:tcPr>
          <w:p w14:paraId="320C967D" w14:textId="77777777" w:rsidR="003C7CA3" w:rsidRDefault="003454F7">
            <w:pPr>
              <w:keepNext/>
            </w:pPr>
            <w:r>
              <w:rPr>
                <w:b/>
                <w:color w:val="0D5F78"/>
              </w:rPr>
              <w:t>Număr cadastral</w:t>
            </w:r>
          </w:p>
          <w:p w14:paraId="27F611E7" w14:textId="77777777" w:rsidR="003C7CA3" w:rsidRDefault="003C7CA3">
            <w:pPr>
              <w:keepNext/>
            </w:pPr>
          </w:p>
        </w:tc>
        <w:tc>
          <w:tcPr>
            <w:tcW w:w="3212" w:type="dxa"/>
            <w:gridSpan w:val="2"/>
          </w:tcPr>
          <w:p w14:paraId="26199240" w14:textId="77777777" w:rsidR="003C7CA3" w:rsidRDefault="003454F7">
            <w:pPr>
              <w:keepNext/>
            </w:pPr>
            <w:r>
              <w:rPr>
                <w:b/>
                <w:color w:val="0D5F78"/>
              </w:rPr>
              <w:t>Carte funciară nr.</w:t>
            </w:r>
          </w:p>
          <w:p w14:paraId="3E0C7818" w14:textId="77777777" w:rsidR="003C7CA3" w:rsidRDefault="003C7CA3">
            <w:pPr>
              <w:keepNext/>
            </w:pPr>
          </w:p>
        </w:tc>
      </w:tr>
      <w:tr w:rsidR="003C7CA3" w14:paraId="09A0F0F6" w14:textId="77777777">
        <w:trPr>
          <w:cantSplit/>
          <w:trHeight w:val="510"/>
        </w:trPr>
        <w:tc>
          <w:tcPr>
            <w:tcW w:w="3212" w:type="dxa"/>
          </w:tcPr>
          <w:p w14:paraId="52A9A14E" w14:textId="77777777" w:rsidR="003C7CA3" w:rsidRDefault="003454F7">
            <w:pPr>
              <w:keepNext/>
            </w:pPr>
            <w:r>
              <w:rPr>
                <w:b/>
                <w:color w:val="0D5F78"/>
              </w:rPr>
              <w:t>Județul</w:t>
            </w:r>
          </w:p>
          <w:p w14:paraId="509E1303" w14:textId="77777777" w:rsidR="003C7CA3" w:rsidRDefault="003C7CA3">
            <w:pPr>
              <w:keepNext/>
            </w:pPr>
          </w:p>
        </w:tc>
        <w:tc>
          <w:tcPr>
            <w:tcW w:w="3212" w:type="dxa"/>
            <w:gridSpan w:val="4"/>
          </w:tcPr>
          <w:p w14:paraId="5B4C4696" w14:textId="77777777" w:rsidR="003C7CA3" w:rsidRDefault="003454F7">
            <w:pPr>
              <w:keepNext/>
            </w:pPr>
            <w:r>
              <w:rPr>
                <w:b/>
                <w:color w:val="0D5F78"/>
              </w:rPr>
              <w:t>Municipiul / orașul / comuna</w:t>
            </w:r>
          </w:p>
          <w:p w14:paraId="183CC2EF" w14:textId="77777777" w:rsidR="003C7CA3" w:rsidRDefault="003C7CA3">
            <w:pPr>
              <w:keepNext/>
            </w:pPr>
          </w:p>
        </w:tc>
        <w:tc>
          <w:tcPr>
            <w:tcW w:w="3212" w:type="dxa"/>
            <w:gridSpan w:val="2"/>
          </w:tcPr>
          <w:p w14:paraId="6E0F0783" w14:textId="77777777" w:rsidR="003C7CA3" w:rsidRDefault="003454F7">
            <w:pPr>
              <w:keepNext/>
            </w:pPr>
            <w:r>
              <w:rPr>
                <w:b/>
                <w:color w:val="0D5F78"/>
              </w:rPr>
              <w:t>Satul / sectorul</w:t>
            </w:r>
          </w:p>
          <w:p w14:paraId="51A031BD" w14:textId="77777777" w:rsidR="003C7CA3" w:rsidRDefault="003C7CA3">
            <w:pPr>
              <w:keepNext/>
            </w:pPr>
          </w:p>
        </w:tc>
      </w:tr>
      <w:tr w:rsidR="003C7CA3" w14:paraId="7CD30B99" w14:textId="77777777">
        <w:trPr>
          <w:cantSplit/>
          <w:trHeight w:val="510"/>
        </w:trPr>
        <w:tc>
          <w:tcPr>
            <w:tcW w:w="3212" w:type="dxa"/>
          </w:tcPr>
          <w:p w14:paraId="7E48C3E9" w14:textId="77777777" w:rsidR="003C7CA3" w:rsidRDefault="003454F7">
            <w:pPr>
              <w:keepNext/>
            </w:pPr>
            <w:r>
              <w:rPr>
                <w:b/>
                <w:color w:val="0D5F78"/>
              </w:rPr>
              <w:t>Strada</w:t>
            </w:r>
          </w:p>
          <w:p w14:paraId="4890CAD7" w14:textId="77777777" w:rsidR="003C7CA3" w:rsidRDefault="003C7CA3">
            <w:pPr>
              <w:keepNext/>
            </w:pPr>
          </w:p>
        </w:tc>
        <w:tc>
          <w:tcPr>
            <w:tcW w:w="803" w:type="dxa"/>
          </w:tcPr>
          <w:p w14:paraId="75C2640F" w14:textId="77777777" w:rsidR="003C7CA3" w:rsidRDefault="003454F7">
            <w:pPr>
              <w:keepNext/>
            </w:pPr>
            <w:r>
              <w:rPr>
                <w:b/>
                <w:color w:val="0D5F78"/>
              </w:rPr>
              <w:t>Nr.</w:t>
            </w:r>
          </w:p>
          <w:p w14:paraId="3D857801" w14:textId="77777777" w:rsidR="003C7CA3" w:rsidRDefault="003C7CA3">
            <w:pPr>
              <w:keepNext/>
            </w:pPr>
          </w:p>
        </w:tc>
        <w:tc>
          <w:tcPr>
            <w:tcW w:w="803" w:type="dxa"/>
          </w:tcPr>
          <w:p w14:paraId="44598F36" w14:textId="77777777" w:rsidR="003C7CA3" w:rsidRDefault="003454F7">
            <w:pPr>
              <w:keepNext/>
            </w:pPr>
            <w:r>
              <w:rPr>
                <w:b/>
                <w:color w:val="0D5F78"/>
              </w:rPr>
              <w:t>Sc.</w:t>
            </w:r>
          </w:p>
          <w:p w14:paraId="3AD7E415" w14:textId="77777777" w:rsidR="003C7CA3" w:rsidRDefault="003C7CA3">
            <w:pPr>
              <w:keepNext/>
            </w:pPr>
          </w:p>
        </w:tc>
        <w:tc>
          <w:tcPr>
            <w:tcW w:w="803" w:type="dxa"/>
          </w:tcPr>
          <w:p w14:paraId="0755CED3" w14:textId="77777777" w:rsidR="003C7CA3" w:rsidRDefault="003454F7">
            <w:pPr>
              <w:keepNext/>
            </w:pPr>
            <w:r>
              <w:rPr>
                <w:b/>
                <w:color w:val="0D5F78"/>
              </w:rPr>
              <w:t>Et.</w:t>
            </w:r>
          </w:p>
          <w:p w14:paraId="01EC3C4A" w14:textId="77777777" w:rsidR="003C7CA3" w:rsidRDefault="003C7CA3">
            <w:pPr>
              <w:keepNext/>
            </w:pPr>
          </w:p>
        </w:tc>
        <w:tc>
          <w:tcPr>
            <w:tcW w:w="803" w:type="dxa"/>
          </w:tcPr>
          <w:p w14:paraId="5ED188DF" w14:textId="77777777" w:rsidR="003C7CA3" w:rsidRDefault="003454F7">
            <w:pPr>
              <w:keepNext/>
            </w:pPr>
            <w:r>
              <w:rPr>
                <w:b/>
                <w:color w:val="0D5F78"/>
              </w:rPr>
              <w:t>Ap.</w:t>
            </w:r>
          </w:p>
          <w:p w14:paraId="277CB060" w14:textId="77777777" w:rsidR="003C7CA3" w:rsidRDefault="003C7CA3">
            <w:pPr>
              <w:keepNext/>
            </w:pPr>
          </w:p>
        </w:tc>
        <w:tc>
          <w:tcPr>
            <w:tcW w:w="1606" w:type="dxa"/>
          </w:tcPr>
          <w:p w14:paraId="758729CA" w14:textId="77777777" w:rsidR="003C7CA3" w:rsidRDefault="003454F7">
            <w:pPr>
              <w:keepNext/>
            </w:pPr>
            <w:r>
              <w:rPr>
                <w:b/>
                <w:color w:val="0D5F78"/>
              </w:rPr>
              <w:t>Cod poștal</w:t>
            </w:r>
          </w:p>
          <w:p w14:paraId="5D5B1F32" w14:textId="77777777" w:rsidR="003C7CA3" w:rsidRDefault="003C7CA3">
            <w:pPr>
              <w:keepNext/>
            </w:pPr>
          </w:p>
        </w:tc>
        <w:tc>
          <w:tcPr>
            <w:tcW w:w="1606" w:type="dxa"/>
          </w:tcPr>
          <w:p w14:paraId="0BC8A1E6" w14:textId="77777777" w:rsidR="003C7CA3" w:rsidRDefault="003454F7">
            <w:pPr>
              <w:keepNext/>
            </w:pPr>
            <w:r>
              <w:rPr>
                <w:b/>
                <w:color w:val="0D5F78"/>
              </w:rPr>
              <w:t>Țara</w:t>
            </w:r>
          </w:p>
          <w:p w14:paraId="2AF7BB24" w14:textId="77777777" w:rsidR="003C7CA3" w:rsidRDefault="003C7CA3">
            <w:pPr>
              <w:keepNext/>
            </w:pPr>
          </w:p>
        </w:tc>
      </w:tr>
      <w:tr w:rsidR="003C7CA3" w14:paraId="5F55098D" w14:textId="77777777">
        <w:trPr>
          <w:cantSplit/>
        </w:trPr>
        <w:tc>
          <w:tcPr>
            <w:tcW w:w="9636" w:type="dxa"/>
            <w:gridSpan w:val="7"/>
            <w:shd w:val="clear" w:color="auto" w:fill="F4F4F4"/>
          </w:tcPr>
          <w:p w14:paraId="38563C53" w14:textId="77777777" w:rsidR="003C7CA3" w:rsidRDefault="003454F7">
            <w:pPr>
              <w:keepNext/>
            </w:pPr>
            <w:r>
              <w:rPr>
                <w:sz w:val="16"/>
              </w:rPr>
              <w:t xml:space="preserve"> Imobil 7</w:t>
            </w:r>
          </w:p>
        </w:tc>
      </w:tr>
      <w:tr w:rsidR="003C7CA3" w14:paraId="6E8A3C01" w14:textId="77777777">
        <w:trPr>
          <w:cantSplit/>
          <w:trHeight w:val="510"/>
        </w:trPr>
        <w:tc>
          <w:tcPr>
            <w:tcW w:w="3212" w:type="dxa"/>
          </w:tcPr>
          <w:p w14:paraId="5C5C5869" w14:textId="77777777" w:rsidR="003C7CA3" w:rsidRDefault="003454F7">
            <w:pPr>
              <w:keepNext/>
            </w:pPr>
            <w:r>
              <w:rPr>
                <w:b/>
                <w:color w:val="0D5F78"/>
              </w:rPr>
              <w:t>Tip imobil</w:t>
            </w:r>
          </w:p>
          <w:p w14:paraId="5DB8AD74" w14:textId="77777777" w:rsidR="003C7CA3" w:rsidRDefault="003454F7">
            <w:pPr>
              <w:keepNext/>
            </w:pPr>
            <w:r>
              <w:rPr>
                <w:sz w:val="16"/>
              </w:rPr>
              <w:t>☐ teren     ☐ construcții</w:t>
            </w:r>
          </w:p>
        </w:tc>
        <w:tc>
          <w:tcPr>
            <w:tcW w:w="3212" w:type="dxa"/>
            <w:gridSpan w:val="4"/>
          </w:tcPr>
          <w:p w14:paraId="10E317E8" w14:textId="77777777" w:rsidR="003C7CA3" w:rsidRDefault="003454F7">
            <w:pPr>
              <w:keepNext/>
            </w:pPr>
            <w:r>
              <w:rPr>
                <w:b/>
                <w:color w:val="0D5F78"/>
              </w:rPr>
              <w:t>Număr cadastral</w:t>
            </w:r>
          </w:p>
          <w:p w14:paraId="7318CDCF" w14:textId="77777777" w:rsidR="003C7CA3" w:rsidRDefault="003C7CA3">
            <w:pPr>
              <w:keepNext/>
            </w:pPr>
          </w:p>
        </w:tc>
        <w:tc>
          <w:tcPr>
            <w:tcW w:w="3212" w:type="dxa"/>
            <w:gridSpan w:val="2"/>
          </w:tcPr>
          <w:p w14:paraId="199C76B0" w14:textId="77777777" w:rsidR="003C7CA3" w:rsidRDefault="003454F7">
            <w:pPr>
              <w:keepNext/>
            </w:pPr>
            <w:r>
              <w:rPr>
                <w:b/>
                <w:color w:val="0D5F78"/>
              </w:rPr>
              <w:t>Carte funciară nr.</w:t>
            </w:r>
          </w:p>
          <w:p w14:paraId="2281F46A" w14:textId="77777777" w:rsidR="003C7CA3" w:rsidRDefault="003C7CA3">
            <w:pPr>
              <w:keepNext/>
            </w:pPr>
          </w:p>
        </w:tc>
      </w:tr>
      <w:tr w:rsidR="003C7CA3" w14:paraId="0E827CAC" w14:textId="77777777">
        <w:trPr>
          <w:cantSplit/>
          <w:trHeight w:val="510"/>
        </w:trPr>
        <w:tc>
          <w:tcPr>
            <w:tcW w:w="3212" w:type="dxa"/>
          </w:tcPr>
          <w:p w14:paraId="482CE6BA" w14:textId="77777777" w:rsidR="003C7CA3" w:rsidRDefault="003454F7">
            <w:pPr>
              <w:keepNext/>
            </w:pPr>
            <w:r>
              <w:rPr>
                <w:b/>
                <w:color w:val="0D5F78"/>
              </w:rPr>
              <w:t>Județul</w:t>
            </w:r>
          </w:p>
          <w:p w14:paraId="7D9C4ADA" w14:textId="77777777" w:rsidR="003C7CA3" w:rsidRDefault="003C7CA3">
            <w:pPr>
              <w:keepNext/>
            </w:pPr>
          </w:p>
        </w:tc>
        <w:tc>
          <w:tcPr>
            <w:tcW w:w="3212" w:type="dxa"/>
            <w:gridSpan w:val="4"/>
          </w:tcPr>
          <w:p w14:paraId="6FF092DD" w14:textId="77777777" w:rsidR="003C7CA3" w:rsidRDefault="003454F7">
            <w:pPr>
              <w:keepNext/>
            </w:pPr>
            <w:r>
              <w:rPr>
                <w:b/>
                <w:color w:val="0D5F78"/>
              </w:rPr>
              <w:t>Municipiul / orașul / comuna</w:t>
            </w:r>
          </w:p>
          <w:p w14:paraId="7B3F2A48" w14:textId="77777777" w:rsidR="003C7CA3" w:rsidRDefault="003C7CA3">
            <w:pPr>
              <w:keepNext/>
            </w:pPr>
          </w:p>
        </w:tc>
        <w:tc>
          <w:tcPr>
            <w:tcW w:w="3212" w:type="dxa"/>
            <w:gridSpan w:val="2"/>
          </w:tcPr>
          <w:p w14:paraId="4146120E" w14:textId="77777777" w:rsidR="003C7CA3" w:rsidRDefault="003454F7">
            <w:pPr>
              <w:keepNext/>
            </w:pPr>
            <w:r>
              <w:rPr>
                <w:b/>
                <w:color w:val="0D5F78"/>
              </w:rPr>
              <w:t>Satul / sectorul</w:t>
            </w:r>
          </w:p>
          <w:p w14:paraId="382F6D57" w14:textId="77777777" w:rsidR="003C7CA3" w:rsidRDefault="003C7CA3">
            <w:pPr>
              <w:keepNext/>
            </w:pPr>
          </w:p>
        </w:tc>
      </w:tr>
      <w:tr w:rsidR="003C7CA3" w14:paraId="350ADAED" w14:textId="77777777">
        <w:trPr>
          <w:cantSplit/>
          <w:trHeight w:val="510"/>
        </w:trPr>
        <w:tc>
          <w:tcPr>
            <w:tcW w:w="3212" w:type="dxa"/>
          </w:tcPr>
          <w:p w14:paraId="3EF592B3" w14:textId="77777777" w:rsidR="003C7CA3" w:rsidRDefault="003454F7">
            <w:pPr>
              <w:keepNext/>
            </w:pPr>
            <w:r>
              <w:rPr>
                <w:b/>
                <w:color w:val="0D5F78"/>
              </w:rPr>
              <w:t>Strada</w:t>
            </w:r>
          </w:p>
          <w:p w14:paraId="6E09AA0D" w14:textId="77777777" w:rsidR="003C7CA3" w:rsidRDefault="003C7CA3">
            <w:pPr>
              <w:keepNext/>
            </w:pPr>
          </w:p>
        </w:tc>
        <w:tc>
          <w:tcPr>
            <w:tcW w:w="803" w:type="dxa"/>
          </w:tcPr>
          <w:p w14:paraId="03CDAA70" w14:textId="77777777" w:rsidR="003C7CA3" w:rsidRDefault="003454F7">
            <w:pPr>
              <w:keepNext/>
            </w:pPr>
            <w:r>
              <w:rPr>
                <w:b/>
                <w:color w:val="0D5F78"/>
              </w:rPr>
              <w:t>Nr.</w:t>
            </w:r>
          </w:p>
          <w:p w14:paraId="04104BF4" w14:textId="77777777" w:rsidR="003C7CA3" w:rsidRDefault="003C7CA3">
            <w:pPr>
              <w:keepNext/>
            </w:pPr>
          </w:p>
        </w:tc>
        <w:tc>
          <w:tcPr>
            <w:tcW w:w="803" w:type="dxa"/>
          </w:tcPr>
          <w:p w14:paraId="003E8B23" w14:textId="77777777" w:rsidR="003C7CA3" w:rsidRDefault="003454F7">
            <w:pPr>
              <w:keepNext/>
            </w:pPr>
            <w:r>
              <w:rPr>
                <w:b/>
                <w:color w:val="0D5F78"/>
              </w:rPr>
              <w:t>Sc.</w:t>
            </w:r>
          </w:p>
          <w:p w14:paraId="7A6C79BB" w14:textId="77777777" w:rsidR="003C7CA3" w:rsidRDefault="003C7CA3">
            <w:pPr>
              <w:keepNext/>
            </w:pPr>
          </w:p>
        </w:tc>
        <w:tc>
          <w:tcPr>
            <w:tcW w:w="803" w:type="dxa"/>
          </w:tcPr>
          <w:p w14:paraId="2E86E7BB" w14:textId="77777777" w:rsidR="003C7CA3" w:rsidRDefault="003454F7">
            <w:pPr>
              <w:keepNext/>
            </w:pPr>
            <w:r>
              <w:rPr>
                <w:b/>
                <w:color w:val="0D5F78"/>
              </w:rPr>
              <w:t>Et.</w:t>
            </w:r>
          </w:p>
          <w:p w14:paraId="0874CF46" w14:textId="77777777" w:rsidR="003C7CA3" w:rsidRDefault="003C7CA3">
            <w:pPr>
              <w:keepNext/>
            </w:pPr>
          </w:p>
        </w:tc>
        <w:tc>
          <w:tcPr>
            <w:tcW w:w="803" w:type="dxa"/>
          </w:tcPr>
          <w:p w14:paraId="044057D9" w14:textId="77777777" w:rsidR="003C7CA3" w:rsidRDefault="003454F7">
            <w:pPr>
              <w:keepNext/>
            </w:pPr>
            <w:r>
              <w:rPr>
                <w:b/>
                <w:color w:val="0D5F78"/>
              </w:rPr>
              <w:t>Ap.</w:t>
            </w:r>
          </w:p>
          <w:p w14:paraId="3376C1C7" w14:textId="77777777" w:rsidR="003C7CA3" w:rsidRDefault="003C7CA3">
            <w:pPr>
              <w:keepNext/>
            </w:pPr>
          </w:p>
        </w:tc>
        <w:tc>
          <w:tcPr>
            <w:tcW w:w="1606" w:type="dxa"/>
          </w:tcPr>
          <w:p w14:paraId="6DF4ADA1" w14:textId="77777777" w:rsidR="003C7CA3" w:rsidRDefault="003454F7">
            <w:pPr>
              <w:keepNext/>
            </w:pPr>
            <w:r>
              <w:rPr>
                <w:b/>
                <w:color w:val="0D5F78"/>
              </w:rPr>
              <w:t>Cod poștal</w:t>
            </w:r>
          </w:p>
          <w:p w14:paraId="5EB5FE7C" w14:textId="77777777" w:rsidR="003C7CA3" w:rsidRDefault="003C7CA3">
            <w:pPr>
              <w:keepNext/>
            </w:pPr>
          </w:p>
        </w:tc>
        <w:tc>
          <w:tcPr>
            <w:tcW w:w="1606" w:type="dxa"/>
          </w:tcPr>
          <w:p w14:paraId="06F0C4C6" w14:textId="77777777" w:rsidR="003C7CA3" w:rsidRDefault="003454F7">
            <w:pPr>
              <w:keepNext/>
            </w:pPr>
            <w:r>
              <w:rPr>
                <w:b/>
                <w:color w:val="0D5F78"/>
              </w:rPr>
              <w:t>Țara</w:t>
            </w:r>
          </w:p>
          <w:p w14:paraId="5DB99EB8" w14:textId="77777777" w:rsidR="003C7CA3" w:rsidRDefault="003C7CA3">
            <w:pPr>
              <w:keepNext/>
            </w:pPr>
          </w:p>
        </w:tc>
      </w:tr>
    </w:tbl>
    <w:p w14:paraId="19038766" w14:textId="77777777" w:rsidR="003C7CA3" w:rsidRDefault="003C7CA3">
      <w:pPr>
        <w:spacing w:line="168" w:lineRule="auto"/>
      </w:pPr>
    </w:p>
    <w:p w14:paraId="376E231B" w14:textId="77777777" w:rsidR="003C7CA3" w:rsidRDefault="003454F7">
      <w:r>
        <w:br w:type="page"/>
      </w:r>
    </w:p>
    <w:p w14:paraId="17458E7D" w14:textId="7666EFC2" w:rsidR="003C7CA3" w:rsidRDefault="003454F7">
      <w:pPr>
        <w:spacing w:before="140" w:after="40"/>
        <w:jc w:val="center"/>
      </w:pPr>
      <w:r>
        <w:rPr>
          <w:b/>
          <w:sz w:val="34"/>
        </w:rPr>
        <w:lastRenderedPageBreak/>
        <w:t xml:space="preserve">ANEXA TEHNICĂ </w:t>
      </w:r>
    </w:p>
    <w:p w14:paraId="6278166B"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265C486" w14:textId="5A9420AA" w:rsidR="003C7CA3" w:rsidRPr="005375AB" w:rsidRDefault="003454F7" w:rsidP="005375AB">
      <w:pPr>
        <w:spacing w:after="120"/>
        <w:jc w:val="center"/>
        <w:rPr>
          <w:sz w:val="19"/>
          <w:lang w:val="fr-FR"/>
        </w:rPr>
      </w:pPr>
      <w:r w:rsidRPr="005B29C5">
        <w:rPr>
          <w:sz w:val="19"/>
          <w:lang w:val="fr-FR"/>
        </w:rPr>
        <w:t>se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6463CB" w14:paraId="332C7D5E" w14:textId="77777777">
        <w:trPr>
          <w:cantSplit/>
        </w:trPr>
        <w:tc>
          <w:tcPr>
            <w:tcW w:w="9636" w:type="dxa"/>
            <w:shd w:val="clear" w:color="auto" w:fill="F4F4F4"/>
          </w:tcPr>
          <w:p w14:paraId="4C23CF0D" w14:textId="14CB0DE0" w:rsidR="00F61A70" w:rsidRPr="00F61A70" w:rsidRDefault="003454F7" w:rsidP="00F61A70">
            <w:pPr>
              <w:pStyle w:val="ListParagraph"/>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r w:rsidR="00F61A70" w:rsidRPr="00F61A70">
              <w:rPr>
                <w:b/>
                <w:color w:val="000000"/>
                <w:sz w:val="18"/>
                <w:lang w:val="fr-FR"/>
              </w:rPr>
              <w:t xml:space="preserve"> </w:t>
            </w:r>
          </w:p>
          <w:p w14:paraId="3530FB7B" w14:textId="0844A2BD"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6463CB" w14:paraId="3C6A968F" w14:textId="77777777">
        <w:trPr>
          <w:cantSplit/>
        </w:trPr>
        <w:tc>
          <w:tcPr>
            <w:tcW w:w="9636" w:type="dxa"/>
            <w:shd w:val="clear" w:color="auto" w:fill="F4F4F4"/>
          </w:tcPr>
          <w:p w14:paraId="4CD25743" w14:textId="34781603" w:rsidR="003C7CA3" w:rsidRPr="00F61A70" w:rsidRDefault="003454F7">
            <w:pPr>
              <w:keepNext/>
              <w:rPr>
                <w:b/>
                <w:bCs/>
                <w:lang w:val="fr-FR"/>
              </w:rPr>
            </w:pPr>
            <w:r w:rsidRPr="005B29C5">
              <w:rPr>
                <w:sz w:val="16"/>
                <w:lang w:val="fr-FR"/>
              </w:rPr>
              <w:t xml:space="preserve"> </w:t>
            </w: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6463CB" w14:paraId="147A6BE2" w14:textId="77777777">
        <w:trPr>
          <w:cantSplit/>
        </w:trPr>
        <w:tc>
          <w:tcPr>
            <w:tcW w:w="9636" w:type="dxa"/>
          </w:tcPr>
          <w:p w14:paraId="601EB108" w14:textId="77777777" w:rsidR="003C7CA3" w:rsidRPr="005B29C5" w:rsidRDefault="003454F7">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3C7CA3" w:rsidRPr="006463CB" w14:paraId="2D382061" w14:textId="77777777">
        <w:trPr>
          <w:cantSplit/>
        </w:trPr>
        <w:tc>
          <w:tcPr>
            <w:tcW w:w="9636" w:type="dxa"/>
          </w:tcPr>
          <w:p w14:paraId="378966C3" w14:textId="77777777" w:rsidR="003C7CA3" w:rsidRPr="005B29C5" w:rsidRDefault="003454F7">
            <w:pPr>
              <w:keepNext/>
              <w:rPr>
                <w:lang w:val="fr-FR"/>
              </w:rPr>
            </w:pPr>
            <w:r w:rsidRPr="005B29C5">
              <w:rPr>
                <w:sz w:val="16"/>
                <w:lang w:val="fr-FR"/>
              </w:rPr>
              <w:t xml:space="preserve"> </w:t>
            </w: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6463CB" w14:paraId="55BF03ED" w14:textId="77777777">
        <w:trPr>
          <w:cantSplit/>
        </w:trPr>
        <w:tc>
          <w:tcPr>
            <w:tcW w:w="9636" w:type="dxa"/>
          </w:tcPr>
          <w:p w14:paraId="5D3F0566" w14:textId="77777777" w:rsidR="003C7CA3" w:rsidRPr="005B29C5" w:rsidRDefault="003454F7">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6463CB" w14:paraId="4289A147" w14:textId="77777777">
        <w:trPr>
          <w:cantSplit/>
        </w:trPr>
        <w:tc>
          <w:tcPr>
            <w:tcW w:w="9636" w:type="dxa"/>
          </w:tcPr>
          <w:p w14:paraId="1C068E31" w14:textId="77777777" w:rsidR="003C7CA3" w:rsidRPr="005B29C5" w:rsidRDefault="003454F7">
            <w:pPr>
              <w:keepNext/>
              <w:rPr>
                <w:lang w:val="fr-FR"/>
              </w:rPr>
            </w:pPr>
            <w:r w:rsidRPr="005B29C5">
              <w:rPr>
                <w:sz w:val="16"/>
                <w:lang w:val="fr-FR"/>
              </w:rPr>
              <w:t xml:space="preserve"> </w:t>
            </w:r>
            <w:r w:rsidRPr="00F61A70">
              <w:rPr>
                <w:b/>
                <w:bCs/>
                <w:sz w:val="16"/>
                <w:lang w:val="fr-FR"/>
              </w:rPr>
              <w:t>☐ A.2 · clădiri industriale</w:t>
            </w:r>
            <w:r w:rsidRPr="005B29C5">
              <w:rPr>
                <w:sz w:val="16"/>
                <w:lang w:val="fr-FR"/>
              </w:rPr>
              <w:t>:     ☐ pentru producție     ☐ pentru depozitare</w:t>
            </w:r>
          </w:p>
        </w:tc>
      </w:tr>
      <w:tr w:rsidR="003C7CA3" w:rsidRPr="00F61A70" w14:paraId="66EE989E" w14:textId="77777777">
        <w:trPr>
          <w:cantSplit/>
        </w:trPr>
        <w:tc>
          <w:tcPr>
            <w:tcW w:w="9636" w:type="dxa"/>
          </w:tcPr>
          <w:p w14:paraId="37CC924E" w14:textId="000DBB95" w:rsidR="00F61A70" w:rsidRDefault="003454F7">
            <w:pPr>
              <w:keepNext/>
              <w:rPr>
                <w:sz w:val="16"/>
                <w:lang w:val="fr-FR"/>
              </w:rPr>
            </w:pPr>
            <w:r w:rsidRPr="005B29C5">
              <w:rPr>
                <w:sz w:val="16"/>
                <w:lang w:val="fr-FR"/>
              </w:rPr>
              <w:t xml:space="preserve"> </w:t>
            </w:r>
            <w:r w:rsidRPr="00F61A70">
              <w:rPr>
                <w:b/>
                <w:bCs/>
                <w:sz w:val="16"/>
                <w:lang w:val="fr-FR"/>
              </w:rPr>
              <w:t>☐ A.3 · clădiri agricole</w:t>
            </w:r>
            <w:r w:rsidR="00F61A70">
              <w:rPr>
                <w:b/>
                <w:bCs/>
                <w:sz w:val="16"/>
                <w:lang w:val="fr-FR"/>
              </w:rPr>
              <w:t> :</w:t>
            </w:r>
            <w:r w:rsidRPr="005B29C5">
              <w:rPr>
                <w:sz w:val="16"/>
                <w:lang w:val="fr-FR"/>
              </w:rPr>
              <w:t xml:space="preserve">     </w:t>
            </w:r>
            <w:r w:rsidR="00F61A70">
              <w:rPr>
                <w:sz w:val="16"/>
                <w:lang w:val="fr-FR"/>
              </w:rPr>
              <w:t xml:space="preserve">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14:paraId="34FCF277" w14:textId="3E157D9F" w:rsidR="003C7CA3" w:rsidRPr="00F61A70" w:rsidRDefault="00F61A70">
            <w:pPr>
              <w:keepNext/>
              <w:rPr>
                <w:b/>
                <w:bCs/>
                <w:lang w:val="fr-FR"/>
              </w:rPr>
            </w:pPr>
            <w:r>
              <w:rPr>
                <w:b/>
                <w:bCs/>
                <w:sz w:val="16"/>
                <w:lang w:val="fr-FR"/>
              </w:rPr>
              <w:t xml:space="preserve"> </w:t>
            </w:r>
            <w:r w:rsidRPr="00F61A70">
              <w:rPr>
                <w:b/>
                <w:bCs/>
                <w:sz w:val="16"/>
                <w:lang w:val="fr-FR"/>
              </w:rPr>
              <w:t>☐ A.4 · clădiri / construcții cu caracter special</w:t>
            </w:r>
          </w:p>
        </w:tc>
      </w:tr>
      <w:tr w:rsidR="003C7CA3" w:rsidRPr="006463CB" w14:paraId="46F48AAA" w14:textId="77777777">
        <w:trPr>
          <w:cantSplit/>
        </w:trPr>
        <w:tc>
          <w:tcPr>
            <w:tcW w:w="9636" w:type="dxa"/>
            <w:shd w:val="clear" w:color="auto" w:fill="F4F4F4"/>
          </w:tcPr>
          <w:p w14:paraId="655B49BC" w14:textId="4F4F659C"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14:paraId="5D7C2172" w14:textId="6F7BB4BB"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ță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14:paraId="11B8FA7A" w14:textId="0F9F5B3C"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14:paraId="3889BADC" w14:textId="77777777" w:rsidR="00F61A70" w:rsidRDefault="00F61A70">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r w:rsidRPr="005B29C5">
              <w:rPr>
                <w:sz w:val="16"/>
                <w:lang w:val="fr-FR"/>
              </w:rPr>
              <w:t xml:space="preserve">    </w:t>
            </w:r>
          </w:p>
          <w:p w14:paraId="6A61D9FC" w14:textId="2CF1F153" w:rsidR="00F61A70" w:rsidRPr="005B29C5" w:rsidRDefault="00F61A70">
            <w:pPr>
              <w:keepNext/>
              <w:rPr>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6463CB" w14:paraId="5C30782E" w14:textId="77777777">
        <w:trPr>
          <w:cantSplit/>
        </w:trPr>
        <w:tc>
          <w:tcPr>
            <w:tcW w:w="9636" w:type="dxa"/>
          </w:tcPr>
          <w:p w14:paraId="2E7867BD" w14:textId="77777777" w:rsidR="003C7CA3" w:rsidRPr="00F61A70" w:rsidRDefault="003454F7">
            <w:pPr>
              <w:keepNext/>
              <w:rPr>
                <w:b/>
                <w:bCs/>
                <w:lang w:val="fr-FR"/>
              </w:rPr>
            </w:pPr>
            <w:r w:rsidRPr="00F61A70">
              <w:rPr>
                <w:b/>
                <w:bCs/>
                <w:sz w:val="16"/>
                <w:lang w:val="fr-FR"/>
              </w:rPr>
              <w:t>☐ B.1 · realizate la alte construcții decât cele de la B.2 și B.3:</w:t>
            </w:r>
          </w:p>
        </w:tc>
      </w:tr>
      <w:tr w:rsidR="003C7CA3" w14:paraId="4E54D5F5" w14:textId="77777777">
        <w:trPr>
          <w:cantSplit/>
        </w:trPr>
        <w:tc>
          <w:tcPr>
            <w:tcW w:w="9636" w:type="dxa"/>
          </w:tcPr>
          <w:p w14:paraId="15613C59" w14:textId="006DCEB3" w:rsidR="003C7CA3" w:rsidRPr="00F61A70" w:rsidRDefault="003454F7">
            <w:pPr>
              <w:keepNext/>
              <w:rPr>
                <w:b/>
                <w:bCs/>
              </w:rPr>
            </w:pPr>
            <w:r w:rsidRPr="00F61A70">
              <w:rPr>
                <w:b/>
                <w:bCs/>
                <w:sz w:val="16"/>
              </w:rPr>
              <w:t>☐ B.2 · realizate la:</w:t>
            </w:r>
          </w:p>
        </w:tc>
      </w:tr>
      <w:tr w:rsidR="003C7CA3" w:rsidRPr="006463CB" w14:paraId="21686F75" w14:textId="77777777">
        <w:trPr>
          <w:cantSplit/>
        </w:trPr>
        <w:tc>
          <w:tcPr>
            <w:tcW w:w="9636" w:type="dxa"/>
          </w:tcPr>
          <w:p w14:paraId="27A0F79D" w14:textId="77777777" w:rsidR="003C7CA3" w:rsidRPr="00207E5E" w:rsidRDefault="003454F7">
            <w:pPr>
              <w:keepNext/>
              <w:rPr>
                <w:lang w:val="it-IT"/>
              </w:rPr>
            </w:pPr>
            <w:r w:rsidRPr="00207E5E">
              <w:rPr>
                <w:sz w:val="16"/>
                <w:lang w:val="it-IT"/>
              </w:rPr>
              <w:t>☐ construcții monument istoric (Legea nr. 422/2001), inclusiv anexele din același imobil</w:t>
            </w:r>
          </w:p>
          <w:p w14:paraId="6548132E" w14:textId="77777777" w:rsidR="003C7CA3" w:rsidRPr="005B29C5" w:rsidRDefault="003454F7">
            <w:pPr>
              <w:keepNext/>
              <w:rPr>
                <w:lang w:val="fr-FR"/>
              </w:rPr>
            </w:pPr>
            <w:r w:rsidRPr="005B29C5">
              <w:rPr>
                <w:sz w:val="16"/>
                <w:lang w:val="fr-FR"/>
              </w:rPr>
              <w:t>☐ construcții în zona de protecție a monumentelor istorice</w:t>
            </w:r>
          </w:p>
          <w:p w14:paraId="1914C10D" w14:textId="77777777" w:rsidR="003C7CA3" w:rsidRPr="005B29C5" w:rsidRDefault="003454F7">
            <w:pPr>
              <w:keepNext/>
              <w:rPr>
                <w:lang w:val="fr-FR"/>
              </w:rPr>
            </w:pPr>
            <w:r w:rsidRPr="005B29C5">
              <w:rPr>
                <w:sz w:val="16"/>
                <w:lang w:val="fr-FR"/>
              </w:rPr>
              <w:t>☐ construcții în zone construite protejate</w:t>
            </w:r>
          </w:p>
          <w:p w14:paraId="4C3ED46E" w14:textId="77777777" w:rsidR="003C7CA3" w:rsidRPr="005B29C5" w:rsidRDefault="003454F7">
            <w:pPr>
              <w:keepNext/>
              <w:rPr>
                <w:lang w:val="fr-FR"/>
              </w:rPr>
            </w:pPr>
            <w:r w:rsidRPr="005B29C5">
              <w:rPr>
                <w:sz w:val="16"/>
                <w:lang w:val="fr-FR"/>
              </w:rPr>
              <w:t>☐ construcții cu valoare arhitecturală sau istorică deosebită, stabilite prin documentații de urbanism aprobate</w:t>
            </w:r>
          </w:p>
        </w:tc>
      </w:tr>
      <w:tr w:rsidR="003C7CA3" w:rsidRPr="006463CB" w14:paraId="365A3BB4" w14:textId="77777777">
        <w:trPr>
          <w:cantSplit/>
        </w:trPr>
        <w:tc>
          <w:tcPr>
            <w:tcW w:w="9636" w:type="dxa"/>
          </w:tcPr>
          <w:p w14:paraId="3E8899C5" w14:textId="67645643" w:rsidR="003C7CA3" w:rsidRPr="00F61A70" w:rsidRDefault="003454F7">
            <w:pPr>
              <w:keepNext/>
              <w:rPr>
                <w:b/>
                <w:bCs/>
                <w:lang w:val="fr-FR"/>
              </w:rPr>
            </w:pPr>
            <w:r w:rsidRPr="00F61A70">
              <w:rPr>
                <w:b/>
                <w:bCs/>
                <w:sz w:val="16"/>
                <w:lang w:val="fr-FR"/>
              </w:rPr>
              <w:t>☐ B.3 · realizate la clădiri / construcții cu caracter special, care</w:t>
            </w:r>
            <w:r w:rsidR="00F61A70" w:rsidRPr="00F61A70">
              <w:rPr>
                <w:b/>
                <w:bCs/>
                <w:sz w:val="16"/>
                <w:lang w:val="fr-FR"/>
              </w:rPr>
              <w:t> :</w:t>
            </w:r>
          </w:p>
          <w:p w14:paraId="197FF23C" w14:textId="76775AA0" w:rsidR="003C7CA3" w:rsidRPr="005B29C5" w:rsidRDefault="003454F7">
            <w:pPr>
              <w:keepNext/>
              <w:rPr>
                <w:lang w:val="fr-FR"/>
              </w:rPr>
            </w:pPr>
            <w:r w:rsidRPr="005B29C5">
              <w:rPr>
                <w:sz w:val="16"/>
                <w:lang w:val="fr-FR"/>
              </w:rPr>
              <w:t>☐ nu se încadrează</w:t>
            </w:r>
            <w:r w:rsidR="00F61A70">
              <w:rPr>
                <w:sz w:val="16"/>
                <w:lang w:val="fr-FR"/>
              </w:rPr>
              <w:t xml:space="preserve"> </w:t>
            </w:r>
            <w:r w:rsidR="00F61A70" w:rsidRPr="005B29C5">
              <w:rPr>
                <w:sz w:val="16"/>
                <w:lang w:val="fr-FR"/>
              </w:rPr>
              <w:t>în categoriile de la B.2</w:t>
            </w:r>
          </w:p>
          <w:p w14:paraId="5C7CAF34" w14:textId="77777777" w:rsidR="003C7CA3" w:rsidRPr="005B29C5" w:rsidRDefault="003454F7">
            <w:pPr>
              <w:keepNext/>
              <w:rPr>
                <w:lang w:val="fr-FR"/>
              </w:rPr>
            </w:pPr>
            <w:r w:rsidRPr="005B29C5">
              <w:rPr>
                <w:sz w:val="16"/>
                <w:lang w:val="fr-FR"/>
              </w:rPr>
              <w:t>☐ se încadrează în categoriile de la B.2</w:t>
            </w:r>
          </w:p>
        </w:tc>
      </w:tr>
      <w:tr w:rsidR="003C7CA3" w14:paraId="2DE849E8" w14:textId="77777777">
        <w:trPr>
          <w:cantSplit/>
        </w:trPr>
        <w:tc>
          <w:tcPr>
            <w:tcW w:w="9636" w:type="dxa"/>
            <w:shd w:val="clear" w:color="auto" w:fill="F4F4F4"/>
          </w:tcPr>
          <w:p w14:paraId="3EB12BC0" w14:textId="77777777" w:rsidR="003C7CA3" w:rsidRPr="00F61A70" w:rsidRDefault="003454F7">
            <w:pPr>
              <w:keepNext/>
              <w:rPr>
                <w:b/>
                <w:bCs/>
              </w:rPr>
            </w:pPr>
            <w:r w:rsidRPr="00F61A70">
              <w:rPr>
                <w:b/>
                <w:bCs/>
                <w:sz w:val="16"/>
                <w:lang w:val="fr-FR"/>
              </w:rPr>
              <w:t xml:space="preserve"> </w:t>
            </w:r>
            <w:r w:rsidRPr="00F61A70">
              <w:rPr>
                <w:b/>
                <w:bCs/>
                <w:sz w:val="16"/>
              </w:rPr>
              <w:t>C · Amenajări</w:t>
            </w:r>
          </w:p>
        </w:tc>
      </w:tr>
      <w:tr w:rsidR="003C7CA3" w:rsidRPr="006463CB" w14:paraId="66C8F468" w14:textId="77777777">
        <w:trPr>
          <w:cantSplit/>
        </w:trPr>
        <w:tc>
          <w:tcPr>
            <w:tcW w:w="9636" w:type="dxa"/>
          </w:tcPr>
          <w:p w14:paraId="43680500" w14:textId="77777777" w:rsidR="003C7CA3" w:rsidRPr="00207E5E" w:rsidRDefault="003454F7">
            <w:pPr>
              <w:keepNext/>
              <w:rPr>
                <w:lang w:val="it-IT"/>
              </w:rPr>
            </w:pPr>
            <w:r w:rsidRPr="00207E5E">
              <w:rPr>
                <w:sz w:val="16"/>
                <w:lang w:val="it-IT"/>
              </w:rPr>
              <w:t>☐ C.1 · amenajări civile</w:t>
            </w:r>
          </w:p>
          <w:p w14:paraId="0894A1ED" w14:textId="77777777" w:rsidR="003C7CA3" w:rsidRPr="00207E5E" w:rsidRDefault="003454F7">
            <w:pPr>
              <w:keepNext/>
              <w:rPr>
                <w:lang w:val="it-IT"/>
              </w:rPr>
            </w:pPr>
            <w:r w:rsidRPr="00207E5E">
              <w:rPr>
                <w:sz w:val="16"/>
                <w:lang w:val="it-IT"/>
              </w:rPr>
              <w:t>☐ C.2 · amenajări și îmbunătățiri funciare</w:t>
            </w:r>
          </w:p>
          <w:p w14:paraId="4914BB2B" w14:textId="77777777" w:rsidR="003C7CA3" w:rsidRPr="00207E5E" w:rsidRDefault="003454F7">
            <w:pPr>
              <w:keepNext/>
              <w:rPr>
                <w:lang w:val="it-IT"/>
              </w:rPr>
            </w:pPr>
            <w:r w:rsidRPr="00207E5E">
              <w:rPr>
                <w:sz w:val="16"/>
                <w:lang w:val="it-IT"/>
              </w:rPr>
              <w:t>☐ C.3 · construcții provizorii / cu caracter temporar</w:t>
            </w:r>
          </w:p>
          <w:p w14:paraId="3B5D31B2" w14:textId="77777777" w:rsidR="003C7CA3" w:rsidRPr="00207E5E" w:rsidRDefault="003454F7">
            <w:pPr>
              <w:keepNext/>
              <w:rPr>
                <w:lang w:val="it-IT"/>
              </w:rPr>
            </w:pPr>
            <w:r w:rsidRPr="00207E5E">
              <w:rPr>
                <w:sz w:val="16"/>
                <w:lang w:val="it-IT"/>
              </w:rPr>
              <w:t>☐ C.4 · cercetarea / prospectarea terenurilor, foraje, excavări, studii topografice, geologice, geotehnice, geofizice, hidrologice</w:t>
            </w:r>
          </w:p>
          <w:p w14:paraId="014841AD" w14:textId="77777777" w:rsidR="003C7CA3" w:rsidRPr="00207E5E" w:rsidRDefault="003454F7">
            <w:pPr>
              <w:keepNext/>
              <w:rPr>
                <w:lang w:val="it-IT"/>
              </w:rPr>
            </w:pPr>
            <w:r w:rsidRPr="00207E5E">
              <w:rPr>
                <w:sz w:val="16"/>
                <w:lang w:val="it-IT"/>
              </w:rPr>
              <w:t>☐ C.5 · cercetări pentru zăcăminte naturale</w:t>
            </w:r>
          </w:p>
          <w:p w14:paraId="4C0C2C50" w14:textId="77777777" w:rsidR="003C7CA3" w:rsidRPr="005B29C5" w:rsidRDefault="003454F7">
            <w:pPr>
              <w:keepNext/>
              <w:rPr>
                <w:lang w:val="fr-FR"/>
              </w:rPr>
            </w:pPr>
            <w:r w:rsidRPr="005B29C5">
              <w:rPr>
                <w:sz w:val="16"/>
                <w:lang w:val="fr-FR"/>
              </w:rPr>
              <w:t>☐ C.6 · spații verzi, plantate</w:t>
            </w:r>
          </w:p>
          <w:p w14:paraId="0A0CE830" w14:textId="77777777" w:rsidR="003C7CA3" w:rsidRPr="005B29C5" w:rsidRDefault="003454F7">
            <w:pPr>
              <w:keepNext/>
              <w:rPr>
                <w:lang w:val="fr-FR"/>
              </w:rPr>
            </w:pPr>
            <w:r w:rsidRPr="005B29C5">
              <w:rPr>
                <w:sz w:val="16"/>
                <w:lang w:val="fr-FR"/>
              </w:rPr>
              <w:t>☐ C.7 · spații publice</w:t>
            </w:r>
          </w:p>
          <w:p w14:paraId="2C342054" w14:textId="77777777" w:rsidR="003C7CA3" w:rsidRPr="005B29C5" w:rsidRDefault="003454F7">
            <w:pPr>
              <w:keepNext/>
              <w:rPr>
                <w:lang w:val="fr-FR"/>
              </w:rPr>
            </w:pPr>
            <w:r w:rsidRPr="005B29C5">
              <w:rPr>
                <w:sz w:val="16"/>
                <w:lang w:val="fr-FR"/>
              </w:rPr>
              <w:t>☐ C.8 · organizare de șantier</w:t>
            </w:r>
          </w:p>
        </w:tc>
      </w:tr>
      <w:tr w:rsidR="003C7CA3" w:rsidRPr="006463CB" w14:paraId="49124A1B" w14:textId="77777777">
        <w:trPr>
          <w:cantSplit/>
        </w:trPr>
        <w:tc>
          <w:tcPr>
            <w:tcW w:w="9636" w:type="dxa"/>
            <w:shd w:val="clear" w:color="auto" w:fill="F4F4F4"/>
          </w:tcPr>
          <w:p w14:paraId="465514F8" w14:textId="77777777"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rsidRPr="006463CB" w14:paraId="04D8B1F3" w14:textId="77777777">
        <w:trPr>
          <w:cantSplit/>
        </w:trPr>
        <w:tc>
          <w:tcPr>
            <w:tcW w:w="9636" w:type="dxa"/>
          </w:tcPr>
          <w:p w14:paraId="5DB1C9BE" w14:textId="77777777" w:rsidR="003C7CA3" w:rsidRPr="005B29C5" w:rsidRDefault="003454F7">
            <w:pPr>
              <w:rPr>
                <w:lang w:val="fr-FR"/>
              </w:rPr>
            </w:pPr>
            <w:r w:rsidRPr="005B29C5">
              <w:rPr>
                <w:sz w:val="16"/>
                <w:lang w:val="fr-FR"/>
              </w:rPr>
              <w:t>☐ D.1 · infrastructura de transport, alta decât cea de interes național</w:t>
            </w:r>
          </w:p>
          <w:p w14:paraId="0895795C" w14:textId="77777777" w:rsidR="003C7CA3" w:rsidRPr="005B29C5" w:rsidRDefault="003454F7">
            <w:pPr>
              <w:rPr>
                <w:lang w:val="fr-FR"/>
              </w:rPr>
            </w:pPr>
            <w:r w:rsidRPr="005B29C5">
              <w:rPr>
                <w:sz w:val="16"/>
                <w:lang w:val="fr-FR"/>
              </w:rPr>
              <w:t>☐ D.2 · infrastructură în domeniul energiei</w:t>
            </w:r>
          </w:p>
          <w:p w14:paraId="695D7125" w14:textId="77777777" w:rsidR="003C7CA3" w:rsidRPr="005B29C5" w:rsidRDefault="003454F7">
            <w:pPr>
              <w:rPr>
                <w:lang w:val="fr-FR"/>
              </w:rPr>
            </w:pPr>
            <w:r w:rsidRPr="005B29C5">
              <w:rPr>
                <w:sz w:val="16"/>
                <w:lang w:val="fr-FR"/>
              </w:rPr>
              <w:t>☐ D.3 · rețele de comunicații electronice și infrastructurile fizice aferente</w:t>
            </w:r>
          </w:p>
          <w:p w14:paraId="40CA9785" w14:textId="77777777" w:rsidR="003C7CA3" w:rsidRPr="005B29C5" w:rsidRDefault="003454F7">
            <w:pPr>
              <w:rPr>
                <w:lang w:val="fr-FR"/>
              </w:rPr>
            </w:pPr>
            <w:r w:rsidRPr="005B29C5">
              <w:rPr>
                <w:sz w:val="16"/>
                <w:lang w:val="fr-FR"/>
              </w:rPr>
              <w:t>☐ D.4 · gospodărirea apelor</w:t>
            </w:r>
          </w:p>
          <w:p w14:paraId="3723A58E" w14:textId="77777777" w:rsidR="003C7CA3" w:rsidRPr="005B29C5" w:rsidRDefault="003454F7">
            <w:pPr>
              <w:rPr>
                <w:lang w:val="fr-FR"/>
              </w:rPr>
            </w:pPr>
            <w:r w:rsidRPr="005B29C5">
              <w:rPr>
                <w:sz w:val="16"/>
                <w:lang w:val="fr-FR"/>
              </w:rPr>
              <w:t>☐ D.5 · hidrotehnice</w:t>
            </w:r>
          </w:p>
          <w:p w14:paraId="6D930310" w14:textId="77777777" w:rsidR="003C7CA3" w:rsidRPr="005B29C5" w:rsidRDefault="003454F7">
            <w:pPr>
              <w:rPr>
                <w:lang w:val="fr-FR"/>
              </w:rPr>
            </w:pPr>
            <w:r w:rsidRPr="005B29C5">
              <w:rPr>
                <w:sz w:val="16"/>
                <w:lang w:val="fr-FR"/>
              </w:rPr>
              <w:t>☐ D.6 · miniere</w:t>
            </w:r>
          </w:p>
          <w:p w14:paraId="3BE96BC8" w14:textId="77777777" w:rsidR="003C7CA3" w:rsidRPr="00207E5E" w:rsidRDefault="003454F7">
            <w:pPr>
              <w:rPr>
                <w:lang w:val="it-IT"/>
              </w:rPr>
            </w:pPr>
            <w:r w:rsidRPr="00207E5E">
              <w:rPr>
                <w:sz w:val="16"/>
                <w:lang w:val="it-IT"/>
              </w:rPr>
              <w:t>☐ D.7 · alte lucrări inginerești necesare unor obiective de interes public</w:t>
            </w:r>
          </w:p>
        </w:tc>
      </w:tr>
    </w:tbl>
    <w:p w14:paraId="082F6609" w14:textId="77777777" w:rsidR="003C7CA3" w:rsidRPr="00207E5E" w:rsidRDefault="003C7CA3">
      <w:pPr>
        <w:spacing w:line="168" w:lineRule="auto"/>
        <w:rPr>
          <w:u w:val="single"/>
          <w:lang w:val="it-IT"/>
        </w:rPr>
      </w:pPr>
    </w:p>
    <w:p w14:paraId="7B0C7BA1" w14:textId="77777777" w:rsidR="00913191" w:rsidRPr="00913191" w:rsidRDefault="00913191">
      <w:pPr>
        <w:spacing w:line="168" w:lineRule="auto"/>
        <w:rPr>
          <w:sz w:val="18"/>
          <w:szCs w:val="18"/>
          <w:u w:val="single"/>
          <w:lang w:val="fr-FR"/>
        </w:rPr>
      </w:pPr>
    </w:p>
    <w:p w14:paraId="4AA9E511" w14:textId="2D0DDB8C" w:rsidR="00913191" w:rsidRPr="00913191" w:rsidRDefault="00913191" w:rsidP="00913191">
      <w:pPr>
        <w:rPr>
          <w:sz w:val="20"/>
          <w:szCs w:val="20"/>
          <w:u w:val="single"/>
          <w:lang w:val="fr-FR"/>
        </w:rPr>
      </w:pPr>
      <w:r w:rsidRPr="00913191">
        <w:rPr>
          <w:sz w:val="20"/>
          <w:szCs w:val="20"/>
          <w:u w:val="single"/>
          <w:lang w:val="fr-FR"/>
        </w:rPr>
        <w:t xml:space="preserve">Punctele 2-9 se completeaza în cazul cladirilor și al intervențiilor asupra clădirilor existente, iar </w:t>
      </w:r>
      <w:r w:rsidR="00F61A70">
        <w:rPr>
          <w:sz w:val="20"/>
          <w:szCs w:val="20"/>
          <w:u w:val="single"/>
          <w:lang w:val="fr-FR"/>
        </w:rPr>
        <w:t xml:space="preserve"> </w:t>
      </w:r>
      <w:r w:rsidRPr="00913191">
        <w:rPr>
          <w:sz w:val="20"/>
          <w:szCs w:val="20"/>
          <w:u w:val="single"/>
          <w:lang w:val="fr-FR"/>
        </w:rPr>
        <w:t>în cazul amenjărilor</w:t>
      </w:r>
      <w:r>
        <w:rPr>
          <w:sz w:val="20"/>
          <w:szCs w:val="20"/>
          <w:u w:val="single"/>
          <w:lang w:val="fr-FR"/>
        </w:rPr>
        <w:t xml:space="preserve"> </w:t>
      </w:r>
      <w:r w:rsidRPr="00913191">
        <w:rPr>
          <w:sz w:val="20"/>
          <w:szCs w:val="20"/>
          <w:u w:val="single"/>
          <w:lang w:val="fr-FR"/>
        </w:rPr>
        <w:t>/lucrărilor inginerești, doar dacă acestea cuprind și clădiri</w:t>
      </w:r>
    </w:p>
    <w:p w14:paraId="4D0FD730" w14:textId="77777777" w:rsidR="00913191" w:rsidRPr="00913191" w:rsidRDefault="00913191">
      <w:pPr>
        <w:spacing w:line="168" w:lineRule="auto"/>
        <w:rPr>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5B29C5" w14:paraId="0C8ACC4D" w14:textId="77777777">
        <w:trPr>
          <w:cantSplit/>
        </w:trPr>
        <w:tc>
          <w:tcPr>
            <w:tcW w:w="9636" w:type="dxa"/>
            <w:gridSpan w:val="5"/>
            <w:shd w:val="clear" w:color="auto" w:fill="F4F4F4"/>
          </w:tcPr>
          <w:p w14:paraId="1D6A27EF" w14:textId="19CFC06A"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F61A70" w14:paraId="7869F015" w14:textId="77777777">
        <w:trPr>
          <w:cantSplit/>
          <w:trHeight w:val="510"/>
        </w:trPr>
        <w:tc>
          <w:tcPr>
            <w:tcW w:w="3212" w:type="dxa"/>
            <w:gridSpan w:val="2"/>
          </w:tcPr>
          <w:p w14:paraId="43CC5C98" w14:textId="77777777" w:rsidR="003C7CA3" w:rsidRDefault="003454F7">
            <w:pPr>
              <w:keepNext/>
            </w:pPr>
            <w:r>
              <w:rPr>
                <w:b/>
                <w:color w:val="0D5F78"/>
              </w:rPr>
              <w:t>Suprafața terenului (m²)</w:t>
            </w:r>
          </w:p>
          <w:p w14:paraId="12091D05" w14:textId="77777777" w:rsidR="003C7CA3" w:rsidRDefault="003C7CA3">
            <w:pPr>
              <w:keepNext/>
            </w:pPr>
          </w:p>
        </w:tc>
        <w:tc>
          <w:tcPr>
            <w:tcW w:w="6424" w:type="dxa"/>
            <w:gridSpan w:val="3"/>
          </w:tcPr>
          <w:p w14:paraId="02AB0E94" w14:textId="77777777" w:rsidR="003C7CA3" w:rsidRPr="005B29C5" w:rsidRDefault="003454F7">
            <w:pPr>
              <w:keepNext/>
              <w:rPr>
                <w:lang w:val="fr-FR"/>
              </w:rPr>
            </w:pPr>
            <w:r w:rsidRPr="005B29C5">
              <w:rPr>
                <w:b/>
                <w:color w:val="0D5F78"/>
                <w:lang w:val="fr-FR"/>
              </w:rPr>
              <w:t>Terenul este</w:t>
            </w:r>
          </w:p>
          <w:p w14:paraId="775AFB5C" w14:textId="77777777" w:rsidR="003C7CA3" w:rsidRPr="005B29C5" w:rsidRDefault="003454F7">
            <w:pPr>
              <w:keepNext/>
              <w:rPr>
                <w:lang w:val="fr-FR"/>
              </w:rPr>
            </w:pPr>
            <w:r w:rsidRPr="005B29C5">
              <w:rPr>
                <w:sz w:val="16"/>
                <w:lang w:val="fr-FR"/>
              </w:rPr>
              <w:t>☐ liber de construcții     ☐ nu este liber de construcții</w:t>
            </w:r>
          </w:p>
        </w:tc>
      </w:tr>
      <w:tr w:rsidR="003C7CA3" w:rsidRPr="005B29C5" w14:paraId="7F716C47" w14:textId="77777777" w:rsidTr="0007047E">
        <w:trPr>
          <w:cantSplit/>
          <w:trHeight w:val="369"/>
        </w:trPr>
        <w:tc>
          <w:tcPr>
            <w:tcW w:w="4818" w:type="dxa"/>
            <w:gridSpan w:val="3"/>
          </w:tcPr>
          <w:p w14:paraId="132C498C" w14:textId="77777777" w:rsidR="003C7CA3" w:rsidRDefault="003454F7">
            <w:pPr>
              <w:keepNext/>
            </w:pPr>
            <w:r>
              <w:rPr>
                <w:b/>
                <w:color w:val="0D5F78"/>
              </w:rPr>
              <w:t>Acces carosabil din strada</w:t>
            </w:r>
          </w:p>
          <w:p w14:paraId="250E3356" w14:textId="77777777" w:rsidR="003C7CA3" w:rsidRDefault="003C7CA3">
            <w:pPr>
              <w:keepNext/>
            </w:pPr>
          </w:p>
        </w:tc>
        <w:tc>
          <w:tcPr>
            <w:tcW w:w="4818" w:type="dxa"/>
            <w:gridSpan w:val="2"/>
          </w:tcPr>
          <w:p w14:paraId="650B5965" w14:textId="3B87D292"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6463CB" w14:paraId="53A8A3B2" w14:textId="77777777">
        <w:trPr>
          <w:cantSplit/>
        </w:trPr>
        <w:tc>
          <w:tcPr>
            <w:tcW w:w="9636" w:type="dxa"/>
            <w:gridSpan w:val="5"/>
          </w:tcPr>
          <w:p w14:paraId="606E8547" w14:textId="77777777"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14:paraId="3D53D1E9" w14:textId="77777777" w:rsidR="00C46767" w:rsidRPr="005B29C5" w:rsidRDefault="00C46767" w:rsidP="00C46767">
            <w:pPr>
              <w:rPr>
                <w:lang w:val="fr-FR"/>
              </w:rPr>
            </w:pPr>
          </w:p>
        </w:tc>
      </w:tr>
      <w:tr w:rsidR="003C7CA3" w14:paraId="165B4D0A" w14:textId="77777777">
        <w:trPr>
          <w:cantSplit/>
        </w:trPr>
        <w:tc>
          <w:tcPr>
            <w:tcW w:w="9636" w:type="dxa"/>
            <w:gridSpan w:val="5"/>
          </w:tcPr>
          <w:p w14:paraId="079CCB85" w14:textId="77777777" w:rsidR="003C7CA3" w:rsidRDefault="003454F7">
            <w:pPr>
              <w:keepNext/>
              <w:pBdr>
                <w:bottom w:val="dotted" w:sz="6" w:space="0" w:color="999999"/>
              </w:pBdr>
              <w:spacing w:after="80"/>
            </w:pPr>
            <w:r>
              <w:rPr>
                <w:color w:val="0D5F78"/>
              </w:rPr>
              <w:t xml:space="preserve">Servituți  </w:t>
            </w:r>
          </w:p>
          <w:p w14:paraId="7D7BEDB6" w14:textId="77777777" w:rsidR="003C7CA3" w:rsidRDefault="003C7CA3">
            <w:pPr>
              <w:keepNext/>
              <w:pBdr>
                <w:bottom w:val="dotted" w:sz="6" w:space="0" w:color="999999"/>
              </w:pBdr>
              <w:spacing w:after="80"/>
            </w:pPr>
          </w:p>
        </w:tc>
      </w:tr>
      <w:tr w:rsidR="00C46767" w14:paraId="483B4B50" w14:textId="77777777">
        <w:trPr>
          <w:cantSplit/>
        </w:trPr>
        <w:tc>
          <w:tcPr>
            <w:tcW w:w="9636" w:type="dxa"/>
            <w:gridSpan w:val="5"/>
            <w:shd w:val="clear" w:color="auto" w:fill="F4F4F4"/>
          </w:tcPr>
          <w:p w14:paraId="4E8E6812" w14:textId="500AFB81" w:rsidR="00C46767" w:rsidRDefault="00C46767">
            <w:pPr>
              <w:keepNext/>
              <w:rPr>
                <w:sz w:val="16"/>
              </w:rPr>
            </w:pPr>
            <w:r>
              <w:rPr>
                <w:sz w:val="16"/>
              </w:rPr>
              <w:t>Amplasare</w:t>
            </w:r>
          </w:p>
        </w:tc>
      </w:tr>
      <w:tr w:rsidR="00C46767" w14:paraId="44377C56" w14:textId="77777777" w:rsidTr="00C46767">
        <w:trPr>
          <w:cantSplit/>
        </w:trPr>
        <w:tc>
          <w:tcPr>
            <w:tcW w:w="2409" w:type="dxa"/>
            <w:shd w:val="clear" w:color="auto" w:fill="FFFFFF" w:themeFill="background1"/>
          </w:tcPr>
          <w:p w14:paraId="7A9EEBA3" w14:textId="77777777" w:rsidR="00C46767" w:rsidRPr="00C46767" w:rsidRDefault="00C46767" w:rsidP="00C46767">
            <w:pPr>
              <w:keepNext/>
            </w:pPr>
            <w:r w:rsidRPr="00C46767">
              <w:rPr>
                <w:b/>
                <w:color w:val="0D5F78"/>
              </w:rPr>
              <w:t>Tip amplasare</w:t>
            </w:r>
          </w:p>
          <w:p w14:paraId="3DC2BE2E" w14:textId="77777777" w:rsidR="00C46767" w:rsidRPr="00C46767" w:rsidRDefault="00C46767" w:rsidP="00C46767">
            <w:pPr>
              <w:keepNext/>
            </w:pPr>
            <w:r w:rsidRPr="00C46767">
              <w:rPr>
                <w:i/>
                <w:color w:val="7A7A7A"/>
              </w:rPr>
              <w:t>izolat · cuplat · înșiruit</w:t>
            </w:r>
          </w:p>
          <w:p w14:paraId="13BE7951" w14:textId="77777777" w:rsidR="00C46767" w:rsidRPr="00C46767" w:rsidRDefault="00C46767" w:rsidP="00C46767">
            <w:pPr>
              <w:keepNext/>
              <w:rPr>
                <w:sz w:val="16"/>
              </w:rPr>
            </w:pPr>
          </w:p>
        </w:tc>
        <w:tc>
          <w:tcPr>
            <w:tcW w:w="2409" w:type="dxa"/>
            <w:gridSpan w:val="2"/>
            <w:shd w:val="clear" w:color="auto" w:fill="FFFFFF" w:themeFill="background1"/>
          </w:tcPr>
          <w:p w14:paraId="55A50C10" w14:textId="77777777" w:rsidR="00C46767" w:rsidRPr="00C46767" w:rsidRDefault="00C46767" w:rsidP="00C46767">
            <w:pPr>
              <w:keepNext/>
            </w:pPr>
            <w:r w:rsidRPr="00C46767">
              <w:rPr>
                <w:b/>
                <w:color w:val="0D5F78"/>
              </w:rPr>
              <w:t>Tipologie / morfologie urbană</w:t>
            </w:r>
          </w:p>
          <w:p w14:paraId="0D40C2D7" w14:textId="77777777" w:rsidR="00C46767" w:rsidRPr="00C46767" w:rsidRDefault="00C46767" w:rsidP="00C46767">
            <w:pPr>
              <w:keepNext/>
              <w:rPr>
                <w:sz w:val="16"/>
              </w:rPr>
            </w:pPr>
          </w:p>
        </w:tc>
        <w:tc>
          <w:tcPr>
            <w:tcW w:w="2409" w:type="dxa"/>
            <w:shd w:val="clear" w:color="auto" w:fill="FFFFFF" w:themeFill="background1"/>
          </w:tcPr>
          <w:p w14:paraId="37CCB26E" w14:textId="77777777" w:rsidR="00C46767" w:rsidRPr="00C46767" w:rsidRDefault="00C46767" w:rsidP="00C46767">
            <w:pPr>
              <w:keepNext/>
            </w:pPr>
            <w:r w:rsidRPr="00C46767">
              <w:rPr>
                <w:b/>
                <w:color w:val="0D5F78"/>
              </w:rPr>
              <w:t xml:space="preserve">Front construit </w:t>
            </w:r>
          </w:p>
          <w:p w14:paraId="087F5E3E" w14:textId="77777777" w:rsidR="00C46767" w:rsidRPr="00C46767" w:rsidRDefault="00C46767" w:rsidP="00C46767">
            <w:pPr>
              <w:keepNext/>
              <w:rPr>
                <w:sz w:val="16"/>
              </w:rPr>
            </w:pPr>
          </w:p>
        </w:tc>
        <w:tc>
          <w:tcPr>
            <w:tcW w:w="2409" w:type="dxa"/>
            <w:shd w:val="clear" w:color="auto" w:fill="FFFFFF" w:themeFill="background1"/>
          </w:tcPr>
          <w:p w14:paraId="42E60006" w14:textId="77777777" w:rsidR="00C46767" w:rsidRPr="00C46767" w:rsidRDefault="00C46767" w:rsidP="00C46767">
            <w:pPr>
              <w:keepNext/>
            </w:pPr>
            <w:r w:rsidRPr="00C46767">
              <w:rPr>
                <w:b/>
                <w:color w:val="0D5F78"/>
              </w:rPr>
              <w:t>Curte interioară</w:t>
            </w:r>
          </w:p>
          <w:p w14:paraId="2BA71759" w14:textId="170AC89A" w:rsidR="00C46767" w:rsidRPr="00C46767" w:rsidRDefault="00C46767" w:rsidP="00C46767">
            <w:pPr>
              <w:keepNext/>
              <w:rPr>
                <w:sz w:val="16"/>
              </w:rPr>
            </w:pPr>
          </w:p>
        </w:tc>
      </w:tr>
      <w:tr w:rsidR="00C46767" w:rsidRPr="006463CB" w14:paraId="7605E0CD" w14:textId="77777777">
        <w:trPr>
          <w:cantSplit/>
        </w:trPr>
        <w:tc>
          <w:tcPr>
            <w:tcW w:w="9636" w:type="dxa"/>
            <w:gridSpan w:val="5"/>
            <w:shd w:val="clear" w:color="auto" w:fill="F4F4F4"/>
          </w:tcPr>
          <w:p w14:paraId="47A73E17" w14:textId="77777777" w:rsidR="00C46767" w:rsidRPr="00207E5E" w:rsidRDefault="00C46767" w:rsidP="00C46767">
            <w:pPr>
              <w:keepNext/>
              <w:rPr>
                <w:lang w:val="it-IT"/>
              </w:rPr>
            </w:pPr>
            <w:r w:rsidRPr="00207E5E">
              <w:rPr>
                <w:sz w:val="16"/>
                <w:lang w:val="it-IT"/>
              </w:rPr>
              <w:t xml:space="preserve"> Amplasarea clădirilor pe teren, după realizarea lucrărilor — retragerile minime</w:t>
            </w:r>
          </w:p>
        </w:tc>
      </w:tr>
      <w:tr w:rsidR="00C46767" w:rsidRPr="006463CB" w14:paraId="2EE614B8" w14:textId="77777777">
        <w:trPr>
          <w:cantSplit/>
          <w:trHeight w:val="510"/>
        </w:trPr>
        <w:tc>
          <w:tcPr>
            <w:tcW w:w="2409" w:type="dxa"/>
          </w:tcPr>
          <w:p w14:paraId="5A8E209E" w14:textId="77777777" w:rsidR="00C46767" w:rsidRDefault="00C46767" w:rsidP="00C46767">
            <w:r>
              <w:rPr>
                <w:b/>
                <w:color w:val="0D5F78"/>
              </w:rPr>
              <w:t>față de aliniament (m)</w:t>
            </w:r>
          </w:p>
          <w:p w14:paraId="198628E3" w14:textId="77777777" w:rsidR="00C46767" w:rsidRDefault="00C46767" w:rsidP="00C46767"/>
        </w:tc>
        <w:tc>
          <w:tcPr>
            <w:tcW w:w="2409" w:type="dxa"/>
            <w:gridSpan w:val="2"/>
          </w:tcPr>
          <w:p w14:paraId="4ADB5DFD" w14:textId="77777777" w:rsidR="00C46767" w:rsidRDefault="00C46767" w:rsidP="00C46767">
            <w:r>
              <w:rPr>
                <w:b/>
                <w:color w:val="0D5F78"/>
              </w:rPr>
              <w:t>față de limita lateral-dreapta (m)</w:t>
            </w:r>
          </w:p>
          <w:p w14:paraId="5CB17E5D" w14:textId="77777777" w:rsidR="00C46767" w:rsidRDefault="00C46767" w:rsidP="00C46767"/>
        </w:tc>
        <w:tc>
          <w:tcPr>
            <w:tcW w:w="2409" w:type="dxa"/>
          </w:tcPr>
          <w:p w14:paraId="20498C41" w14:textId="77777777" w:rsidR="00C46767" w:rsidRPr="005B29C5" w:rsidRDefault="00C46767" w:rsidP="00C46767">
            <w:pPr>
              <w:rPr>
                <w:lang w:val="fr-FR"/>
              </w:rPr>
            </w:pPr>
            <w:r w:rsidRPr="005B29C5">
              <w:rPr>
                <w:b/>
                <w:color w:val="0D5F78"/>
                <w:lang w:val="fr-FR"/>
              </w:rPr>
              <w:t>față de limita lateral-stânga (m)</w:t>
            </w:r>
          </w:p>
          <w:p w14:paraId="4096649E" w14:textId="77777777" w:rsidR="00C46767" w:rsidRPr="005B29C5" w:rsidRDefault="00C46767" w:rsidP="00C46767">
            <w:pPr>
              <w:rPr>
                <w:lang w:val="fr-FR"/>
              </w:rPr>
            </w:pPr>
          </w:p>
        </w:tc>
        <w:tc>
          <w:tcPr>
            <w:tcW w:w="2409" w:type="dxa"/>
          </w:tcPr>
          <w:p w14:paraId="649ED46B" w14:textId="77777777" w:rsidR="00C46767" w:rsidRPr="005B29C5" w:rsidRDefault="00C46767" w:rsidP="00C46767">
            <w:pPr>
              <w:rPr>
                <w:lang w:val="fr-FR"/>
              </w:rPr>
            </w:pPr>
            <w:r w:rsidRPr="005B29C5">
              <w:rPr>
                <w:b/>
                <w:color w:val="0D5F78"/>
                <w:lang w:val="fr-FR"/>
              </w:rPr>
              <w:t>față de limita posterioară (m)</w:t>
            </w:r>
          </w:p>
          <w:p w14:paraId="3C47F09A" w14:textId="77777777" w:rsidR="00C46767" w:rsidRPr="005B29C5" w:rsidRDefault="00C46767" w:rsidP="00C46767">
            <w:pPr>
              <w:rPr>
                <w:lang w:val="fr-FR"/>
              </w:rPr>
            </w:pPr>
          </w:p>
        </w:tc>
      </w:tr>
      <w:tr w:rsidR="00C46767" w:rsidRPr="006463CB"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14:paraId="62285E8F" w14:textId="2DCC1C68"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14:paraId="060A73FB" w14:textId="77777777" w:rsidTr="0007047E">
        <w:trPr>
          <w:cantSplit/>
          <w:trHeight w:val="272"/>
        </w:trPr>
        <w:tc>
          <w:tcPr>
            <w:tcW w:w="2409" w:type="dxa"/>
          </w:tcPr>
          <w:p w14:paraId="0E0452C6" w14:textId="6F162BE0" w:rsidR="00C46767" w:rsidRPr="0007047E" w:rsidRDefault="00C46767" w:rsidP="00C46767">
            <w:pPr>
              <w:rPr>
                <w:b/>
                <w:color w:val="0D5F78"/>
                <w:lang w:val="fr-FR"/>
              </w:rPr>
            </w:pPr>
            <w:r>
              <w:rPr>
                <w:b/>
                <w:color w:val="0D5F78"/>
                <w:lang w:val="fr-FR"/>
              </w:rPr>
              <w:t>Existent</w:t>
            </w:r>
          </w:p>
        </w:tc>
        <w:tc>
          <w:tcPr>
            <w:tcW w:w="2409" w:type="dxa"/>
            <w:gridSpan w:val="2"/>
          </w:tcPr>
          <w:p w14:paraId="56E832C5" w14:textId="77777777" w:rsidR="00C46767" w:rsidRPr="0007047E" w:rsidRDefault="00C46767" w:rsidP="00C46767">
            <w:pPr>
              <w:rPr>
                <w:b/>
                <w:color w:val="0D5F78"/>
                <w:lang w:val="fr-FR"/>
              </w:rPr>
            </w:pPr>
          </w:p>
        </w:tc>
        <w:tc>
          <w:tcPr>
            <w:tcW w:w="2409" w:type="dxa"/>
          </w:tcPr>
          <w:p w14:paraId="24F09C4A" w14:textId="4BD79D03" w:rsidR="00C46767" w:rsidRPr="005B29C5" w:rsidRDefault="00C46767" w:rsidP="00C46767">
            <w:pPr>
              <w:rPr>
                <w:b/>
                <w:color w:val="0D5F78"/>
                <w:lang w:val="fr-FR"/>
              </w:rPr>
            </w:pPr>
            <w:r>
              <w:rPr>
                <w:b/>
                <w:color w:val="0D5F78"/>
                <w:lang w:val="fr-FR"/>
              </w:rPr>
              <w:t>Existent</w:t>
            </w:r>
          </w:p>
        </w:tc>
        <w:tc>
          <w:tcPr>
            <w:tcW w:w="2409" w:type="dxa"/>
          </w:tcPr>
          <w:p w14:paraId="3DA88BDD" w14:textId="77777777" w:rsidR="00C46767" w:rsidRPr="005B29C5" w:rsidRDefault="00C46767" w:rsidP="00C46767">
            <w:pPr>
              <w:rPr>
                <w:b/>
                <w:color w:val="0D5F78"/>
                <w:lang w:val="fr-FR"/>
              </w:rPr>
            </w:pPr>
          </w:p>
        </w:tc>
      </w:tr>
      <w:tr w:rsidR="00C46767" w:rsidRPr="005B29C5" w14:paraId="008E2BA0" w14:textId="77777777" w:rsidTr="0007047E">
        <w:trPr>
          <w:cantSplit/>
          <w:trHeight w:val="272"/>
        </w:trPr>
        <w:tc>
          <w:tcPr>
            <w:tcW w:w="2409" w:type="dxa"/>
          </w:tcPr>
          <w:p w14:paraId="7D7FB8E0" w14:textId="22FA1577" w:rsidR="00C46767" w:rsidRDefault="00C46767" w:rsidP="00C46767">
            <w:pPr>
              <w:rPr>
                <w:b/>
                <w:color w:val="0D5F78"/>
                <w:lang w:val="fr-FR"/>
              </w:rPr>
            </w:pPr>
            <w:r>
              <w:rPr>
                <w:b/>
                <w:color w:val="0D5F78"/>
                <w:lang w:val="fr-FR"/>
              </w:rPr>
              <w:t>Propus</w:t>
            </w:r>
          </w:p>
        </w:tc>
        <w:tc>
          <w:tcPr>
            <w:tcW w:w="2409" w:type="dxa"/>
            <w:gridSpan w:val="2"/>
          </w:tcPr>
          <w:p w14:paraId="27E463A9" w14:textId="77777777" w:rsidR="00C46767" w:rsidRPr="0007047E" w:rsidRDefault="00C46767" w:rsidP="00C46767">
            <w:pPr>
              <w:rPr>
                <w:b/>
                <w:color w:val="0D5F78"/>
                <w:lang w:val="fr-FR"/>
              </w:rPr>
            </w:pPr>
          </w:p>
        </w:tc>
        <w:tc>
          <w:tcPr>
            <w:tcW w:w="2409" w:type="dxa"/>
          </w:tcPr>
          <w:p w14:paraId="7FD00EA7" w14:textId="29AF4CF0" w:rsidR="00C46767" w:rsidRPr="005B29C5" w:rsidRDefault="00C46767" w:rsidP="00C46767">
            <w:pPr>
              <w:rPr>
                <w:b/>
                <w:color w:val="0D5F78"/>
                <w:lang w:val="fr-FR"/>
              </w:rPr>
            </w:pPr>
            <w:r>
              <w:rPr>
                <w:b/>
                <w:color w:val="0D5F78"/>
                <w:lang w:val="fr-FR"/>
              </w:rPr>
              <w:t>Propus</w:t>
            </w:r>
          </w:p>
        </w:tc>
        <w:tc>
          <w:tcPr>
            <w:tcW w:w="2409" w:type="dxa"/>
          </w:tcPr>
          <w:p w14:paraId="6BCF08B6" w14:textId="77777777" w:rsidR="00C46767" w:rsidRPr="005B29C5" w:rsidRDefault="00C46767" w:rsidP="00C46767">
            <w:pPr>
              <w:rPr>
                <w:b/>
                <w:color w:val="0D5F78"/>
                <w:lang w:val="fr-FR"/>
              </w:rPr>
            </w:pPr>
          </w:p>
        </w:tc>
      </w:tr>
    </w:tbl>
    <w:p w14:paraId="132E47EC" w14:textId="07AC5DB5" w:rsidR="003C7CA3"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5B29C5" w14:paraId="03C946DF" w14:textId="77777777" w:rsidTr="00303E64">
        <w:trPr>
          <w:cantSplit/>
        </w:trPr>
        <w:tc>
          <w:tcPr>
            <w:tcW w:w="9636" w:type="dxa"/>
            <w:gridSpan w:val="4"/>
            <w:shd w:val="clear" w:color="auto" w:fill="F4F4F4"/>
          </w:tcPr>
          <w:p w14:paraId="5F98CBA4" w14:textId="2EDCA382" w:rsidR="0007047E" w:rsidRPr="005B29C5" w:rsidRDefault="0007047E" w:rsidP="00303E64">
            <w:pPr>
              <w:keepNext/>
              <w:rPr>
                <w:lang w:val="fr-FR"/>
              </w:rPr>
            </w:pPr>
            <w:r>
              <w:rPr>
                <w:b/>
                <w:sz w:val="16"/>
                <w:lang w:val="fr-FR"/>
              </w:rPr>
              <w:lastRenderedPageBreak/>
              <w:t>3</w:t>
            </w:r>
            <w:r w:rsidRPr="005B29C5">
              <w:rPr>
                <w:b/>
                <w:sz w:val="16"/>
                <w:lang w:val="fr-FR"/>
              </w:rPr>
              <w:t xml:space="preserve">. </w:t>
            </w:r>
            <w:r w:rsidRPr="005B29C5">
              <w:rPr>
                <w:b/>
                <w:color w:val="000000"/>
                <w:sz w:val="18"/>
                <w:lang w:val="fr-FR"/>
              </w:rPr>
              <w:t xml:space="preserve">SUPRAFEȚE </w:t>
            </w:r>
          </w:p>
        </w:tc>
      </w:tr>
      <w:tr w:rsidR="0007047E" w14:paraId="0B55DA5B" w14:textId="77777777" w:rsidTr="00303E64">
        <w:trPr>
          <w:cantSplit/>
          <w:trHeight w:val="297"/>
        </w:trPr>
        <w:tc>
          <w:tcPr>
            <w:tcW w:w="2409" w:type="dxa"/>
          </w:tcPr>
          <w:p w14:paraId="5BB088E4" w14:textId="77777777" w:rsidR="0007047E" w:rsidRPr="0007047E" w:rsidRDefault="0007047E" w:rsidP="00303E64">
            <w:pPr>
              <w:keepNext/>
              <w:rPr>
                <w:sz w:val="16"/>
                <w:szCs w:val="16"/>
              </w:rPr>
            </w:pPr>
            <w:r w:rsidRPr="0007047E">
              <w:rPr>
                <w:sz w:val="16"/>
                <w:szCs w:val="16"/>
              </w:rPr>
              <w:t>clădiri existente, din care:</w:t>
            </w:r>
          </w:p>
        </w:tc>
        <w:tc>
          <w:tcPr>
            <w:tcW w:w="2409" w:type="dxa"/>
          </w:tcPr>
          <w:p w14:paraId="1E806F4B" w14:textId="77777777" w:rsidR="0007047E" w:rsidRDefault="0007047E" w:rsidP="00303E64">
            <w:pPr>
              <w:keepNext/>
            </w:pPr>
            <w:r>
              <w:rPr>
                <w:b/>
                <w:color w:val="0D5F78"/>
              </w:rPr>
              <w:t>Suprafață construită (m²)</w:t>
            </w:r>
          </w:p>
          <w:p w14:paraId="403A4944" w14:textId="77777777" w:rsidR="0007047E" w:rsidRDefault="0007047E" w:rsidP="00303E64">
            <w:pPr>
              <w:keepNext/>
            </w:pPr>
          </w:p>
        </w:tc>
        <w:tc>
          <w:tcPr>
            <w:tcW w:w="2409" w:type="dxa"/>
          </w:tcPr>
          <w:p w14:paraId="17199850" w14:textId="77777777" w:rsidR="0007047E" w:rsidRDefault="0007047E" w:rsidP="00303E64">
            <w:pPr>
              <w:keepNext/>
            </w:pPr>
            <w:r>
              <w:rPr>
                <w:b/>
                <w:color w:val="0D5F78"/>
              </w:rPr>
              <w:t>Suprafață desfășurată (m²)</w:t>
            </w:r>
          </w:p>
          <w:p w14:paraId="4BF4EA09" w14:textId="77777777" w:rsidR="0007047E" w:rsidRDefault="0007047E" w:rsidP="00303E64">
            <w:pPr>
              <w:keepNext/>
            </w:pPr>
          </w:p>
        </w:tc>
        <w:tc>
          <w:tcPr>
            <w:tcW w:w="2409" w:type="dxa"/>
          </w:tcPr>
          <w:p w14:paraId="0DC34539" w14:textId="77777777" w:rsidR="0007047E" w:rsidRDefault="0007047E" w:rsidP="00303E64">
            <w:pPr>
              <w:keepNext/>
            </w:pPr>
            <w:r>
              <w:rPr>
                <w:b/>
                <w:color w:val="0D5F78"/>
              </w:rPr>
              <w:t>Suprafață utilă (m²)</w:t>
            </w:r>
          </w:p>
          <w:p w14:paraId="1743490B" w14:textId="77777777" w:rsidR="0007047E" w:rsidRDefault="0007047E" w:rsidP="00303E64">
            <w:pPr>
              <w:keepNext/>
            </w:pPr>
          </w:p>
        </w:tc>
      </w:tr>
      <w:tr w:rsidR="0007047E" w14:paraId="290E3B1A" w14:textId="77777777" w:rsidTr="00303E64">
        <w:trPr>
          <w:cantSplit/>
          <w:trHeight w:val="192"/>
        </w:trPr>
        <w:tc>
          <w:tcPr>
            <w:tcW w:w="2409" w:type="dxa"/>
          </w:tcPr>
          <w:p w14:paraId="77A680BD" w14:textId="77777777" w:rsidR="0007047E" w:rsidRPr="0007047E" w:rsidRDefault="0007047E" w:rsidP="00303E64">
            <w:pPr>
              <w:keepNext/>
              <w:rPr>
                <w:sz w:val="16"/>
                <w:szCs w:val="16"/>
              </w:rPr>
            </w:pPr>
            <w:r w:rsidRPr="0007047E">
              <w:rPr>
                <w:sz w:val="16"/>
                <w:szCs w:val="16"/>
              </w:rPr>
              <w:t>— desființate</w:t>
            </w:r>
          </w:p>
        </w:tc>
        <w:tc>
          <w:tcPr>
            <w:tcW w:w="2409" w:type="dxa"/>
          </w:tcPr>
          <w:p w14:paraId="49A5CEE4" w14:textId="77777777" w:rsidR="0007047E" w:rsidRDefault="0007047E" w:rsidP="00303E64">
            <w:pPr>
              <w:keepNext/>
            </w:pPr>
          </w:p>
        </w:tc>
        <w:tc>
          <w:tcPr>
            <w:tcW w:w="2409" w:type="dxa"/>
          </w:tcPr>
          <w:p w14:paraId="78FEE0F5" w14:textId="77777777" w:rsidR="0007047E" w:rsidRDefault="0007047E" w:rsidP="00303E64">
            <w:pPr>
              <w:keepNext/>
            </w:pPr>
          </w:p>
        </w:tc>
        <w:tc>
          <w:tcPr>
            <w:tcW w:w="2409" w:type="dxa"/>
          </w:tcPr>
          <w:p w14:paraId="650918ED" w14:textId="77777777" w:rsidR="0007047E" w:rsidRDefault="0007047E" w:rsidP="00303E64">
            <w:pPr>
              <w:keepNext/>
            </w:pPr>
          </w:p>
        </w:tc>
      </w:tr>
      <w:tr w:rsidR="0007047E" w14:paraId="56C425C9" w14:textId="77777777" w:rsidTr="00303E64">
        <w:trPr>
          <w:cantSplit/>
          <w:trHeight w:val="137"/>
        </w:trPr>
        <w:tc>
          <w:tcPr>
            <w:tcW w:w="2409" w:type="dxa"/>
          </w:tcPr>
          <w:p w14:paraId="21FE29B7" w14:textId="77777777" w:rsidR="0007047E" w:rsidRPr="0007047E" w:rsidRDefault="0007047E" w:rsidP="00303E64">
            <w:pPr>
              <w:keepNext/>
              <w:rPr>
                <w:sz w:val="16"/>
                <w:szCs w:val="16"/>
              </w:rPr>
            </w:pPr>
            <w:r w:rsidRPr="0007047E">
              <w:rPr>
                <w:sz w:val="16"/>
                <w:szCs w:val="16"/>
              </w:rPr>
              <w:t>— menținute</w:t>
            </w:r>
          </w:p>
        </w:tc>
        <w:tc>
          <w:tcPr>
            <w:tcW w:w="2409" w:type="dxa"/>
          </w:tcPr>
          <w:p w14:paraId="2E932015" w14:textId="77777777" w:rsidR="0007047E" w:rsidRDefault="0007047E" w:rsidP="00303E64">
            <w:pPr>
              <w:keepNext/>
            </w:pPr>
          </w:p>
        </w:tc>
        <w:tc>
          <w:tcPr>
            <w:tcW w:w="2409" w:type="dxa"/>
          </w:tcPr>
          <w:p w14:paraId="5D428DDC" w14:textId="77777777" w:rsidR="0007047E" w:rsidRDefault="0007047E" w:rsidP="00303E64">
            <w:pPr>
              <w:keepNext/>
            </w:pPr>
          </w:p>
        </w:tc>
        <w:tc>
          <w:tcPr>
            <w:tcW w:w="2409" w:type="dxa"/>
          </w:tcPr>
          <w:p w14:paraId="5D490EA8" w14:textId="77777777" w:rsidR="0007047E" w:rsidRDefault="0007047E" w:rsidP="00303E64">
            <w:pPr>
              <w:keepNext/>
            </w:pPr>
          </w:p>
        </w:tc>
      </w:tr>
      <w:tr w:rsidR="0007047E" w14:paraId="1C398D53" w14:textId="77777777" w:rsidTr="00303E64">
        <w:trPr>
          <w:cantSplit/>
          <w:trHeight w:val="226"/>
        </w:trPr>
        <w:tc>
          <w:tcPr>
            <w:tcW w:w="2409" w:type="dxa"/>
          </w:tcPr>
          <w:p w14:paraId="3DEA794B" w14:textId="77777777" w:rsidR="0007047E" w:rsidRPr="0007047E" w:rsidRDefault="0007047E" w:rsidP="00303E64">
            <w:pPr>
              <w:keepNext/>
              <w:rPr>
                <w:sz w:val="16"/>
                <w:szCs w:val="16"/>
              </w:rPr>
            </w:pPr>
            <w:r w:rsidRPr="0007047E">
              <w:rPr>
                <w:sz w:val="16"/>
                <w:szCs w:val="16"/>
              </w:rPr>
              <w:t>clădiri propuse</w:t>
            </w:r>
          </w:p>
        </w:tc>
        <w:tc>
          <w:tcPr>
            <w:tcW w:w="2409" w:type="dxa"/>
          </w:tcPr>
          <w:p w14:paraId="673C13F3" w14:textId="77777777" w:rsidR="0007047E" w:rsidRDefault="0007047E" w:rsidP="00303E64">
            <w:pPr>
              <w:keepNext/>
            </w:pPr>
          </w:p>
        </w:tc>
        <w:tc>
          <w:tcPr>
            <w:tcW w:w="2409" w:type="dxa"/>
          </w:tcPr>
          <w:p w14:paraId="06D64C17" w14:textId="77777777" w:rsidR="0007047E" w:rsidRDefault="0007047E" w:rsidP="00303E64">
            <w:pPr>
              <w:keepNext/>
            </w:pPr>
          </w:p>
        </w:tc>
        <w:tc>
          <w:tcPr>
            <w:tcW w:w="2409" w:type="dxa"/>
          </w:tcPr>
          <w:p w14:paraId="6631B6AA" w14:textId="77777777" w:rsidR="0007047E" w:rsidRDefault="0007047E" w:rsidP="00303E64">
            <w:pPr>
              <w:keepNext/>
            </w:pPr>
          </w:p>
        </w:tc>
      </w:tr>
      <w:tr w:rsidR="0007047E" w14:paraId="60C12F08" w14:textId="77777777" w:rsidTr="00303E64">
        <w:trPr>
          <w:cantSplit/>
          <w:trHeight w:val="130"/>
        </w:trPr>
        <w:tc>
          <w:tcPr>
            <w:tcW w:w="2409" w:type="dxa"/>
          </w:tcPr>
          <w:p w14:paraId="66EF5C67" w14:textId="77777777" w:rsidR="0007047E" w:rsidRPr="0007047E" w:rsidRDefault="0007047E" w:rsidP="00303E64">
            <w:pPr>
              <w:keepNext/>
              <w:rPr>
                <w:sz w:val="16"/>
                <w:szCs w:val="16"/>
              </w:rPr>
            </w:pPr>
            <w:r w:rsidRPr="0007047E">
              <w:rPr>
                <w:sz w:val="16"/>
                <w:szCs w:val="16"/>
              </w:rPr>
              <w:t>TOTAL (menținute + propuse)</w:t>
            </w:r>
          </w:p>
        </w:tc>
        <w:tc>
          <w:tcPr>
            <w:tcW w:w="2409" w:type="dxa"/>
          </w:tcPr>
          <w:p w14:paraId="07B8BE8D" w14:textId="77777777" w:rsidR="0007047E" w:rsidRDefault="0007047E" w:rsidP="00303E64">
            <w:pPr>
              <w:keepNext/>
            </w:pPr>
          </w:p>
        </w:tc>
        <w:tc>
          <w:tcPr>
            <w:tcW w:w="2409" w:type="dxa"/>
          </w:tcPr>
          <w:p w14:paraId="5572E69C" w14:textId="77777777" w:rsidR="0007047E" w:rsidRDefault="0007047E" w:rsidP="00303E64">
            <w:pPr>
              <w:keepNext/>
            </w:pPr>
          </w:p>
        </w:tc>
        <w:tc>
          <w:tcPr>
            <w:tcW w:w="2409" w:type="dxa"/>
          </w:tcPr>
          <w:p w14:paraId="3405E223" w14:textId="77777777" w:rsidR="0007047E" w:rsidRDefault="0007047E" w:rsidP="00303E64">
            <w:pPr>
              <w:keepNext/>
            </w:pPr>
          </w:p>
        </w:tc>
      </w:tr>
    </w:tbl>
    <w:p w14:paraId="5B8A3179" w14:textId="77777777" w:rsidR="0007047E" w:rsidRPr="005B29C5" w:rsidRDefault="0007047E">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6463CB" w14:paraId="53C8B325" w14:textId="77777777">
        <w:trPr>
          <w:cantSplit/>
        </w:trPr>
        <w:tc>
          <w:tcPr>
            <w:tcW w:w="9636" w:type="dxa"/>
            <w:gridSpan w:val="9"/>
            <w:shd w:val="clear" w:color="auto" w:fill="F4F4F4"/>
          </w:tcPr>
          <w:p w14:paraId="7189EFFD" w14:textId="0AA3EC08" w:rsidR="007E5D45" w:rsidRPr="0007047E" w:rsidRDefault="003454F7">
            <w:pPr>
              <w:keepNext/>
              <w:rPr>
                <w:sz w:val="19"/>
                <w:lang w:val="fr-FR"/>
              </w:rPr>
            </w:pPr>
            <w:r w:rsidRPr="005B29C5">
              <w:rPr>
                <w:b/>
                <w:sz w:val="16"/>
                <w:lang w:val="fr-FR"/>
              </w:rPr>
              <w:t xml:space="preserve"> </w:t>
            </w:r>
            <w:r w:rsidR="0007047E">
              <w:rPr>
                <w:b/>
                <w:sz w:val="16"/>
                <w:lang w:val="fr-FR"/>
              </w:rPr>
              <w:t>4</w:t>
            </w:r>
            <w:r w:rsidRPr="007E5D45">
              <w:rPr>
                <w:b/>
                <w:sz w:val="16"/>
                <w:lang w:val="fr-FR"/>
              </w:rPr>
              <w:t xml:space="preserve">. </w:t>
            </w:r>
            <w:r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14:paraId="31232DEE" w14:textId="77777777">
        <w:trPr>
          <w:cantSplit/>
        </w:trPr>
        <w:tc>
          <w:tcPr>
            <w:tcW w:w="9636" w:type="dxa"/>
            <w:gridSpan w:val="9"/>
            <w:shd w:val="clear" w:color="auto" w:fill="F4F4F4"/>
          </w:tcPr>
          <w:p w14:paraId="558D848E" w14:textId="77777777" w:rsidR="003C7CA3" w:rsidRDefault="003454F7">
            <w:pPr>
              <w:keepNext/>
            </w:pPr>
            <w:r w:rsidRPr="007E5D45">
              <w:rPr>
                <w:sz w:val="16"/>
                <w:lang w:val="fr-FR"/>
              </w:rPr>
              <w:t xml:space="preserve"> </w:t>
            </w:r>
            <w:r>
              <w:rPr>
                <w:sz w:val="16"/>
              </w:rPr>
              <w:t>Identificarea clădirii în registru</w:t>
            </w:r>
          </w:p>
        </w:tc>
      </w:tr>
      <w:tr w:rsidR="003C7CA3" w14:paraId="3E0214C2" w14:textId="77777777">
        <w:trPr>
          <w:cantSplit/>
          <w:trHeight w:val="510"/>
        </w:trPr>
        <w:tc>
          <w:tcPr>
            <w:tcW w:w="2409" w:type="dxa"/>
          </w:tcPr>
          <w:p w14:paraId="2DA5BDFB" w14:textId="77777777" w:rsidR="003C7CA3" w:rsidRPr="00207E5E" w:rsidRDefault="003454F7">
            <w:pPr>
              <w:keepNext/>
              <w:rPr>
                <w:lang w:val="it-IT"/>
              </w:rPr>
            </w:pPr>
            <w:r w:rsidRPr="00207E5E">
              <w:rPr>
                <w:b/>
                <w:color w:val="0D5F78"/>
                <w:lang w:val="it-IT"/>
              </w:rPr>
              <w:t>NIS</w:t>
            </w:r>
          </w:p>
          <w:p w14:paraId="4A761AB4" w14:textId="77777777" w:rsidR="003C7CA3" w:rsidRPr="00207E5E" w:rsidRDefault="003454F7">
            <w:pPr>
              <w:keepNext/>
              <w:rPr>
                <w:lang w:val="it-IT"/>
              </w:rPr>
            </w:pPr>
            <w:r w:rsidRPr="00207E5E">
              <w:rPr>
                <w:i/>
                <w:color w:val="7A7A7A"/>
                <w:lang w:val="it-IT"/>
              </w:rPr>
              <w:t>numărul din Registrul Național al Clădirilor, dacă e deja înregistrată</w:t>
            </w:r>
          </w:p>
          <w:p w14:paraId="2FEB4109" w14:textId="77777777" w:rsidR="003C7CA3" w:rsidRPr="00207E5E" w:rsidRDefault="003C7CA3">
            <w:pPr>
              <w:keepNext/>
              <w:rPr>
                <w:lang w:val="it-IT"/>
              </w:rPr>
            </w:pPr>
          </w:p>
        </w:tc>
        <w:tc>
          <w:tcPr>
            <w:tcW w:w="2409" w:type="dxa"/>
            <w:gridSpan w:val="3"/>
          </w:tcPr>
          <w:p w14:paraId="6F2AC158" w14:textId="77777777" w:rsidR="003C7CA3" w:rsidRPr="005B29C5" w:rsidRDefault="003454F7">
            <w:pPr>
              <w:keepNext/>
              <w:rPr>
                <w:lang w:val="fr-FR"/>
              </w:rPr>
            </w:pPr>
            <w:r w:rsidRPr="005B29C5">
              <w:rPr>
                <w:b/>
                <w:color w:val="0D5F78"/>
                <w:lang w:val="fr-FR"/>
              </w:rPr>
              <w:t>Nr. cadastral al clădirii</w:t>
            </w:r>
          </w:p>
          <w:p w14:paraId="56484D52" w14:textId="77777777" w:rsidR="003C7CA3" w:rsidRPr="005B29C5" w:rsidRDefault="003454F7">
            <w:pPr>
              <w:keepNext/>
              <w:rPr>
                <w:lang w:val="fr-FR"/>
              </w:rPr>
            </w:pPr>
            <w:r w:rsidRPr="005B29C5">
              <w:rPr>
                <w:i/>
                <w:color w:val="7A7A7A"/>
                <w:lang w:val="fr-FR"/>
              </w:rPr>
              <w:t>forma 123456-C1</w:t>
            </w:r>
          </w:p>
          <w:p w14:paraId="2ECB2279" w14:textId="77777777" w:rsidR="003C7CA3" w:rsidRPr="005B29C5" w:rsidRDefault="003C7CA3">
            <w:pPr>
              <w:keepNext/>
              <w:rPr>
                <w:lang w:val="fr-FR"/>
              </w:rPr>
            </w:pPr>
          </w:p>
        </w:tc>
        <w:tc>
          <w:tcPr>
            <w:tcW w:w="2409" w:type="dxa"/>
            <w:gridSpan w:val="3"/>
          </w:tcPr>
          <w:p w14:paraId="41F65413" w14:textId="77777777" w:rsidR="003C7CA3" w:rsidRDefault="003454F7">
            <w:pPr>
              <w:keepNext/>
            </w:pPr>
            <w:r>
              <w:rPr>
                <w:b/>
                <w:color w:val="0D5F78"/>
              </w:rPr>
              <w:t>Identificator e-Terra (IE)</w:t>
            </w:r>
          </w:p>
          <w:p w14:paraId="220427C2" w14:textId="77777777" w:rsidR="003C7CA3" w:rsidRDefault="003C7CA3">
            <w:pPr>
              <w:keepNext/>
            </w:pPr>
          </w:p>
        </w:tc>
        <w:tc>
          <w:tcPr>
            <w:tcW w:w="2409" w:type="dxa"/>
            <w:gridSpan w:val="2"/>
          </w:tcPr>
          <w:p w14:paraId="14760290" w14:textId="77777777" w:rsidR="003C7CA3" w:rsidRDefault="003454F7">
            <w:pPr>
              <w:keepNext/>
            </w:pPr>
            <w:r>
              <w:rPr>
                <w:b/>
                <w:color w:val="0D5F78"/>
              </w:rPr>
              <w:t>Nr. carte funciară</w:t>
            </w:r>
          </w:p>
          <w:p w14:paraId="0E4D13ED" w14:textId="77777777" w:rsidR="003C7CA3" w:rsidRDefault="003C7CA3">
            <w:pPr>
              <w:keepNext/>
            </w:pPr>
          </w:p>
        </w:tc>
      </w:tr>
      <w:tr w:rsidR="003C7CA3" w:rsidRPr="00F61A70" w14:paraId="3EE8CE22" w14:textId="77777777">
        <w:trPr>
          <w:cantSplit/>
          <w:trHeight w:val="510"/>
        </w:trPr>
        <w:tc>
          <w:tcPr>
            <w:tcW w:w="5621" w:type="dxa"/>
            <w:gridSpan w:val="5"/>
          </w:tcPr>
          <w:p w14:paraId="70E33003" w14:textId="77777777" w:rsidR="003C7CA3" w:rsidRPr="005B29C5" w:rsidRDefault="003454F7">
            <w:pPr>
              <w:keepNext/>
              <w:rPr>
                <w:lang w:val="fr-FR"/>
              </w:rPr>
            </w:pPr>
            <w:r w:rsidRPr="005B29C5">
              <w:rPr>
                <w:b/>
                <w:color w:val="0D5F78"/>
                <w:lang w:val="fr-FR"/>
              </w:rPr>
              <w:t>Tipul obiectului</w:t>
            </w:r>
          </w:p>
          <w:p w14:paraId="56B5E59D" w14:textId="77777777" w:rsidR="003C7CA3" w:rsidRPr="005B29C5" w:rsidRDefault="003454F7">
            <w:pPr>
              <w:keepNext/>
              <w:rPr>
                <w:lang w:val="fr-FR"/>
              </w:rPr>
            </w:pPr>
            <w:r w:rsidRPr="005B29C5">
              <w:rPr>
                <w:sz w:val="16"/>
                <w:lang w:val="fr-FR"/>
              </w:rPr>
              <w:t>☐ clădire     ☐ corp de clădire     ☐ unități locative</w:t>
            </w:r>
          </w:p>
        </w:tc>
        <w:tc>
          <w:tcPr>
            <w:tcW w:w="4015" w:type="dxa"/>
            <w:gridSpan w:val="4"/>
          </w:tcPr>
          <w:p w14:paraId="1B36A210" w14:textId="77777777" w:rsidR="003C7CA3" w:rsidRPr="005B29C5" w:rsidRDefault="003454F7">
            <w:pPr>
              <w:keepNext/>
              <w:rPr>
                <w:lang w:val="fr-FR"/>
              </w:rPr>
            </w:pPr>
            <w:r w:rsidRPr="005B29C5">
              <w:rPr>
                <w:b/>
                <w:color w:val="0D5F78"/>
                <w:lang w:val="fr-FR"/>
              </w:rPr>
              <w:t>Clădirea este</w:t>
            </w:r>
          </w:p>
          <w:p w14:paraId="19F3F41D" w14:textId="77777777" w:rsidR="003C7CA3" w:rsidRPr="005B29C5" w:rsidRDefault="003454F7">
            <w:pPr>
              <w:keepNext/>
              <w:rPr>
                <w:lang w:val="fr-FR"/>
              </w:rPr>
            </w:pPr>
            <w:r w:rsidRPr="005B29C5">
              <w:rPr>
                <w:sz w:val="16"/>
                <w:lang w:val="fr-FR"/>
              </w:rPr>
              <w:t>☐ existentă     ☐ propusă prin proiect</w:t>
            </w:r>
          </w:p>
        </w:tc>
      </w:tr>
      <w:tr w:rsidR="003C7CA3" w14:paraId="11A82C2D" w14:textId="77777777">
        <w:trPr>
          <w:cantSplit/>
          <w:trHeight w:val="510"/>
        </w:trPr>
        <w:tc>
          <w:tcPr>
            <w:tcW w:w="3212" w:type="dxa"/>
            <w:gridSpan w:val="2"/>
          </w:tcPr>
          <w:p w14:paraId="0438C0C7" w14:textId="77777777" w:rsidR="003C7CA3" w:rsidRDefault="003454F7">
            <w:pPr>
              <w:keepNext/>
            </w:pPr>
            <w:r>
              <w:rPr>
                <w:b/>
                <w:color w:val="0D5F78"/>
              </w:rPr>
              <w:t>Denumirea clădirii</w:t>
            </w:r>
          </w:p>
          <w:p w14:paraId="10483E47" w14:textId="77777777" w:rsidR="003C7CA3" w:rsidRDefault="003C7CA3">
            <w:pPr>
              <w:keepNext/>
            </w:pPr>
          </w:p>
        </w:tc>
        <w:tc>
          <w:tcPr>
            <w:tcW w:w="6424" w:type="dxa"/>
            <w:gridSpan w:val="7"/>
          </w:tcPr>
          <w:p w14:paraId="3E89F52C" w14:textId="77777777" w:rsidR="003C7CA3" w:rsidRDefault="003454F7">
            <w:pPr>
              <w:keepNext/>
            </w:pPr>
            <w:r>
              <w:rPr>
                <w:b/>
                <w:color w:val="0D5F78"/>
              </w:rPr>
              <w:t>Descriere</w:t>
            </w:r>
          </w:p>
          <w:p w14:paraId="4D8F687C" w14:textId="77777777" w:rsidR="003C7CA3" w:rsidRDefault="003C7CA3">
            <w:pPr>
              <w:keepNext/>
            </w:pPr>
          </w:p>
        </w:tc>
      </w:tr>
      <w:tr w:rsidR="003C7CA3" w:rsidRPr="006463CB" w14:paraId="2C7515BE" w14:textId="77777777">
        <w:trPr>
          <w:cantSplit/>
        </w:trPr>
        <w:tc>
          <w:tcPr>
            <w:tcW w:w="9636" w:type="dxa"/>
            <w:gridSpan w:val="9"/>
            <w:shd w:val="clear" w:color="auto" w:fill="F4F4F4"/>
          </w:tcPr>
          <w:p w14:paraId="7953601D" w14:textId="24E379E4" w:rsidR="00F61A70" w:rsidRDefault="00F61A70">
            <w:pPr>
              <w:keepNext/>
              <w:rPr>
                <w:sz w:val="16"/>
                <w:lang w:val="fr-FR"/>
              </w:rPr>
            </w:pPr>
            <w:r>
              <w:rPr>
                <w:sz w:val="16"/>
                <w:lang w:val="fr-FR"/>
              </w:rPr>
              <w:t>CARACTERISTICI ALE CLĂDIRII</w:t>
            </w:r>
          </w:p>
          <w:p w14:paraId="7BB366A1" w14:textId="13E9544A"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14:paraId="723DEA41" w14:textId="77777777">
        <w:trPr>
          <w:cantSplit/>
          <w:trHeight w:val="510"/>
        </w:trPr>
        <w:tc>
          <w:tcPr>
            <w:tcW w:w="4015" w:type="dxa"/>
            <w:gridSpan w:val="3"/>
          </w:tcPr>
          <w:p w14:paraId="299BCBAA" w14:textId="72AC694E" w:rsidR="00F61A70" w:rsidRPr="00F61A70" w:rsidRDefault="003454F7" w:rsidP="00F61A70">
            <w:pPr>
              <w:keepNext/>
              <w:rPr>
                <w:lang w:val="fr-FR"/>
              </w:rPr>
            </w:pPr>
            <w:r w:rsidRPr="007E5D45">
              <w:rPr>
                <w:b/>
                <w:color w:val="0D5F78"/>
                <w:lang w:val="fr-FR"/>
              </w:rPr>
              <w:t>Destinația / funcțiunea principală</w:t>
            </w:r>
            <w:r w:rsidR="007E5D45" w:rsidRPr="007E5D45">
              <w:rPr>
                <w:b/>
                <w:color w:val="0D5F78"/>
                <w:lang w:val="fr-FR"/>
              </w:rPr>
              <w:t xml:space="preserve"> </w:t>
            </w:r>
            <w:r w:rsidR="00F61A70" w:rsidRPr="00F61A70">
              <w:rPr>
                <w:bCs/>
                <w:i/>
                <w:iCs/>
                <w:color w:val="808080" w:themeColor="background1" w:themeShade="80"/>
                <w:lang w:val="fr-FR"/>
              </w:rPr>
              <w:t>(existent/propus)</w:t>
            </w:r>
          </w:p>
          <w:p w14:paraId="22CFD931" w14:textId="58E0F812" w:rsidR="003C7CA3" w:rsidRPr="007E5D45" w:rsidRDefault="003C7CA3">
            <w:pPr>
              <w:keepNext/>
              <w:rPr>
                <w:lang w:val="fr-FR"/>
              </w:rPr>
            </w:pPr>
          </w:p>
          <w:p w14:paraId="1ACBE500" w14:textId="77777777" w:rsidR="003C7CA3" w:rsidRPr="007E5D45" w:rsidRDefault="003C7CA3">
            <w:pPr>
              <w:keepNext/>
              <w:rPr>
                <w:lang w:val="fr-FR"/>
              </w:rPr>
            </w:pPr>
          </w:p>
        </w:tc>
        <w:tc>
          <w:tcPr>
            <w:tcW w:w="2409" w:type="dxa"/>
            <w:gridSpan w:val="3"/>
          </w:tcPr>
          <w:p w14:paraId="1B1CED52" w14:textId="5CFC24C7" w:rsidR="003C7CA3" w:rsidRDefault="003454F7">
            <w:pPr>
              <w:keepNext/>
            </w:pPr>
            <w:r>
              <w:rPr>
                <w:b/>
                <w:color w:val="0D5F78"/>
              </w:rPr>
              <w:t>Funcțiuni secundare</w:t>
            </w:r>
            <w:r w:rsidR="007E5D45">
              <w:rPr>
                <w:b/>
                <w:color w:val="0D5F78"/>
              </w:rPr>
              <w:t xml:space="preserve"> </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14:paraId="3FC91EBB" w14:textId="77777777" w:rsidR="003C7CA3" w:rsidRDefault="003C7CA3">
            <w:pPr>
              <w:keepNext/>
            </w:pPr>
          </w:p>
        </w:tc>
        <w:tc>
          <w:tcPr>
            <w:tcW w:w="1606" w:type="dxa"/>
            <w:gridSpan w:val="2"/>
          </w:tcPr>
          <w:p w14:paraId="21ACD1C3" w14:textId="77777777" w:rsidR="003C7CA3" w:rsidRDefault="003454F7">
            <w:pPr>
              <w:keepNext/>
            </w:pPr>
            <w:r>
              <w:rPr>
                <w:b/>
                <w:color w:val="0D5F78"/>
              </w:rPr>
              <w:t>Regim juridic</w:t>
            </w:r>
          </w:p>
          <w:p w14:paraId="7DF7F9E8" w14:textId="77777777" w:rsidR="003C7CA3" w:rsidRDefault="003C7CA3">
            <w:pPr>
              <w:keepNext/>
            </w:pPr>
          </w:p>
        </w:tc>
        <w:tc>
          <w:tcPr>
            <w:tcW w:w="1606" w:type="dxa"/>
          </w:tcPr>
          <w:p w14:paraId="2D3B31D8" w14:textId="77777777" w:rsidR="003C7CA3" w:rsidRDefault="003454F7">
            <w:pPr>
              <w:keepNext/>
            </w:pPr>
            <w:r>
              <w:rPr>
                <w:b/>
                <w:color w:val="0D5F78"/>
              </w:rPr>
              <w:t>Zonă fiscală</w:t>
            </w:r>
          </w:p>
          <w:p w14:paraId="52F3E8FC" w14:textId="77777777" w:rsidR="003C7CA3" w:rsidRDefault="003C7CA3">
            <w:pPr>
              <w:keepNext/>
            </w:pPr>
          </w:p>
        </w:tc>
      </w:tr>
      <w:tr w:rsidR="003C7CA3" w:rsidRPr="006463CB" w14:paraId="6377A5DB" w14:textId="77777777">
        <w:trPr>
          <w:cantSplit/>
          <w:trHeight w:val="510"/>
        </w:trPr>
        <w:tc>
          <w:tcPr>
            <w:tcW w:w="3212" w:type="dxa"/>
            <w:gridSpan w:val="2"/>
          </w:tcPr>
          <w:p w14:paraId="77944B95" w14:textId="77777777" w:rsidR="003C7CA3" w:rsidRPr="00F61A70" w:rsidRDefault="003454F7">
            <w:pPr>
              <w:keepNext/>
              <w:rPr>
                <w:lang w:val="fr-FR"/>
              </w:rPr>
            </w:pPr>
            <w:r w:rsidRPr="00F61A70">
              <w:rPr>
                <w:b/>
                <w:color w:val="0D5F78"/>
                <w:lang w:val="fr-FR"/>
              </w:rPr>
              <w:t>Anul construirii</w:t>
            </w:r>
          </w:p>
          <w:p w14:paraId="0F248267" w14:textId="77777777" w:rsidR="003C7CA3" w:rsidRPr="00F61A70" w:rsidRDefault="003454F7">
            <w:pPr>
              <w:keepNext/>
              <w:rPr>
                <w:lang w:val="fr-FR"/>
              </w:rPr>
            </w:pPr>
            <w:r w:rsidRPr="00F61A70">
              <w:rPr>
                <w:i/>
                <w:color w:val="7A7A7A"/>
                <w:lang w:val="fr-FR"/>
              </w:rPr>
              <w:t>la clădirile existente</w:t>
            </w:r>
          </w:p>
          <w:p w14:paraId="06AB52DB" w14:textId="77777777" w:rsidR="003C7CA3" w:rsidRPr="00F61A70" w:rsidRDefault="003C7CA3">
            <w:pPr>
              <w:keepNext/>
              <w:rPr>
                <w:lang w:val="fr-FR"/>
              </w:rPr>
            </w:pPr>
          </w:p>
        </w:tc>
        <w:tc>
          <w:tcPr>
            <w:tcW w:w="3212" w:type="dxa"/>
            <w:gridSpan w:val="4"/>
          </w:tcPr>
          <w:p w14:paraId="75966031" w14:textId="77777777" w:rsidR="003C7CA3" w:rsidRPr="005B29C5" w:rsidRDefault="003454F7">
            <w:pPr>
              <w:keepNext/>
              <w:rPr>
                <w:lang w:val="fr-FR"/>
              </w:rPr>
            </w:pPr>
            <w:r w:rsidRPr="005B29C5">
              <w:rPr>
                <w:b/>
                <w:color w:val="0D5F78"/>
                <w:lang w:val="fr-FR"/>
              </w:rPr>
              <w:t>Anul ultimei renovări</w:t>
            </w:r>
          </w:p>
          <w:p w14:paraId="24F52054" w14:textId="77777777" w:rsidR="003C7CA3" w:rsidRPr="005B29C5" w:rsidRDefault="003454F7">
            <w:pPr>
              <w:keepNext/>
              <w:rPr>
                <w:lang w:val="fr-FR"/>
              </w:rPr>
            </w:pPr>
            <w:r w:rsidRPr="005B29C5">
              <w:rPr>
                <w:i/>
                <w:color w:val="7A7A7A"/>
                <w:lang w:val="fr-FR"/>
              </w:rPr>
              <w:t>dacă e cazul</w:t>
            </w:r>
          </w:p>
          <w:p w14:paraId="6AE5F8FA" w14:textId="77777777" w:rsidR="003C7CA3" w:rsidRPr="005B29C5" w:rsidRDefault="003C7CA3">
            <w:pPr>
              <w:keepNext/>
              <w:rPr>
                <w:lang w:val="fr-FR"/>
              </w:rPr>
            </w:pPr>
          </w:p>
        </w:tc>
        <w:tc>
          <w:tcPr>
            <w:tcW w:w="3212" w:type="dxa"/>
            <w:gridSpan w:val="3"/>
          </w:tcPr>
          <w:p w14:paraId="138D6D15" w14:textId="77777777" w:rsidR="003C7CA3" w:rsidRPr="005B29C5" w:rsidRDefault="003454F7">
            <w:pPr>
              <w:keepNext/>
              <w:rPr>
                <w:lang w:val="fr-FR"/>
              </w:rPr>
            </w:pPr>
            <w:r w:rsidRPr="005B29C5">
              <w:rPr>
                <w:b/>
                <w:color w:val="0D5F78"/>
                <w:lang w:val="fr-FR"/>
              </w:rPr>
              <w:t>Durata de viață estimată (ani)</w:t>
            </w:r>
          </w:p>
          <w:p w14:paraId="339E8596" w14:textId="77777777" w:rsidR="003C7CA3" w:rsidRPr="005B29C5" w:rsidRDefault="003C7CA3">
            <w:pPr>
              <w:keepNext/>
              <w:rPr>
                <w:lang w:val="fr-FR"/>
              </w:rPr>
            </w:pPr>
          </w:p>
        </w:tc>
      </w:tr>
      <w:tr w:rsidR="003C7CA3" w:rsidRPr="00F61A70" w14:paraId="559AFCD9" w14:textId="77777777">
        <w:trPr>
          <w:cantSplit/>
          <w:trHeight w:val="510"/>
        </w:trPr>
        <w:tc>
          <w:tcPr>
            <w:tcW w:w="2409" w:type="dxa"/>
          </w:tcPr>
          <w:p w14:paraId="18D30FAF" w14:textId="78F88610" w:rsidR="003C7CA3" w:rsidRPr="005B29C5" w:rsidRDefault="003454F7">
            <w:pPr>
              <w:keepNext/>
              <w:rPr>
                <w:lang w:val="fr-FR"/>
              </w:rPr>
            </w:pPr>
            <w:r w:rsidRPr="005B29C5">
              <w:rPr>
                <w:b/>
                <w:color w:val="0D5F78"/>
                <w:lang w:val="fr-FR"/>
              </w:rPr>
              <w:t>Regim de înălțime</w:t>
            </w:r>
            <w:r w:rsidR="00F61A70" w:rsidRPr="00F61A70">
              <w:rPr>
                <w:bCs/>
                <w:i/>
                <w:iCs/>
                <w:color w:val="808080" w:themeColor="background1" w:themeShade="80"/>
                <w:lang w:val="fr-FR"/>
              </w:rPr>
              <w:t>(existent/propus)</w:t>
            </w:r>
          </w:p>
          <w:p w14:paraId="740D6E0F" w14:textId="77777777" w:rsidR="003C7CA3" w:rsidRPr="005B29C5" w:rsidRDefault="003454F7">
            <w:pPr>
              <w:keepNext/>
              <w:rPr>
                <w:lang w:val="fr-FR"/>
              </w:rPr>
            </w:pPr>
            <w:r w:rsidRPr="005B29C5">
              <w:rPr>
                <w:i/>
                <w:color w:val="7A7A7A"/>
                <w:lang w:val="fr-FR"/>
              </w:rPr>
              <w:t>ex. S+P+2E+M</w:t>
            </w:r>
          </w:p>
          <w:p w14:paraId="42442C36" w14:textId="77777777" w:rsidR="003C7CA3" w:rsidRPr="005B29C5" w:rsidRDefault="003C7CA3">
            <w:pPr>
              <w:keepNext/>
              <w:rPr>
                <w:lang w:val="fr-FR"/>
              </w:rPr>
            </w:pPr>
          </w:p>
        </w:tc>
        <w:tc>
          <w:tcPr>
            <w:tcW w:w="2409" w:type="dxa"/>
            <w:gridSpan w:val="3"/>
          </w:tcPr>
          <w:p w14:paraId="4C60E9B6" w14:textId="257A5600"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14:paraId="3CF2B9A4" w14:textId="77777777" w:rsidR="003C7CA3" w:rsidRPr="00F61A70" w:rsidRDefault="003C7CA3">
            <w:pPr>
              <w:keepNext/>
              <w:rPr>
                <w:lang w:val="fr-FR"/>
              </w:rPr>
            </w:pPr>
          </w:p>
        </w:tc>
        <w:tc>
          <w:tcPr>
            <w:tcW w:w="2409" w:type="dxa"/>
            <w:gridSpan w:val="3"/>
          </w:tcPr>
          <w:p w14:paraId="46C8B034" w14:textId="3C240C9C"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14:paraId="1C1C9CC0" w14:textId="77777777" w:rsidR="003C7CA3" w:rsidRPr="00F61A70" w:rsidRDefault="003C7CA3">
            <w:pPr>
              <w:keepNext/>
              <w:rPr>
                <w:lang w:val="fr-FR"/>
              </w:rPr>
            </w:pPr>
          </w:p>
        </w:tc>
        <w:tc>
          <w:tcPr>
            <w:tcW w:w="2409" w:type="dxa"/>
            <w:gridSpan w:val="2"/>
          </w:tcPr>
          <w:p w14:paraId="10B62DC5" w14:textId="081E05DF"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14:paraId="7E8DBEBB" w14:textId="77777777" w:rsidR="003C7CA3" w:rsidRDefault="003C7CA3" w:rsidP="0007047E">
            <w:pPr>
              <w:keepNext/>
              <w:rPr>
                <w:lang w:val="fr-FR"/>
              </w:rPr>
            </w:pPr>
          </w:p>
          <w:p w14:paraId="6A190CD2" w14:textId="717968AA"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r w:rsidR="00F61A70" w:rsidRPr="00F61A70">
              <w:rPr>
                <w:bCs/>
                <w:i/>
                <w:iCs/>
                <w:color w:val="808080" w:themeColor="background1" w:themeShade="80"/>
                <w:lang w:val="fr-FR"/>
              </w:rPr>
              <w:t xml:space="preserve"> </w:t>
            </w:r>
          </w:p>
          <w:p w14:paraId="71F4C0F2" w14:textId="3DC91D9A" w:rsidR="0007047E" w:rsidRPr="0007047E" w:rsidRDefault="0007047E" w:rsidP="0007047E">
            <w:pPr>
              <w:keepNext/>
              <w:rPr>
                <w:lang w:val="fr-FR"/>
              </w:rPr>
            </w:pPr>
          </w:p>
        </w:tc>
      </w:tr>
      <w:tr w:rsidR="003C7CA3" w14:paraId="5E4E8EC6" w14:textId="77777777">
        <w:trPr>
          <w:cantSplit/>
        </w:trPr>
        <w:tc>
          <w:tcPr>
            <w:tcW w:w="9636" w:type="dxa"/>
            <w:gridSpan w:val="9"/>
            <w:shd w:val="clear" w:color="auto" w:fill="F4F4F4"/>
          </w:tcPr>
          <w:p w14:paraId="35E2F144" w14:textId="2A34E000" w:rsidR="003C7CA3" w:rsidRDefault="003454F7">
            <w:pPr>
              <w:keepNext/>
            </w:pPr>
            <w:r w:rsidRPr="0007047E">
              <w:rPr>
                <w:sz w:val="16"/>
                <w:lang w:val="fr-FR"/>
              </w:rPr>
              <w:t xml:space="preserve"> </w:t>
            </w:r>
            <w:r>
              <w:rPr>
                <w:sz w:val="16"/>
              </w:rPr>
              <w:t>Suprafețe și volum</w:t>
            </w:r>
            <w:r w:rsidR="007E5D45">
              <w:rPr>
                <w:sz w:val="16"/>
              </w:rPr>
              <w:t xml:space="preserve"> </w:t>
            </w:r>
          </w:p>
        </w:tc>
      </w:tr>
      <w:tr w:rsidR="003C7CA3" w14:paraId="2FD126AF" w14:textId="77777777">
        <w:trPr>
          <w:cantSplit/>
          <w:trHeight w:val="510"/>
        </w:trPr>
        <w:tc>
          <w:tcPr>
            <w:tcW w:w="2409" w:type="dxa"/>
          </w:tcPr>
          <w:p w14:paraId="06C8304E" w14:textId="7F817497" w:rsidR="003C7CA3" w:rsidRPr="00F61A70" w:rsidRDefault="003454F7">
            <w:pPr>
              <w:keepNext/>
              <w:rPr>
                <w:lang w:val="fr-FR"/>
              </w:rPr>
            </w:pPr>
            <w:r w:rsidRPr="00F61A70">
              <w:rPr>
                <w:b/>
                <w:color w:val="0D5F78"/>
                <w:lang w:val="fr-FR"/>
              </w:rPr>
              <w:t>Suprafața construită (m²)</w:t>
            </w:r>
            <w:r w:rsidR="00F61A70" w:rsidRPr="00F61A70">
              <w:rPr>
                <w:b/>
                <w:color w:val="0D5F78"/>
                <w:lang w:val="fr-FR"/>
              </w:rPr>
              <w:t xml:space="preserve"> </w:t>
            </w:r>
            <w:r w:rsidR="00F61A70" w:rsidRPr="00F61A70">
              <w:rPr>
                <w:bCs/>
                <w:i/>
                <w:iCs/>
                <w:color w:val="808080" w:themeColor="background1" w:themeShade="80"/>
                <w:lang w:val="fr-FR"/>
              </w:rPr>
              <w:t>(existent/propus)</w:t>
            </w:r>
          </w:p>
          <w:p w14:paraId="48F1C2CE" w14:textId="77777777" w:rsidR="003C7CA3" w:rsidRPr="00F61A70" w:rsidRDefault="003C7CA3">
            <w:pPr>
              <w:keepNext/>
              <w:rPr>
                <w:lang w:val="fr-FR"/>
              </w:rPr>
            </w:pPr>
          </w:p>
        </w:tc>
        <w:tc>
          <w:tcPr>
            <w:tcW w:w="2409" w:type="dxa"/>
            <w:gridSpan w:val="3"/>
          </w:tcPr>
          <w:p w14:paraId="7DCB2196" w14:textId="77777777" w:rsidR="003C7CA3" w:rsidRDefault="003454F7">
            <w:pPr>
              <w:keepNext/>
              <w:rPr>
                <w:b/>
                <w:color w:val="0D5F78"/>
              </w:rPr>
            </w:pPr>
            <w:r>
              <w:rPr>
                <w:b/>
                <w:color w:val="0D5F78"/>
              </w:rPr>
              <w:t>Suprafața desfășurată (m²)</w:t>
            </w:r>
          </w:p>
          <w:p w14:paraId="7E1A2C27" w14:textId="4D1CD3B2" w:rsidR="00F61A70" w:rsidRDefault="00F61A70">
            <w:pPr>
              <w:keepNext/>
            </w:pPr>
            <w:r w:rsidRPr="00F61A70">
              <w:rPr>
                <w:bCs/>
                <w:i/>
                <w:iCs/>
                <w:color w:val="808080" w:themeColor="background1" w:themeShade="80"/>
                <w:lang w:val="fr-FR"/>
              </w:rPr>
              <w:t>(existent/propus)</w:t>
            </w:r>
          </w:p>
          <w:p w14:paraId="74D48601" w14:textId="77777777" w:rsidR="003C7CA3" w:rsidRDefault="003C7CA3">
            <w:pPr>
              <w:keepNext/>
            </w:pPr>
          </w:p>
        </w:tc>
        <w:tc>
          <w:tcPr>
            <w:tcW w:w="2409" w:type="dxa"/>
            <w:gridSpan w:val="3"/>
          </w:tcPr>
          <w:p w14:paraId="5748DFD2" w14:textId="77777777" w:rsidR="009E435D" w:rsidRDefault="003454F7">
            <w:pPr>
              <w:keepNext/>
              <w:rPr>
                <w:b/>
                <w:color w:val="0D5F78"/>
                <w:lang w:val="fr-FR"/>
              </w:rPr>
            </w:pPr>
            <w:r w:rsidRPr="009E435D">
              <w:rPr>
                <w:b/>
                <w:color w:val="0D5F78"/>
                <w:lang w:val="fr-FR"/>
              </w:rPr>
              <w:t>Suprafața utilă (m²)</w:t>
            </w:r>
          </w:p>
          <w:p w14:paraId="1825C0CA" w14:textId="1651B2E6" w:rsidR="003C7CA3" w:rsidRPr="009E435D" w:rsidRDefault="009E435D">
            <w:pPr>
              <w:keepNext/>
              <w:rPr>
                <w:lang w:val="fr-FR"/>
              </w:rPr>
            </w:pPr>
            <w:r w:rsidRPr="00F61A70">
              <w:rPr>
                <w:bCs/>
                <w:i/>
                <w:iCs/>
                <w:color w:val="808080" w:themeColor="background1" w:themeShade="80"/>
                <w:lang w:val="fr-FR"/>
              </w:rPr>
              <w:t>(existent/propus)</w:t>
            </w:r>
          </w:p>
          <w:p w14:paraId="7B61B290" w14:textId="77777777" w:rsidR="003C7CA3" w:rsidRPr="009E435D" w:rsidRDefault="003C7CA3">
            <w:pPr>
              <w:keepNext/>
              <w:rPr>
                <w:lang w:val="fr-FR"/>
              </w:rPr>
            </w:pPr>
          </w:p>
        </w:tc>
        <w:tc>
          <w:tcPr>
            <w:tcW w:w="2409" w:type="dxa"/>
            <w:gridSpan w:val="2"/>
          </w:tcPr>
          <w:p w14:paraId="6E0C2C74" w14:textId="77777777" w:rsidR="003C7CA3" w:rsidRDefault="003454F7">
            <w:pPr>
              <w:keepNext/>
              <w:rPr>
                <w:b/>
                <w:color w:val="0D5F78"/>
              </w:rPr>
            </w:pPr>
            <w:r>
              <w:rPr>
                <w:b/>
                <w:color w:val="0D5F78"/>
              </w:rPr>
              <w:t>Volum construit (m³)</w:t>
            </w:r>
          </w:p>
          <w:p w14:paraId="43DE4869" w14:textId="418CC1F4" w:rsidR="009E435D" w:rsidRDefault="009E435D">
            <w:pPr>
              <w:keepNext/>
            </w:pPr>
            <w:r w:rsidRPr="00F61A70">
              <w:rPr>
                <w:bCs/>
                <w:i/>
                <w:iCs/>
                <w:color w:val="808080" w:themeColor="background1" w:themeShade="80"/>
                <w:lang w:val="fr-FR"/>
              </w:rPr>
              <w:t>(existent/propus)</w:t>
            </w:r>
          </w:p>
          <w:p w14:paraId="64125EF1" w14:textId="77777777" w:rsidR="003C7CA3" w:rsidRDefault="003C7CA3">
            <w:pPr>
              <w:keepNext/>
            </w:pPr>
          </w:p>
        </w:tc>
      </w:tr>
      <w:tr w:rsidR="003C7CA3" w14:paraId="0F6EBED6" w14:textId="77777777">
        <w:trPr>
          <w:cantSplit/>
        </w:trPr>
        <w:tc>
          <w:tcPr>
            <w:tcW w:w="9636" w:type="dxa"/>
            <w:gridSpan w:val="9"/>
            <w:shd w:val="clear" w:color="auto" w:fill="F4F4F4"/>
          </w:tcPr>
          <w:p w14:paraId="05C5C6F8" w14:textId="77777777" w:rsidR="003C7CA3" w:rsidRDefault="003454F7">
            <w:pPr>
              <w:keepNext/>
            </w:pPr>
            <w:r>
              <w:rPr>
                <w:sz w:val="16"/>
              </w:rPr>
              <w:t xml:space="preserve"> Rezistență mecanică și stabilitate</w:t>
            </w:r>
          </w:p>
        </w:tc>
      </w:tr>
      <w:tr w:rsidR="003C7CA3" w14:paraId="648D619D" w14:textId="77777777">
        <w:trPr>
          <w:cantSplit/>
          <w:trHeight w:val="510"/>
        </w:trPr>
        <w:tc>
          <w:tcPr>
            <w:tcW w:w="3212" w:type="dxa"/>
            <w:gridSpan w:val="2"/>
          </w:tcPr>
          <w:p w14:paraId="269BC7B3" w14:textId="3530AFF0" w:rsidR="003C7CA3" w:rsidRDefault="003454F7">
            <w:pPr>
              <w:keepNext/>
            </w:pPr>
            <w:r>
              <w:rPr>
                <w:b/>
                <w:color w:val="0D5F78"/>
              </w:rPr>
              <w:t>Sistem structural</w:t>
            </w:r>
            <w:r w:rsidR="009E435D">
              <w:rPr>
                <w:b/>
                <w:color w:val="0D5F78"/>
              </w:rPr>
              <w:t xml:space="preserve"> </w:t>
            </w:r>
            <w:r w:rsidR="009E435D" w:rsidRPr="00F61A70">
              <w:rPr>
                <w:bCs/>
                <w:i/>
                <w:iCs/>
                <w:color w:val="808080" w:themeColor="background1" w:themeShade="80"/>
                <w:lang w:val="fr-FR"/>
              </w:rPr>
              <w:t>(existent/propus)</w:t>
            </w:r>
          </w:p>
          <w:p w14:paraId="4148DB18" w14:textId="77777777" w:rsidR="003C7CA3" w:rsidRDefault="003C7CA3">
            <w:pPr>
              <w:keepNext/>
            </w:pPr>
          </w:p>
        </w:tc>
        <w:tc>
          <w:tcPr>
            <w:tcW w:w="3212" w:type="dxa"/>
            <w:gridSpan w:val="4"/>
          </w:tcPr>
          <w:p w14:paraId="230A02FC" w14:textId="017863FE" w:rsidR="003C7CA3" w:rsidRDefault="003454F7">
            <w:pPr>
              <w:keepNext/>
            </w:pPr>
            <w:r>
              <w:rPr>
                <w:b/>
                <w:color w:val="0D5F78"/>
              </w:rPr>
              <w:t>Material structural</w:t>
            </w:r>
            <w:r w:rsidR="009E435D">
              <w:rPr>
                <w:b/>
                <w:color w:val="0D5F78"/>
              </w:rPr>
              <w:t xml:space="preserve"> </w:t>
            </w:r>
            <w:r w:rsidR="009E435D" w:rsidRPr="00F61A70">
              <w:rPr>
                <w:bCs/>
                <w:i/>
                <w:iCs/>
                <w:color w:val="808080" w:themeColor="background1" w:themeShade="80"/>
                <w:lang w:val="fr-FR"/>
              </w:rPr>
              <w:t>(existent/propus)</w:t>
            </w:r>
          </w:p>
          <w:p w14:paraId="52213A2A" w14:textId="77777777" w:rsidR="003C7CA3" w:rsidRDefault="003C7CA3">
            <w:pPr>
              <w:keepNext/>
            </w:pPr>
          </w:p>
        </w:tc>
        <w:tc>
          <w:tcPr>
            <w:tcW w:w="3212" w:type="dxa"/>
            <w:gridSpan w:val="3"/>
          </w:tcPr>
          <w:p w14:paraId="5FC13512" w14:textId="6C261E0A" w:rsidR="003C7CA3" w:rsidRPr="009E435D" w:rsidRDefault="003454F7">
            <w:pPr>
              <w:keepNext/>
              <w:rPr>
                <w:lang w:val="fr-FR"/>
              </w:rPr>
            </w:pPr>
            <w:r w:rsidRPr="009E435D">
              <w:rPr>
                <w:b/>
                <w:color w:val="0D5F78"/>
                <w:lang w:val="fr-FR"/>
              </w:rPr>
              <w:t>Clasa de risc seismic</w:t>
            </w:r>
            <w:r w:rsidR="009E435D" w:rsidRPr="009E435D">
              <w:rPr>
                <w:b/>
                <w:color w:val="0D5F78"/>
                <w:lang w:val="fr-FR"/>
              </w:rPr>
              <w:t xml:space="preserve"> </w:t>
            </w:r>
            <w:r w:rsidR="009E435D" w:rsidRPr="00F61A70">
              <w:rPr>
                <w:bCs/>
                <w:i/>
                <w:iCs/>
                <w:color w:val="808080" w:themeColor="background1" w:themeShade="80"/>
                <w:lang w:val="fr-FR"/>
              </w:rPr>
              <w:t>(existent/propus)</w:t>
            </w:r>
          </w:p>
          <w:p w14:paraId="121DEF40" w14:textId="77777777" w:rsidR="003C7CA3" w:rsidRDefault="003454F7">
            <w:pPr>
              <w:keepNext/>
            </w:pPr>
            <w:r>
              <w:rPr>
                <w:i/>
                <w:color w:val="7A7A7A"/>
              </w:rPr>
              <w:t>Rs I … Rs IV</w:t>
            </w:r>
          </w:p>
          <w:p w14:paraId="21701975" w14:textId="77777777" w:rsidR="003C7CA3" w:rsidRDefault="003C7CA3">
            <w:pPr>
              <w:keepNext/>
            </w:pPr>
          </w:p>
        </w:tc>
      </w:tr>
      <w:tr w:rsidR="003C7CA3" w14:paraId="10E744AE" w14:textId="77777777">
        <w:trPr>
          <w:cantSplit/>
        </w:trPr>
        <w:tc>
          <w:tcPr>
            <w:tcW w:w="9636" w:type="dxa"/>
            <w:gridSpan w:val="9"/>
            <w:shd w:val="clear" w:color="auto" w:fill="F4F4F4"/>
          </w:tcPr>
          <w:p w14:paraId="1EE6A226" w14:textId="77777777" w:rsidR="003C7CA3" w:rsidRDefault="003454F7">
            <w:pPr>
              <w:keepNext/>
            </w:pPr>
            <w:r>
              <w:rPr>
                <w:sz w:val="16"/>
              </w:rPr>
              <w:t xml:space="preserve"> Anvelopă</w:t>
            </w:r>
          </w:p>
        </w:tc>
      </w:tr>
      <w:tr w:rsidR="003C7CA3" w:rsidRPr="009E435D" w14:paraId="7BA6871E" w14:textId="77777777">
        <w:trPr>
          <w:cantSplit/>
          <w:trHeight w:val="510"/>
        </w:trPr>
        <w:tc>
          <w:tcPr>
            <w:tcW w:w="2409" w:type="dxa"/>
          </w:tcPr>
          <w:p w14:paraId="13427585" w14:textId="056B9861" w:rsidR="003C7CA3" w:rsidRDefault="003454F7">
            <w:pPr>
              <w:keepNext/>
            </w:pPr>
            <w:r>
              <w:rPr>
                <w:b/>
                <w:color w:val="0D5F78"/>
              </w:rPr>
              <w:t>Acoperiș / învelitoare</w:t>
            </w:r>
            <w:r w:rsidR="009E435D">
              <w:rPr>
                <w:b/>
                <w:color w:val="0D5F78"/>
              </w:rPr>
              <w:t xml:space="preserve"> </w:t>
            </w:r>
            <w:r w:rsidR="009E435D" w:rsidRPr="00F61A70">
              <w:rPr>
                <w:bCs/>
                <w:i/>
                <w:iCs/>
                <w:color w:val="808080" w:themeColor="background1" w:themeShade="80"/>
                <w:lang w:val="fr-FR"/>
              </w:rPr>
              <w:t>(existent/propus)</w:t>
            </w:r>
          </w:p>
          <w:p w14:paraId="77A32C88" w14:textId="77777777" w:rsidR="003C7CA3" w:rsidRDefault="003454F7">
            <w:pPr>
              <w:keepNext/>
            </w:pPr>
            <w:r>
              <w:rPr>
                <w:i/>
                <w:color w:val="7A7A7A"/>
              </w:rPr>
              <w:t>șarpantă sau terasă</w:t>
            </w:r>
          </w:p>
          <w:p w14:paraId="49F0469B" w14:textId="77777777" w:rsidR="003C7CA3" w:rsidRDefault="003C7CA3">
            <w:pPr>
              <w:keepNext/>
            </w:pPr>
          </w:p>
        </w:tc>
        <w:tc>
          <w:tcPr>
            <w:tcW w:w="2409" w:type="dxa"/>
            <w:gridSpan w:val="3"/>
          </w:tcPr>
          <w:p w14:paraId="21D1830D" w14:textId="77777777" w:rsidR="003C7CA3" w:rsidRDefault="003454F7">
            <w:pPr>
              <w:keepNext/>
              <w:rPr>
                <w:b/>
                <w:color w:val="0D5F78"/>
              </w:rPr>
            </w:pPr>
            <w:r>
              <w:rPr>
                <w:b/>
                <w:color w:val="0D5F78"/>
              </w:rPr>
              <w:t>Învelitoare (material / culoare)</w:t>
            </w:r>
          </w:p>
          <w:p w14:paraId="19E92829" w14:textId="20B66F95" w:rsidR="009E435D" w:rsidRDefault="009E435D">
            <w:pPr>
              <w:keepNext/>
            </w:pPr>
            <w:r w:rsidRPr="00F61A70">
              <w:rPr>
                <w:bCs/>
                <w:i/>
                <w:iCs/>
                <w:color w:val="808080" w:themeColor="background1" w:themeShade="80"/>
                <w:lang w:val="fr-FR"/>
              </w:rPr>
              <w:t>(existent/propus)</w:t>
            </w:r>
          </w:p>
          <w:p w14:paraId="7D9D3BEC" w14:textId="77777777" w:rsidR="003C7CA3" w:rsidRDefault="003C7CA3">
            <w:pPr>
              <w:keepNext/>
            </w:pPr>
          </w:p>
        </w:tc>
        <w:tc>
          <w:tcPr>
            <w:tcW w:w="2409" w:type="dxa"/>
            <w:gridSpan w:val="3"/>
          </w:tcPr>
          <w:p w14:paraId="74D7EE9D" w14:textId="77777777" w:rsidR="009E435D" w:rsidRDefault="003454F7">
            <w:pPr>
              <w:keepNext/>
              <w:rPr>
                <w:b/>
                <w:color w:val="0D5F78"/>
              </w:rPr>
            </w:pPr>
            <w:r>
              <w:rPr>
                <w:b/>
                <w:color w:val="0D5F78"/>
              </w:rPr>
              <w:t>Finisaj / tâmplărie exterioară</w:t>
            </w:r>
          </w:p>
          <w:p w14:paraId="1410C167" w14:textId="5DE35244" w:rsidR="003C7CA3" w:rsidRDefault="009E435D">
            <w:pPr>
              <w:keepNext/>
            </w:pPr>
            <w:r w:rsidRPr="00F61A70">
              <w:rPr>
                <w:bCs/>
                <w:i/>
                <w:iCs/>
                <w:color w:val="808080" w:themeColor="background1" w:themeShade="80"/>
                <w:lang w:val="fr-FR"/>
              </w:rPr>
              <w:t>(existent/propus)</w:t>
            </w:r>
          </w:p>
          <w:p w14:paraId="61D838D9" w14:textId="77777777" w:rsidR="003C7CA3" w:rsidRDefault="003454F7">
            <w:pPr>
              <w:keepNext/>
            </w:pPr>
            <w:r>
              <w:rPr>
                <w:i/>
                <w:color w:val="7A7A7A"/>
              </w:rPr>
              <w:t>material, culoare</w:t>
            </w:r>
          </w:p>
          <w:p w14:paraId="3F09D205" w14:textId="77777777" w:rsidR="003C7CA3" w:rsidRDefault="003C7CA3">
            <w:pPr>
              <w:keepNext/>
            </w:pPr>
          </w:p>
        </w:tc>
        <w:tc>
          <w:tcPr>
            <w:tcW w:w="2409" w:type="dxa"/>
            <w:gridSpan w:val="2"/>
          </w:tcPr>
          <w:p w14:paraId="6AC4C09E" w14:textId="77777777" w:rsidR="009E435D" w:rsidRDefault="003454F7">
            <w:pPr>
              <w:keepNext/>
              <w:rPr>
                <w:b/>
                <w:color w:val="0D5F78"/>
                <w:lang w:val="fr-FR"/>
              </w:rPr>
            </w:pPr>
            <w:r w:rsidRPr="009E435D">
              <w:rPr>
                <w:b/>
                <w:color w:val="0D5F78"/>
                <w:lang w:val="fr-FR"/>
              </w:rPr>
              <w:t>Sistem de încălzire</w:t>
            </w:r>
          </w:p>
          <w:p w14:paraId="76CAE6F3" w14:textId="1DA1FF1D" w:rsidR="003C7CA3" w:rsidRPr="009E435D" w:rsidRDefault="009E435D">
            <w:pPr>
              <w:keepNext/>
              <w:rPr>
                <w:lang w:val="fr-FR"/>
              </w:rPr>
            </w:pPr>
            <w:r w:rsidRPr="00F61A70">
              <w:rPr>
                <w:bCs/>
                <w:i/>
                <w:iCs/>
                <w:color w:val="808080" w:themeColor="background1" w:themeShade="80"/>
                <w:lang w:val="fr-FR"/>
              </w:rPr>
              <w:t>(existent/propus)</w:t>
            </w:r>
          </w:p>
          <w:p w14:paraId="610AF003" w14:textId="77777777" w:rsidR="003C7CA3" w:rsidRPr="009E435D" w:rsidRDefault="003C7CA3">
            <w:pPr>
              <w:keepNext/>
              <w:rPr>
                <w:lang w:val="fr-FR"/>
              </w:rPr>
            </w:pPr>
          </w:p>
        </w:tc>
      </w:tr>
      <w:tr w:rsidR="003C7CA3" w14:paraId="46C29B05" w14:textId="77777777">
        <w:trPr>
          <w:cantSplit/>
        </w:trPr>
        <w:tc>
          <w:tcPr>
            <w:tcW w:w="9636" w:type="dxa"/>
            <w:gridSpan w:val="9"/>
            <w:shd w:val="clear" w:color="auto" w:fill="F4F4F4"/>
          </w:tcPr>
          <w:p w14:paraId="3E9A768B" w14:textId="77777777" w:rsidR="003C7CA3" w:rsidRDefault="003454F7">
            <w:pPr>
              <w:keepNext/>
            </w:pPr>
            <w:r w:rsidRPr="009E435D">
              <w:rPr>
                <w:sz w:val="16"/>
                <w:lang w:val="fr-FR"/>
              </w:rPr>
              <w:t xml:space="preserve"> </w:t>
            </w:r>
            <w:r>
              <w:rPr>
                <w:sz w:val="16"/>
              </w:rPr>
              <w:t>Siguranță la incendiu</w:t>
            </w:r>
          </w:p>
        </w:tc>
      </w:tr>
      <w:tr w:rsidR="003C7CA3" w:rsidRPr="009E435D" w14:paraId="6546425B" w14:textId="77777777">
        <w:trPr>
          <w:cantSplit/>
          <w:trHeight w:val="510"/>
        </w:trPr>
        <w:tc>
          <w:tcPr>
            <w:tcW w:w="5621" w:type="dxa"/>
            <w:gridSpan w:val="5"/>
          </w:tcPr>
          <w:p w14:paraId="32C1F791" w14:textId="3C57619C" w:rsidR="003C7CA3" w:rsidRPr="009E435D" w:rsidRDefault="003454F7">
            <w:pPr>
              <w:keepNext/>
              <w:rPr>
                <w:lang w:val="fr-FR"/>
              </w:rPr>
            </w:pPr>
            <w:r w:rsidRPr="009E435D">
              <w:rPr>
                <w:b/>
                <w:color w:val="0D5F78"/>
                <w:lang w:val="fr-FR"/>
              </w:rPr>
              <w:t>Nivel de stabilitate la incendiu</w:t>
            </w:r>
            <w:r w:rsidR="009E435D" w:rsidRPr="009E435D">
              <w:rPr>
                <w:b/>
                <w:color w:val="0D5F78"/>
                <w:lang w:val="fr-FR"/>
              </w:rPr>
              <w:t xml:space="preserve"> </w:t>
            </w:r>
            <w:r w:rsidR="009E435D" w:rsidRPr="00F61A70">
              <w:rPr>
                <w:bCs/>
                <w:i/>
                <w:iCs/>
                <w:color w:val="808080" w:themeColor="background1" w:themeShade="80"/>
                <w:lang w:val="fr-FR"/>
              </w:rPr>
              <w:t>(existent/propus)</w:t>
            </w:r>
          </w:p>
          <w:p w14:paraId="56434CF7" w14:textId="77777777" w:rsidR="003C7CA3" w:rsidRPr="009E435D" w:rsidRDefault="003C7CA3">
            <w:pPr>
              <w:keepNext/>
              <w:rPr>
                <w:lang w:val="fr-FR"/>
              </w:rPr>
            </w:pPr>
          </w:p>
        </w:tc>
        <w:tc>
          <w:tcPr>
            <w:tcW w:w="4015" w:type="dxa"/>
            <w:gridSpan w:val="4"/>
          </w:tcPr>
          <w:p w14:paraId="6EEC9105" w14:textId="1B1D82C1" w:rsidR="003C7CA3" w:rsidRPr="009E435D" w:rsidRDefault="003454F7">
            <w:pPr>
              <w:keepNext/>
              <w:rPr>
                <w:lang w:val="fr-FR"/>
              </w:rPr>
            </w:pPr>
            <w:r w:rsidRPr="009E435D">
              <w:rPr>
                <w:b/>
                <w:color w:val="0D5F78"/>
                <w:lang w:val="fr-FR"/>
              </w:rPr>
              <w:t>Număr maxim utilizatori</w:t>
            </w:r>
            <w:r w:rsidR="009E435D" w:rsidRPr="009E435D">
              <w:rPr>
                <w:b/>
                <w:color w:val="0D5F78"/>
                <w:lang w:val="fr-FR"/>
              </w:rPr>
              <w:t xml:space="preserve"> </w:t>
            </w:r>
            <w:r w:rsidR="009E435D" w:rsidRPr="00F61A70">
              <w:rPr>
                <w:bCs/>
                <w:i/>
                <w:iCs/>
                <w:color w:val="808080" w:themeColor="background1" w:themeShade="80"/>
                <w:lang w:val="fr-FR"/>
              </w:rPr>
              <w:t>(existent/propus)</w:t>
            </w:r>
          </w:p>
          <w:p w14:paraId="04845F3C" w14:textId="77777777" w:rsidR="003C7CA3" w:rsidRPr="009E435D" w:rsidRDefault="003C7CA3">
            <w:pPr>
              <w:keepNext/>
              <w:rPr>
                <w:lang w:val="fr-FR"/>
              </w:rPr>
            </w:pPr>
          </w:p>
        </w:tc>
      </w:tr>
    </w:tbl>
    <w:p w14:paraId="5444A95F" w14:textId="77777777" w:rsidR="003C7CA3" w:rsidRPr="009E435D"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5B29C5" w14:paraId="6C362E1B" w14:textId="77777777">
        <w:trPr>
          <w:cantSplit/>
        </w:trPr>
        <w:tc>
          <w:tcPr>
            <w:tcW w:w="9636" w:type="dxa"/>
            <w:gridSpan w:val="9"/>
            <w:shd w:val="clear" w:color="auto" w:fill="F4F4F4"/>
          </w:tcPr>
          <w:p w14:paraId="69228431" w14:textId="79EC420A"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14:paraId="3C92EC5C" w14:textId="77777777">
        <w:trPr>
          <w:cantSplit/>
        </w:trPr>
        <w:tc>
          <w:tcPr>
            <w:tcW w:w="9636" w:type="dxa"/>
            <w:gridSpan w:val="9"/>
            <w:shd w:val="clear" w:color="auto" w:fill="F4F4F4"/>
          </w:tcPr>
          <w:p w14:paraId="7593A7A2" w14:textId="77777777" w:rsidR="003C7CA3" w:rsidRDefault="003454F7">
            <w:pPr>
              <w:keepNext/>
            </w:pPr>
            <w:r w:rsidRPr="005B29C5">
              <w:rPr>
                <w:sz w:val="16"/>
                <w:lang w:val="fr-FR"/>
              </w:rPr>
              <w:t xml:space="preserve"> </w:t>
            </w:r>
            <w:r>
              <w:rPr>
                <w:sz w:val="16"/>
              </w:rPr>
              <w:t>Construcții de locuințe</w:t>
            </w:r>
          </w:p>
        </w:tc>
      </w:tr>
      <w:tr w:rsidR="003C7CA3" w:rsidRPr="006463CB" w14:paraId="0376600D" w14:textId="77777777">
        <w:trPr>
          <w:cantSplit/>
        </w:trPr>
        <w:tc>
          <w:tcPr>
            <w:tcW w:w="9636" w:type="dxa"/>
            <w:gridSpan w:val="9"/>
          </w:tcPr>
          <w:p w14:paraId="6B825EA9" w14:textId="77777777" w:rsidR="003C7CA3" w:rsidRPr="005B29C5" w:rsidRDefault="003454F7">
            <w:pPr>
              <w:keepNext/>
              <w:rPr>
                <w:lang w:val="fr-FR"/>
              </w:rPr>
            </w:pPr>
            <w:r w:rsidRPr="005B29C5">
              <w:rPr>
                <w:sz w:val="16"/>
                <w:lang w:val="fr-FR"/>
              </w:rPr>
              <w:t xml:space="preserve"> ☐ principale (permanente)     ☐ sezoniere (de vacanță)     ☐ pentru închiriere     ☐ sociale     ☐ de serviciu     ☐ de necesitate     ☐ de intervenție     ☐ de protocol</w:t>
            </w:r>
          </w:p>
        </w:tc>
      </w:tr>
      <w:tr w:rsidR="003C7CA3" w14:paraId="5B05CAB7" w14:textId="77777777">
        <w:trPr>
          <w:cantSplit/>
          <w:trHeight w:val="510"/>
        </w:trPr>
        <w:tc>
          <w:tcPr>
            <w:tcW w:w="1606" w:type="dxa"/>
          </w:tcPr>
          <w:p w14:paraId="6F4F8080" w14:textId="77777777" w:rsidR="003C7CA3" w:rsidRDefault="003454F7">
            <w:pPr>
              <w:keepNext/>
            </w:pPr>
            <w:r>
              <w:rPr>
                <w:b/>
                <w:color w:val="0D5F78"/>
              </w:rPr>
              <w:t>Număr de apartamente</w:t>
            </w:r>
          </w:p>
          <w:p w14:paraId="5801AE07" w14:textId="77777777" w:rsidR="003C7CA3" w:rsidRDefault="003C7CA3">
            <w:pPr>
              <w:keepNext/>
            </w:pPr>
          </w:p>
        </w:tc>
        <w:tc>
          <w:tcPr>
            <w:tcW w:w="1606" w:type="dxa"/>
            <w:gridSpan w:val="2"/>
          </w:tcPr>
          <w:p w14:paraId="537E2260" w14:textId="77777777" w:rsidR="003C7CA3" w:rsidRDefault="003454F7">
            <w:pPr>
              <w:keepNext/>
            </w:pPr>
            <w:r>
              <w:rPr>
                <w:b/>
                <w:color w:val="0D5F78"/>
              </w:rPr>
              <w:t>cu 1 cameră</w:t>
            </w:r>
          </w:p>
          <w:p w14:paraId="28F9A2EE" w14:textId="77777777" w:rsidR="003C7CA3" w:rsidRDefault="003C7CA3">
            <w:pPr>
              <w:keepNext/>
            </w:pPr>
          </w:p>
        </w:tc>
        <w:tc>
          <w:tcPr>
            <w:tcW w:w="1606" w:type="dxa"/>
            <w:gridSpan w:val="2"/>
          </w:tcPr>
          <w:p w14:paraId="0BEC4713" w14:textId="77777777" w:rsidR="003C7CA3" w:rsidRDefault="003454F7">
            <w:pPr>
              <w:keepNext/>
            </w:pPr>
            <w:r>
              <w:rPr>
                <w:b/>
                <w:color w:val="0D5F78"/>
              </w:rPr>
              <w:t>2 camere</w:t>
            </w:r>
          </w:p>
          <w:p w14:paraId="026F69BD" w14:textId="77777777" w:rsidR="003C7CA3" w:rsidRDefault="003C7CA3">
            <w:pPr>
              <w:keepNext/>
            </w:pPr>
          </w:p>
        </w:tc>
        <w:tc>
          <w:tcPr>
            <w:tcW w:w="1606" w:type="dxa"/>
          </w:tcPr>
          <w:p w14:paraId="0738363B" w14:textId="77777777" w:rsidR="003C7CA3" w:rsidRDefault="003454F7">
            <w:pPr>
              <w:keepNext/>
            </w:pPr>
            <w:r>
              <w:rPr>
                <w:b/>
                <w:color w:val="0D5F78"/>
              </w:rPr>
              <w:t>3 camere</w:t>
            </w:r>
          </w:p>
          <w:p w14:paraId="12851C40" w14:textId="77777777" w:rsidR="003C7CA3" w:rsidRDefault="003C7CA3">
            <w:pPr>
              <w:keepNext/>
            </w:pPr>
          </w:p>
        </w:tc>
        <w:tc>
          <w:tcPr>
            <w:tcW w:w="1606" w:type="dxa"/>
            <w:gridSpan w:val="2"/>
          </w:tcPr>
          <w:p w14:paraId="1799912B" w14:textId="77777777" w:rsidR="003C7CA3" w:rsidRDefault="003454F7">
            <w:pPr>
              <w:keepNext/>
            </w:pPr>
            <w:r>
              <w:rPr>
                <w:b/>
                <w:color w:val="0D5F78"/>
              </w:rPr>
              <w:t>4 camere</w:t>
            </w:r>
          </w:p>
          <w:p w14:paraId="7962E59D" w14:textId="77777777" w:rsidR="003C7CA3" w:rsidRDefault="003C7CA3">
            <w:pPr>
              <w:keepNext/>
            </w:pPr>
          </w:p>
        </w:tc>
        <w:tc>
          <w:tcPr>
            <w:tcW w:w="1606" w:type="dxa"/>
          </w:tcPr>
          <w:p w14:paraId="620FA910" w14:textId="77777777" w:rsidR="003C7CA3" w:rsidRDefault="003454F7">
            <w:pPr>
              <w:keepNext/>
            </w:pPr>
            <w:r>
              <w:rPr>
                <w:b/>
                <w:color w:val="0D5F78"/>
              </w:rPr>
              <w:t>5+ camere</w:t>
            </w:r>
          </w:p>
          <w:p w14:paraId="0DD5B823" w14:textId="77777777" w:rsidR="003C7CA3" w:rsidRDefault="003C7CA3">
            <w:pPr>
              <w:keepNext/>
            </w:pPr>
          </w:p>
        </w:tc>
      </w:tr>
      <w:tr w:rsidR="003C7CA3" w:rsidRPr="00F61A70" w14:paraId="67225F94" w14:textId="77777777">
        <w:trPr>
          <w:cantSplit/>
        </w:trPr>
        <w:tc>
          <w:tcPr>
            <w:tcW w:w="9636" w:type="dxa"/>
            <w:gridSpan w:val="9"/>
            <w:shd w:val="clear" w:color="auto" w:fill="F4F4F4"/>
          </w:tcPr>
          <w:p w14:paraId="083EAA92" w14:textId="77777777" w:rsidR="003C7CA3" w:rsidRPr="005B29C5" w:rsidRDefault="003454F7">
            <w:pPr>
              <w:keepNext/>
              <w:rPr>
                <w:lang w:val="fr-FR"/>
              </w:rPr>
            </w:pPr>
            <w:r w:rsidRPr="005B29C5">
              <w:rPr>
                <w:sz w:val="16"/>
                <w:lang w:val="fr-FR"/>
              </w:rPr>
              <w:t xml:space="preserve"> Construcții pentru instituții publice și servicii</w:t>
            </w:r>
          </w:p>
        </w:tc>
      </w:tr>
      <w:tr w:rsidR="003C7CA3" w14:paraId="48DCBDEE" w14:textId="77777777">
        <w:trPr>
          <w:cantSplit/>
          <w:trHeight w:val="510"/>
        </w:trPr>
        <w:tc>
          <w:tcPr>
            <w:tcW w:w="3212" w:type="dxa"/>
            <w:gridSpan w:val="3"/>
          </w:tcPr>
          <w:p w14:paraId="2CB9A7FA" w14:textId="77777777" w:rsidR="003C7CA3" w:rsidRDefault="003454F7">
            <w:pPr>
              <w:keepNext/>
            </w:pPr>
            <w:r>
              <w:rPr>
                <w:b/>
                <w:color w:val="0D5F78"/>
              </w:rPr>
              <w:t>sănătate — nr. de paturi</w:t>
            </w:r>
          </w:p>
          <w:p w14:paraId="696DFB48" w14:textId="77777777" w:rsidR="003C7CA3" w:rsidRDefault="003C7CA3">
            <w:pPr>
              <w:keepNext/>
            </w:pPr>
          </w:p>
        </w:tc>
        <w:tc>
          <w:tcPr>
            <w:tcW w:w="3212" w:type="dxa"/>
            <w:gridSpan w:val="3"/>
          </w:tcPr>
          <w:p w14:paraId="3B4DF4B7" w14:textId="040DD092"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14:paraId="38B1D81D" w14:textId="77777777" w:rsidR="003C7CA3" w:rsidRDefault="003C7CA3">
            <w:pPr>
              <w:keepNext/>
            </w:pPr>
          </w:p>
        </w:tc>
        <w:tc>
          <w:tcPr>
            <w:tcW w:w="3212" w:type="dxa"/>
            <w:gridSpan w:val="3"/>
          </w:tcPr>
          <w:p w14:paraId="19BC9CE4" w14:textId="77777777" w:rsidR="003C7CA3" w:rsidRDefault="003454F7">
            <w:pPr>
              <w:keepNext/>
            </w:pPr>
            <w:r>
              <w:rPr>
                <w:b/>
                <w:color w:val="0D5F78"/>
              </w:rPr>
              <w:t>cultură — nr. de locuri</w:t>
            </w:r>
          </w:p>
          <w:p w14:paraId="73DB8DD3" w14:textId="77777777" w:rsidR="003C7CA3" w:rsidRDefault="003C7CA3">
            <w:pPr>
              <w:keepNext/>
            </w:pPr>
          </w:p>
        </w:tc>
      </w:tr>
      <w:tr w:rsidR="003C7CA3" w14:paraId="5F9F33DB" w14:textId="77777777">
        <w:trPr>
          <w:cantSplit/>
          <w:trHeight w:val="510"/>
        </w:trPr>
        <w:tc>
          <w:tcPr>
            <w:tcW w:w="3212" w:type="dxa"/>
            <w:gridSpan w:val="3"/>
          </w:tcPr>
          <w:p w14:paraId="576F2B0D" w14:textId="2EBEFE6B" w:rsidR="003C7CA3" w:rsidRDefault="003454F7">
            <w:pPr>
              <w:keepNext/>
            </w:pPr>
            <w:r>
              <w:rPr>
                <w:b/>
                <w:color w:val="0D5F78"/>
              </w:rPr>
              <w:t xml:space="preserve">hoteliere — </w:t>
            </w:r>
            <w:r w:rsidR="00B0669A">
              <w:rPr>
                <w:b/>
                <w:color w:val="0D5F78"/>
              </w:rPr>
              <w:t xml:space="preserve">nr. </w:t>
            </w:r>
            <w:r>
              <w:rPr>
                <w:b/>
                <w:color w:val="0D5F78"/>
              </w:rPr>
              <w:t>camere /</w:t>
            </w:r>
            <w:r w:rsidR="00B0669A">
              <w:rPr>
                <w:b/>
                <w:color w:val="0D5F78"/>
              </w:rPr>
              <w:t>nr.</w:t>
            </w:r>
            <w:r>
              <w:rPr>
                <w:b/>
                <w:color w:val="0D5F78"/>
              </w:rPr>
              <w:t xml:space="preserve"> locuri</w:t>
            </w:r>
          </w:p>
          <w:p w14:paraId="5ED37886" w14:textId="77777777" w:rsidR="003C7CA3" w:rsidRDefault="003C7CA3">
            <w:pPr>
              <w:keepNext/>
            </w:pPr>
          </w:p>
        </w:tc>
        <w:tc>
          <w:tcPr>
            <w:tcW w:w="3212" w:type="dxa"/>
            <w:gridSpan w:val="3"/>
          </w:tcPr>
          <w:p w14:paraId="71C38E9C" w14:textId="77777777" w:rsidR="003C7CA3" w:rsidRDefault="003454F7">
            <w:pPr>
              <w:keepNext/>
            </w:pPr>
            <w:r>
              <w:rPr>
                <w:b/>
                <w:color w:val="0D5F78"/>
              </w:rPr>
              <w:t>culte — nr. de locuri</w:t>
            </w:r>
          </w:p>
          <w:p w14:paraId="7642E005" w14:textId="77777777" w:rsidR="003C7CA3" w:rsidRDefault="003C7CA3">
            <w:pPr>
              <w:keepNext/>
            </w:pPr>
          </w:p>
        </w:tc>
        <w:tc>
          <w:tcPr>
            <w:tcW w:w="3212" w:type="dxa"/>
            <w:gridSpan w:val="3"/>
          </w:tcPr>
          <w:p w14:paraId="7E9908A3" w14:textId="2A87A6F6" w:rsidR="003C7CA3" w:rsidRDefault="003454F7">
            <w:pPr>
              <w:keepNext/>
            </w:pPr>
            <w:r>
              <w:rPr>
                <w:b/>
                <w:color w:val="0D5F78"/>
              </w:rPr>
              <w:t xml:space="preserve">administrative și financiare — </w:t>
            </w:r>
            <w:r w:rsidR="00B0669A">
              <w:rPr>
                <w:b/>
                <w:color w:val="0D5F78"/>
              </w:rPr>
              <w:t>nr.</w:t>
            </w:r>
            <w:r>
              <w:rPr>
                <w:b/>
                <w:color w:val="0D5F78"/>
              </w:rPr>
              <w:t>personal</w:t>
            </w:r>
          </w:p>
          <w:p w14:paraId="4FED59EA" w14:textId="77777777" w:rsidR="003C7CA3" w:rsidRDefault="003C7CA3">
            <w:pPr>
              <w:keepNext/>
            </w:pPr>
          </w:p>
        </w:tc>
      </w:tr>
      <w:tr w:rsidR="003C7CA3" w14:paraId="38F7A7A2" w14:textId="77777777">
        <w:trPr>
          <w:cantSplit/>
          <w:trHeight w:val="510"/>
        </w:trPr>
        <w:tc>
          <w:tcPr>
            <w:tcW w:w="2409" w:type="dxa"/>
            <w:gridSpan w:val="2"/>
          </w:tcPr>
          <w:p w14:paraId="79954E31" w14:textId="0F435CFF" w:rsidR="003C7CA3" w:rsidRDefault="003454F7">
            <w:pPr>
              <w:keepNext/>
            </w:pPr>
            <w:r>
              <w:rPr>
                <w:b/>
                <w:color w:val="0D5F78"/>
              </w:rPr>
              <w:t xml:space="preserve">comerț — </w:t>
            </w:r>
            <w:r w:rsidR="00B0669A">
              <w:rPr>
                <w:b/>
                <w:color w:val="0D5F78"/>
              </w:rPr>
              <w:t>nr.</w:t>
            </w:r>
            <w:r>
              <w:rPr>
                <w:b/>
                <w:color w:val="0D5F78"/>
              </w:rPr>
              <w:t>personal</w:t>
            </w:r>
          </w:p>
          <w:p w14:paraId="6FE5B4BE" w14:textId="77777777" w:rsidR="003C7CA3" w:rsidRDefault="003C7CA3">
            <w:pPr>
              <w:keepNext/>
            </w:pPr>
          </w:p>
        </w:tc>
        <w:tc>
          <w:tcPr>
            <w:tcW w:w="2409" w:type="dxa"/>
            <w:gridSpan w:val="3"/>
          </w:tcPr>
          <w:p w14:paraId="5A53E278" w14:textId="7ADE5129"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14:paraId="5F2402C3" w14:textId="77777777" w:rsidR="003C7CA3" w:rsidRPr="00B0669A" w:rsidRDefault="003C7CA3">
            <w:pPr>
              <w:keepNext/>
              <w:rPr>
                <w:lang w:val="fr-FR"/>
              </w:rPr>
            </w:pPr>
          </w:p>
        </w:tc>
        <w:tc>
          <w:tcPr>
            <w:tcW w:w="2409" w:type="dxa"/>
            <w:gridSpan w:val="2"/>
          </w:tcPr>
          <w:p w14:paraId="038AE5A2" w14:textId="771FB35C" w:rsidR="003C7CA3" w:rsidRDefault="003454F7">
            <w:pPr>
              <w:keepNext/>
            </w:pPr>
            <w:r>
              <w:rPr>
                <w:b/>
                <w:color w:val="0D5F78"/>
              </w:rPr>
              <w:t xml:space="preserve">servicii — </w:t>
            </w:r>
            <w:r w:rsidR="00B0669A">
              <w:rPr>
                <w:b/>
                <w:color w:val="0D5F78"/>
              </w:rPr>
              <w:t>nr.</w:t>
            </w:r>
            <w:r>
              <w:rPr>
                <w:b/>
                <w:color w:val="0D5F78"/>
              </w:rPr>
              <w:t>personal</w:t>
            </w:r>
          </w:p>
          <w:p w14:paraId="029835D2" w14:textId="77777777" w:rsidR="003C7CA3" w:rsidRDefault="003C7CA3">
            <w:pPr>
              <w:keepNext/>
            </w:pPr>
          </w:p>
        </w:tc>
        <w:tc>
          <w:tcPr>
            <w:tcW w:w="2409" w:type="dxa"/>
            <w:gridSpan w:val="2"/>
          </w:tcPr>
          <w:p w14:paraId="24557515" w14:textId="7A52047F" w:rsidR="003C7CA3" w:rsidRDefault="003454F7">
            <w:pPr>
              <w:keepNext/>
            </w:pPr>
            <w:r>
              <w:rPr>
                <w:b/>
                <w:color w:val="0D5F78"/>
              </w:rPr>
              <w:t xml:space="preserve">sport / recreere — </w:t>
            </w:r>
            <w:r w:rsidR="00B0669A">
              <w:rPr>
                <w:b/>
                <w:color w:val="0D5F78"/>
              </w:rPr>
              <w:t>nr.</w:t>
            </w:r>
            <w:r>
              <w:rPr>
                <w:b/>
                <w:color w:val="0D5F78"/>
              </w:rPr>
              <w:t>locuri</w:t>
            </w:r>
          </w:p>
          <w:p w14:paraId="7D797E85" w14:textId="77777777" w:rsidR="003C7CA3" w:rsidRDefault="003C7CA3">
            <w:pPr>
              <w:keepNext/>
            </w:pPr>
          </w:p>
        </w:tc>
      </w:tr>
      <w:tr w:rsidR="003C7CA3" w14:paraId="130398B3" w14:textId="77777777">
        <w:trPr>
          <w:cantSplit/>
          <w:trHeight w:val="510"/>
        </w:trPr>
        <w:tc>
          <w:tcPr>
            <w:tcW w:w="4015" w:type="dxa"/>
            <w:gridSpan w:val="4"/>
          </w:tcPr>
          <w:p w14:paraId="0FE6BA4F" w14:textId="3AC1EE71" w:rsidR="003C7CA3" w:rsidRPr="005B29C5" w:rsidRDefault="003454F7">
            <w:pPr>
              <w:keepNext/>
              <w:rPr>
                <w:lang w:val="fr-FR"/>
              </w:rPr>
            </w:pPr>
            <w:r w:rsidRPr="005B29C5">
              <w:rPr>
                <w:b/>
                <w:color w:val="0D5F78"/>
                <w:lang w:val="fr-FR"/>
              </w:rPr>
              <w:t>agricole — nr. de capete / capacitate</w:t>
            </w:r>
          </w:p>
          <w:p w14:paraId="218634FA" w14:textId="77777777" w:rsidR="003C7CA3" w:rsidRPr="005B29C5" w:rsidRDefault="003C7CA3">
            <w:pPr>
              <w:keepNext/>
              <w:rPr>
                <w:lang w:val="fr-FR"/>
              </w:rPr>
            </w:pPr>
          </w:p>
        </w:tc>
        <w:tc>
          <w:tcPr>
            <w:tcW w:w="2409" w:type="dxa"/>
            <w:gridSpan w:val="2"/>
          </w:tcPr>
          <w:p w14:paraId="34AB3137" w14:textId="243B5D05" w:rsidR="003C7CA3" w:rsidRDefault="003454F7">
            <w:pPr>
              <w:keepNext/>
            </w:pPr>
            <w:r>
              <w:rPr>
                <w:b/>
                <w:color w:val="0D5F78"/>
              </w:rPr>
              <w:t xml:space="preserve">producție — </w:t>
            </w:r>
            <w:r w:rsidR="00B0669A">
              <w:rPr>
                <w:b/>
                <w:color w:val="0D5F78"/>
              </w:rPr>
              <w:t>nr.</w:t>
            </w:r>
            <w:r>
              <w:rPr>
                <w:b/>
                <w:color w:val="0D5F78"/>
              </w:rPr>
              <w:t>personal</w:t>
            </w:r>
          </w:p>
          <w:p w14:paraId="268BCF04" w14:textId="77777777" w:rsidR="003C7CA3" w:rsidRDefault="003C7CA3">
            <w:pPr>
              <w:keepNext/>
            </w:pPr>
          </w:p>
        </w:tc>
        <w:tc>
          <w:tcPr>
            <w:tcW w:w="3212" w:type="dxa"/>
            <w:gridSpan w:val="3"/>
          </w:tcPr>
          <w:p w14:paraId="5C91A398" w14:textId="41675E97" w:rsidR="003C7CA3" w:rsidRDefault="003454F7">
            <w:pPr>
              <w:keepNext/>
            </w:pPr>
            <w:r>
              <w:rPr>
                <w:b/>
                <w:color w:val="0D5F78"/>
              </w:rPr>
              <w:t xml:space="preserve">depozitare — </w:t>
            </w:r>
            <w:r w:rsidR="00B0669A">
              <w:rPr>
                <w:b/>
                <w:color w:val="0D5F78"/>
              </w:rPr>
              <w:t>nr.</w:t>
            </w:r>
            <w:r>
              <w:rPr>
                <w:b/>
                <w:color w:val="0D5F78"/>
              </w:rPr>
              <w:t>personal / capacitate</w:t>
            </w:r>
          </w:p>
          <w:p w14:paraId="5A3DE193" w14:textId="77777777" w:rsidR="003C7CA3" w:rsidRDefault="003C7CA3">
            <w:pPr>
              <w:keepNext/>
            </w:pPr>
          </w:p>
        </w:tc>
      </w:tr>
      <w:tr w:rsidR="003C7CA3" w:rsidRPr="006463CB" w14:paraId="69EA93CE" w14:textId="77777777">
        <w:trPr>
          <w:cantSplit/>
          <w:trHeight w:val="510"/>
        </w:trPr>
        <w:tc>
          <w:tcPr>
            <w:tcW w:w="9636" w:type="dxa"/>
            <w:gridSpan w:val="9"/>
          </w:tcPr>
          <w:p w14:paraId="0C05CBC5" w14:textId="77777777" w:rsidR="003C7CA3" w:rsidRPr="005B29C5" w:rsidRDefault="003454F7">
            <w:pPr>
              <w:rPr>
                <w:lang w:val="fr-FR"/>
              </w:rPr>
            </w:pPr>
            <w:r w:rsidRPr="005B29C5">
              <w:rPr>
                <w:b/>
                <w:color w:val="0D5F78"/>
                <w:lang w:val="fr-FR"/>
              </w:rPr>
              <w:t>Alte caracteristici ale capacităților funcționale, necuprinse mai sus</w:t>
            </w:r>
          </w:p>
          <w:p w14:paraId="5566F5A5" w14:textId="77777777" w:rsidR="003C7CA3" w:rsidRPr="005B29C5" w:rsidRDefault="003C7CA3">
            <w:pPr>
              <w:rPr>
                <w:lang w:val="fr-FR"/>
              </w:rPr>
            </w:pPr>
          </w:p>
        </w:tc>
      </w:tr>
    </w:tbl>
    <w:p w14:paraId="67353002"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6463CB" w14:paraId="01F650E0" w14:textId="77777777">
        <w:trPr>
          <w:cantSplit/>
        </w:trPr>
        <w:tc>
          <w:tcPr>
            <w:tcW w:w="9636" w:type="dxa"/>
            <w:gridSpan w:val="6"/>
            <w:shd w:val="clear" w:color="auto" w:fill="F4F4F4"/>
          </w:tcPr>
          <w:p w14:paraId="7E7FA553" w14:textId="77AE8320" w:rsidR="003C7CA3" w:rsidRPr="005B29C5" w:rsidRDefault="003454F7">
            <w:pPr>
              <w:keepNext/>
              <w:rPr>
                <w:lang w:val="fr-FR"/>
              </w:rPr>
            </w:pPr>
            <w:r w:rsidRPr="005B29C5">
              <w:rPr>
                <w:b/>
                <w:sz w:val="16"/>
                <w:lang w:val="fr-FR"/>
              </w:rPr>
              <w:t xml:space="preserve"> 6. </w:t>
            </w:r>
            <w:r w:rsidRPr="005B29C5">
              <w:rPr>
                <w:b/>
                <w:color w:val="000000"/>
                <w:sz w:val="18"/>
                <w:lang w:val="fr-FR"/>
              </w:rPr>
              <w:t>UTILITĂȚI · GARAJE ȘI PARCAJE · AMENAJĂRI EXTERIOARE</w:t>
            </w:r>
          </w:p>
        </w:tc>
      </w:tr>
      <w:tr w:rsidR="003C7CA3" w:rsidRPr="006463CB" w14:paraId="6B8C0C3F" w14:textId="77777777">
        <w:trPr>
          <w:cantSplit/>
        </w:trPr>
        <w:tc>
          <w:tcPr>
            <w:tcW w:w="9636" w:type="dxa"/>
            <w:gridSpan w:val="6"/>
          </w:tcPr>
          <w:p w14:paraId="61894E41" w14:textId="77777777" w:rsidR="003C7CA3" w:rsidRPr="005B29C5" w:rsidRDefault="003454F7">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C46767" w:rsidRPr="006463CB" w14:paraId="27EC2DE3" w14:textId="77777777" w:rsidTr="00C46767">
        <w:trPr>
          <w:cantSplit/>
          <w:trHeight w:val="510"/>
        </w:trPr>
        <w:tc>
          <w:tcPr>
            <w:tcW w:w="2235" w:type="dxa"/>
            <w:gridSpan w:val="2"/>
          </w:tcPr>
          <w:p w14:paraId="76BECEA9" w14:textId="320759E1" w:rsidR="00C46767" w:rsidRDefault="00C46767">
            <w:pPr>
              <w:keepNext/>
            </w:pPr>
            <w:r>
              <w:rPr>
                <w:b/>
                <w:color w:val="0D5F78"/>
              </w:rPr>
              <w:t xml:space="preserve">garaje — nr. locuri </w:t>
            </w:r>
          </w:p>
          <w:p w14:paraId="110B1A51" w14:textId="77777777" w:rsidR="00C46767" w:rsidRDefault="00C46767">
            <w:pPr>
              <w:keepNext/>
            </w:pPr>
          </w:p>
        </w:tc>
        <w:tc>
          <w:tcPr>
            <w:tcW w:w="1842" w:type="dxa"/>
          </w:tcPr>
          <w:p w14:paraId="0ABBB532" w14:textId="77777777" w:rsidR="00C46767" w:rsidRPr="00C46767" w:rsidRDefault="00C46767">
            <w:pPr>
              <w:keepNext/>
              <w:rPr>
                <w:lang w:val="fr-FR"/>
              </w:rPr>
            </w:pPr>
            <w:r w:rsidRPr="00C46767">
              <w:rPr>
                <w:b/>
                <w:color w:val="0D5F78"/>
                <w:lang w:val="fr-FR"/>
              </w:rPr>
              <w:t xml:space="preserve">parcaje — nr. locuri </w:t>
            </w:r>
          </w:p>
        </w:tc>
        <w:tc>
          <w:tcPr>
            <w:tcW w:w="2347" w:type="dxa"/>
          </w:tcPr>
          <w:p w14:paraId="5E230273" w14:textId="480ECC30"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14:paraId="1B5BA92E" w14:textId="423BC9DB" w:rsidR="00C46767" w:rsidRPr="00C46767" w:rsidRDefault="00C46767">
            <w:pPr>
              <w:keepNext/>
              <w:rPr>
                <w:lang w:val="fr-FR"/>
              </w:rPr>
            </w:pPr>
          </w:p>
        </w:tc>
        <w:tc>
          <w:tcPr>
            <w:tcW w:w="3212" w:type="dxa"/>
            <w:gridSpan w:val="2"/>
          </w:tcPr>
          <w:p w14:paraId="26761444" w14:textId="77777777" w:rsidR="00C46767" w:rsidRPr="005B29C5" w:rsidRDefault="00C46767">
            <w:pPr>
              <w:keepNext/>
              <w:rPr>
                <w:lang w:val="fr-FR"/>
              </w:rPr>
            </w:pPr>
            <w:r w:rsidRPr="005B29C5">
              <w:rPr>
                <w:b/>
                <w:color w:val="0D5F78"/>
                <w:lang w:val="fr-FR"/>
              </w:rPr>
              <w:t>alei carosabile, inclusiv parcaje la sol (m²)</w:t>
            </w:r>
          </w:p>
          <w:p w14:paraId="1AF44448" w14:textId="77777777" w:rsidR="00C46767" w:rsidRPr="005B29C5" w:rsidRDefault="00C46767">
            <w:pPr>
              <w:keepNext/>
              <w:rPr>
                <w:lang w:val="fr-FR"/>
              </w:rPr>
            </w:pPr>
          </w:p>
        </w:tc>
      </w:tr>
      <w:tr w:rsidR="003C7CA3" w14:paraId="6E7FDA17" w14:textId="77777777" w:rsidTr="00C46767">
        <w:trPr>
          <w:cantSplit/>
          <w:trHeight w:val="510"/>
        </w:trPr>
        <w:tc>
          <w:tcPr>
            <w:tcW w:w="1606" w:type="dxa"/>
          </w:tcPr>
          <w:p w14:paraId="2AA92BFE" w14:textId="77777777" w:rsidR="003C7CA3" w:rsidRDefault="003454F7">
            <w:r>
              <w:rPr>
                <w:b/>
                <w:color w:val="0D5F78"/>
              </w:rPr>
              <w:t>alei pietonale (m²)</w:t>
            </w:r>
          </w:p>
          <w:p w14:paraId="37097089" w14:textId="77777777" w:rsidR="003C7CA3" w:rsidRDefault="003C7CA3"/>
        </w:tc>
        <w:tc>
          <w:tcPr>
            <w:tcW w:w="2471" w:type="dxa"/>
            <w:gridSpan w:val="2"/>
          </w:tcPr>
          <w:p w14:paraId="002F19A1" w14:textId="77777777" w:rsidR="003C7CA3" w:rsidRPr="005B29C5" w:rsidRDefault="003454F7">
            <w:pPr>
              <w:rPr>
                <w:lang w:val="fr-FR"/>
              </w:rPr>
            </w:pPr>
            <w:r w:rsidRPr="005B29C5">
              <w:rPr>
                <w:b/>
                <w:color w:val="0D5F78"/>
                <w:lang w:val="fr-FR"/>
              </w:rPr>
              <w:t>alte platforme la nivelul solului (m²)</w:t>
            </w:r>
          </w:p>
          <w:p w14:paraId="29F6F182" w14:textId="77777777" w:rsidR="003C7CA3" w:rsidRDefault="003454F7">
            <w:r>
              <w:rPr>
                <w:i/>
                <w:color w:val="7A7A7A"/>
              </w:rPr>
              <w:t>deșeuri etc.</w:t>
            </w:r>
          </w:p>
          <w:p w14:paraId="019BCEAA" w14:textId="77777777" w:rsidR="003C7CA3" w:rsidRDefault="003C7CA3"/>
        </w:tc>
        <w:tc>
          <w:tcPr>
            <w:tcW w:w="3953" w:type="dxa"/>
            <w:gridSpan w:val="2"/>
          </w:tcPr>
          <w:p w14:paraId="515407BB" w14:textId="77777777" w:rsidR="003C7CA3" w:rsidRPr="005B29C5" w:rsidRDefault="003454F7">
            <w:pPr>
              <w:rPr>
                <w:lang w:val="fr-FR"/>
              </w:rPr>
            </w:pPr>
            <w:r w:rsidRPr="005B29C5">
              <w:rPr>
                <w:b/>
                <w:color w:val="0D5F78"/>
                <w:lang w:val="fr-FR"/>
              </w:rPr>
              <w:t>arbori tăiați / menținuți / plantați (nr.)</w:t>
            </w:r>
          </w:p>
          <w:p w14:paraId="1FB95EB6" w14:textId="77777777" w:rsidR="003C7CA3" w:rsidRPr="005B29C5" w:rsidRDefault="003C7CA3">
            <w:pPr>
              <w:rPr>
                <w:lang w:val="fr-FR"/>
              </w:rPr>
            </w:pPr>
          </w:p>
        </w:tc>
        <w:tc>
          <w:tcPr>
            <w:tcW w:w="1606" w:type="dxa"/>
          </w:tcPr>
          <w:p w14:paraId="25733FE4" w14:textId="77777777" w:rsidR="003C7CA3" w:rsidRDefault="003454F7">
            <w:r>
              <w:rPr>
                <w:b/>
                <w:color w:val="0D5F78"/>
              </w:rPr>
              <w:t>spații verzi (m²)</w:t>
            </w:r>
          </w:p>
          <w:p w14:paraId="5166C427" w14:textId="77777777" w:rsidR="003C7CA3" w:rsidRDefault="003C7CA3"/>
        </w:tc>
      </w:tr>
    </w:tbl>
    <w:p w14:paraId="39DEA0F6"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6463CB" w14:paraId="09A15946" w14:textId="77777777">
        <w:trPr>
          <w:cantSplit/>
        </w:trPr>
        <w:tc>
          <w:tcPr>
            <w:tcW w:w="9636" w:type="dxa"/>
            <w:gridSpan w:val="2"/>
            <w:shd w:val="clear" w:color="auto" w:fill="F4F4F4"/>
          </w:tcPr>
          <w:p w14:paraId="2CD1D9E8" w14:textId="5C533AE5" w:rsidR="003C7CA3" w:rsidRPr="00481869" w:rsidRDefault="003454F7">
            <w:pPr>
              <w:keepNext/>
              <w:rPr>
                <w:lang w:val="fr-FR"/>
              </w:rPr>
            </w:pPr>
            <w:r w:rsidRPr="00481869">
              <w:rPr>
                <w:b/>
                <w:sz w:val="16"/>
                <w:lang w:val="fr-FR"/>
              </w:rPr>
              <w:lastRenderedPageBreak/>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6463CB" w14:paraId="64A301DA" w14:textId="77777777">
        <w:trPr>
          <w:cantSplit/>
          <w:trHeight w:val="510"/>
        </w:trPr>
        <w:tc>
          <w:tcPr>
            <w:tcW w:w="4818" w:type="dxa"/>
          </w:tcPr>
          <w:p w14:paraId="0DEA8A8E" w14:textId="77777777" w:rsidR="003C7CA3" w:rsidRDefault="003454F7">
            <w:pPr>
              <w:keepNext/>
            </w:pPr>
            <w:r>
              <w:rPr>
                <w:b/>
                <w:color w:val="0D5F78"/>
              </w:rPr>
              <w:t>Modul de evacuare a deșeurilor</w:t>
            </w:r>
          </w:p>
          <w:p w14:paraId="79D21EEF" w14:textId="77777777" w:rsidR="003C7CA3" w:rsidRDefault="003C7CA3">
            <w:pPr>
              <w:keepNext/>
            </w:pPr>
          </w:p>
        </w:tc>
        <w:tc>
          <w:tcPr>
            <w:tcW w:w="4818" w:type="dxa"/>
          </w:tcPr>
          <w:p w14:paraId="0CF99D41" w14:textId="6EA15F11"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14:paraId="5F1285C7" w14:textId="77777777" w:rsidR="003C7CA3" w:rsidRPr="005B29C5" w:rsidRDefault="003C7CA3">
            <w:pPr>
              <w:keepNext/>
              <w:rPr>
                <w:lang w:val="fr-FR"/>
              </w:rPr>
            </w:pPr>
          </w:p>
        </w:tc>
      </w:tr>
      <w:tr w:rsidR="003C7CA3" w14:paraId="3A6BBC96" w14:textId="77777777">
        <w:trPr>
          <w:cantSplit/>
          <w:trHeight w:val="510"/>
        </w:trPr>
        <w:tc>
          <w:tcPr>
            <w:tcW w:w="4818" w:type="dxa"/>
          </w:tcPr>
          <w:p w14:paraId="5C8AEAE0" w14:textId="77777777" w:rsidR="003C7CA3" w:rsidRDefault="003454F7">
            <w:r>
              <w:rPr>
                <w:b/>
                <w:color w:val="0D5F78"/>
              </w:rPr>
              <w:t>Măsuri de protecție a mediului</w:t>
            </w:r>
          </w:p>
          <w:p w14:paraId="586175AE" w14:textId="77777777" w:rsidR="003C7CA3" w:rsidRDefault="003C7CA3"/>
        </w:tc>
        <w:tc>
          <w:tcPr>
            <w:tcW w:w="4818" w:type="dxa"/>
          </w:tcPr>
          <w:p w14:paraId="2DEC7A0A" w14:textId="181A6029" w:rsidR="003C7CA3" w:rsidRDefault="003454F7">
            <w:r>
              <w:rPr>
                <w:b/>
                <w:color w:val="0D5F78"/>
              </w:rPr>
              <w:t xml:space="preserve">Alte </w:t>
            </w:r>
            <w:r w:rsidR="00481869">
              <w:rPr>
                <w:b/>
                <w:color w:val="0D5F78"/>
              </w:rPr>
              <w:t xml:space="preserve">măsuri </w:t>
            </w:r>
            <w:r w:rsidR="009E435D">
              <w:rPr>
                <w:b/>
                <w:color w:val="0D5F78"/>
              </w:rPr>
              <w:t>specifice:</w:t>
            </w:r>
          </w:p>
          <w:p w14:paraId="6412A5B3" w14:textId="77777777" w:rsidR="003C7CA3" w:rsidRDefault="003C7CA3"/>
        </w:tc>
      </w:tr>
    </w:tbl>
    <w:p w14:paraId="522EAA4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14:paraId="5BCF3412" w14:textId="77777777">
        <w:trPr>
          <w:cantSplit/>
        </w:trPr>
        <w:tc>
          <w:tcPr>
            <w:tcW w:w="9636" w:type="dxa"/>
            <w:gridSpan w:val="3"/>
            <w:shd w:val="clear" w:color="auto" w:fill="F4F4F4"/>
          </w:tcPr>
          <w:p w14:paraId="6347FD59" w14:textId="1C8D5E4A" w:rsidR="003C7CA3" w:rsidRDefault="003454F7">
            <w:pPr>
              <w:keepNext/>
            </w:pPr>
            <w:r>
              <w:rPr>
                <w:b/>
                <w:sz w:val="16"/>
              </w:rPr>
              <w:t xml:space="preserve"> 8. </w:t>
            </w:r>
            <w:r>
              <w:rPr>
                <w:b/>
                <w:color w:val="000000"/>
                <w:sz w:val="18"/>
              </w:rPr>
              <w:t>ÎNTOCMIT</w:t>
            </w:r>
          </w:p>
        </w:tc>
      </w:tr>
      <w:tr w:rsidR="003C7CA3" w14:paraId="2FAD5169" w14:textId="77777777">
        <w:trPr>
          <w:cantSplit/>
          <w:trHeight w:val="510"/>
        </w:trPr>
        <w:tc>
          <w:tcPr>
            <w:tcW w:w="4818" w:type="dxa"/>
          </w:tcPr>
          <w:p w14:paraId="370D703B" w14:textId="77777777" w:rsidR="003C7CA3" w:rsidRPr="00207E5E" w:rsidRDefault="003454F7">
            <w:pPr>
              <w:rPr>
                <w:lang w:val="it-IT"/>
              </w:rPr>
            </w:pPr>
            <w:r w:rsidRPr="00207E5E">
              <w:rPr>
                <w:b/>
                <w:color w:val="0D5F78"/>
                <w:lang w:val="it-IT"/>
              </w:rPr>
              <w:t>Numele și prenumele / firma și reprezentantul</w:t>
            </w:r>
          </w:p>
          <w:p w14:paraId="19974B2C" w14:textId="77777777" w:rsidR="003C7CA3" w:rsidRPr="00207E5E" w:rsidRDefault="003C7CA3">
            <w:pPr>
              <w:rPr>
                <w:lang w:val="it-IT"/>
              </w:rPr>
            </w:pPr>
          </w:p>
        </w:tc>
        <w:tc>
          <w:tcPr>
            <w:tcW w:w="1606" w:type="dxa"/>
          </w:tcPr>
          <w:p w14:paraId="5C2B9240" w14:textId="77777777" w:rsidR="003C7CA3" w:rsidRDefault="003454F7">
            <w:r>
              <w:rPr>
                <w:b/>
                <w:color w:val="0D5F78"/>
              </w:rPr>
              <w:t>Data</w:t>
            </w:r>
          </w:p>
          <w:p w14:paraId="0E969518" w14:textId="77777777" w:rsidR="003C7CA3" w:rsidRDefault="003C7CA3"/>
        </w:tc>
        <w:tc>
          <w:tcPr>
            <w:tcW w:w="3212" w:type="dxa"/>
          </w:tcPr>
          <w:p w14:paraId="41E26627" w14:textId="77777777" w:rsidR="003C7CA3" w:rsidRDefault="003454F7">
            <w:r>
              <w:rPr>
                <w:b/>
                <w:color w:val="0D5F78"/>
              </w:rPr>
              <w:t>Semnătura și parafa</w:t>
            </w:r>
          </w:p>
          <w:p w14:paraId="2575B4FF" w14:textId="77777777" w:rsidR="003C7CA3" w:rsidRDefault="003C7CA3"/>
        </w:tc>
      </w:tr>
    </w:tbl>
    <w:p w14:paraId="2718FA8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rsidRPr="006463CB" w14:paraId="789B3316" w14:textId="77777777">
        <w:trPr>
          <w:cantSplit/>
        </w:trPr>
        <w:tc>
          <w:tcPr>
            <w:tcW w:w="9636" w:type="dxa"/>
            <w:gridSpan w:val="5"/>
            <w:shd w:val="clear" w:color="auto" w:fill="F4F4F4"/>
          </w:tcPr>
          <w:p w14:paraId="044F7DD6" w14:textId="6A35DD59" w:rsidR="003C7CA3" w:rsidRPr="00207E5E" w:rsidRDefault="003454F7">
            <w:pPr>
              <w:keepNext/>
              <w:rPr>
                <w:lang w:val="it-IT"/>
              </w:rPr>
            </w:pPr>
            <w:r w:rsidRPr="00207E5E">
              <w:rPr>
                <w:b/>
                <w:sz w:val="16"/>
                <w:lang w:val="it-IT"/>
              </w:rPr>
              <w:t xml:space="preserve"> 9. </w:t>
            </w:r>
            <w:r w:rsidRPr="00207E5E">
              <w:rPr>
                <w:b/>
                <w:color w:val="000000"/>
                <w:sz w:val="18"/>
                <w:lang w:val="it-IT"/>
              </w:rPr>
              <w:t>COMUNICAREA ÎN REGISTRUL NAȚIONAL AL CLĂDIRILOR</w:t>
            </w:r>
          </w:p>
        </w:tc>
      </w:tr>
      <w:tr w:rsidR="003C7CA3" w:rsidRPr="006463CB" w14:paraId="09C9D1CA" w14:textId="77777777">
        <w:trPr>
          <w:cantSplit/>
          <w:trHeight w:val="510"/>
        </w:trPr>
        <w:tc>
          <w:tcPr>
            <w:tcW w:w="4015" w:type="dxa"/>
            <w:gridSpan w:val="2"/>
          </w:tcPr>
          <w:p w14:paraId="7503C39B" w14:textId="77777777" w:rsidR="003C7CA3" w:rsidRDefault="003454F7">
            <w:pPr>
              <w:keepNext/>
            </w:pPr>
            <w:r>
              <w:rPr>
                <w:b/>
                <w:color w:val="0D5F78"/>
              </w:rPr>
              <w:t>Clădirea a fost</w:t>
            </w:r>
          </w:p>
          <w:p w14:paraId="2C7411D0" w14:textId="77777777" w:rsidR="003C7CA3" w:rsidRDefault="003454F7">
            <w:pPr>
              <w:keepNext/>
            </w:pPr>
            <w:r>
              <w:rPr>
                <w:sz w:val="16"/>
              </w:rPr>
              <w:t>☐ identificată în registru     ☐ declarată acum</w:t>
            </w:r>
          </w:p>
        </w:tc>
        <w:tc>
          <w:tcPr>
            <w:tcW w:w="2409" w:type="dxa"/>
            <w:gridSpan w:val="2"/>
          </w:tcPr>
          <w:p w14:paraId="7BDC1FD1" w14:textId="77777777" w:rsidR="003C7CA3" w:rsidRDefault="003454F7">
            <w:pPr>
              <w:keepNext/>
            </w:pPr>
            <w:r>
              <w:rPr>
                <w:b/>
                <w:color w:val="0D5F78"/>
              </w:rPr>
              <w:t>NIS atribuit / confirmat</w:t>
            </w:r>
          </w:p>
          <w:p w14:paraId="46BD8B2A" w14:textId="77777777" w:rsidR="003C7CA3" w:rsidRDefault="003C7CA3">
            <w:pPr>
              <w:keepNext/>
            </w:pPr>
          </w:p>
        </w:tc>
        <w:tc>
          <w:tcPr>
            <w:tcW w:w="3212" w:type="dxa"/>
          </w:tcPr>
          <w:p w14:paraId="70909602" w14:textId="77777777" w:rsidR="003C7CA3" w:rsidRPr="00207E5E" w:rsidRDefault="003454F7">
            <w:pPr>
              <w:keepNext/>
              <w:rPr>
                <w:lang w:val="it-IT"/>
              </w:rPr>
            </w:pPr>
            <w:r w:rsidRPr="00207E5E">
              <w:rPr>
                <w:b/>
                <w:color w:val="0D5F78"/>
                <w:lang w:val="it-IT"/>
              </w:rPr>
              <w:t>Cod investiție</w:t>
            </w:r>
          </w:p>
          <w:p w14:paraId="75D7BD10" w14:textId="77777777" w:rsidR="003C7CA3" w:rsidRPr="00207E5E" w:rsidRDefault="003454F7">
            <w:pPr>
              <w:keepNext/>
              <w:rPr>
                <w:lang w:val="it-IT"/>
              </w:rPr>
            </w:pPr>
            <w:r w:rsidRPr="00207E5E">
              <w:rPr>
                <w:i/>
                <w:color w:val="7A7A7A"/>
                <w:lang w:val="it-IT"/>
              </w:rPr>
              <w:t>dacă lucrarea e legată de o investiție</w:t>
            </w:r>
          </w:p>
          <w:p w14:paraId="707D1635" w14:textId="77777777" w:rsidR="003C7CA3" w:rsidRPr="00207E5E" w:rsidRDefault="003C7CA3">
            <w:pPr>
              <w:keepNext/>
              <w:rPr>
                <w:lang w:val="it-IT"/>
              </w:rPr>
            </w:pPr>
          </w:p>
        </w:tc>
      </w:tr>
      <w:tr w:rsidR="003C7CA3" w14:paraId="404DE9B4" w14:textId="77777777">
        <w:trPr>
          <w:cantSplit/>
          <w:trHeight w:val="510"/>
        </w:trPr>
        <w:tc>
          <w:tcPr>
            <w:tcW w:w="2409" w:type="dxa"/>
          </w:tcPr>
          <w:p w14:paraId="1E81E077" w14:textId="77777777" w:rsidR="003C7CA3" w:rsidRDefault="003454F7">
            <w:r>
              <w:rPr>
                <w:b/>
                <w:color w:val="0D5F78"/>
              </w:rPr>
              <w:t>Data comunicării</w:t>
            </w:r>
          </w:p>
          <w:p w14:paraId="778D03E7" w14:textId="77777777" w:rsidR="003C7CA3" w:rsidRDefault="003C7CA3"/>
        </w:tc>
        <w:tc>
          <w:tcPr>
            <w:tcW w:w="3212" w:type="dxa"/>
            <w:gridSpan w:val="2"/>
          </w:tcPr>
          <w:p w14:paraId="77DBAA7A" w14:textId="77777777" w:rsidR="003C7CA3" w:rsidRDefault="003454F7">
            <w:r>
              <w:rPr>
                <w:b/>
                <w:color w:val="0D5F78"/>
              </w:rPr>
              <w:t>Numărul tranzacției</w:t>
            </w:r>
          </w:p>
          <w:p w14:paraId="41280A5F" w14:textId="77777777" w:rsidR="003C7CA3" w:rsidRDefault="003C7CA3"/>
        </w:tc>
        <w:tc>
          <w:tcPr>
            <w:tcW w:w="4015" w:type="dxa"/>
            <w:gridSpan w:val="2"/>
          </w:tcPr>
          <w:p w14:paraId="3822C8B0" w14:textId="77777777" w:rsidR="003C7CA3" w:rsidRDefault="003454F7">
            <w:r>
              <w:rPr>
                <w:b/>
                <w:color w:val="0D5F78"/>
              </w:rPr>
              <w:t>Comunicat de</w:t>
            </w:r>
          </w:p>
          <w:p w14:paraId="2979CA2D" w14:textId="77777777" w:rsidR="003C7CA3" w:rsidRDefault="003C7CA3"/>
        </w:tc>
      </w:tr>
    </w:tbl>
    <w:p w14:paraId="080B7191" w14:textId="77777777" w:rsidR="003C7CA3" w:rsidRDefault="003C7CA3">
      <w:pPr>
        <w:spacing w:line="168" w:lineRule="auto"/>
      </w:pPr>
    </w:p>
    <w:p w14:paraId="0A206510" w14:textId="77777777" w:rsidR="00913191" w:rsidRDefault="00913191">
      <w:pPr>
        <w:spacing w:line="168" w:lineRule="auto"/>
      </w:pPr>
    </w:p>
    <w:p w14:paraId="763CAB70" w14:textId="557CB50E" w:rsidR="00913191" w:rsidRPr="00207E5E" w:rsidRDefault="00913191" w:rsidP="00913191">
      <w:pPr>
        <w:rPr>
          <w:sz w:val="20"/>
          <w:szCs w:val="20"/>
          <w:u w:val="single"/>
          <w:lang w:val="it-IT"/>
        </w:rPr>
      </w:pPr>
      <w:r w:rsidRPr="00207E5E">
        <w:rPr>
          <w:sz w:val="20"/>
          <w:szCs w:val="20"/>
          <w:u w:val="single"/>
          <w:lang w:val="it-IT"/>
        </w:rPr>
        <w:t>Punctele 10-1</w:t>
      </w:r>
      <w:r w:rsidR="00481869" w:rsidRPr="00207E5E">
        <w:rPr>
          <w:sz w:val="20"/>
          <w:szCs w:val="20"/>
          <w:u w:val="single"/>
          <w:lang w:val="it-IT"/>
        </w:rPr>
        <w:t xml:space="preserve">3 </w:t>
      </w:r>
      <w:r w:rsidRPr="00207E5E">
        <w:rPr>
          <w:sz w:val="20"/>
          <w:szCs w:val="20"/>
          <w:u w:val="single"/>
          <w:lang w:val="it-IT"/>
        </w:rPr>
        <w:t>se completeaza în cazul amenjărilor /lucrărilor inginerești</w:t>
      </w:r>
    </w:p>
    <w:p w14:paraId="67473F2C" w14:textId="77777777" w:rsidR="00913191" w:rsidRPr="00207E5E" w:rsidRDefault="00913191">
      <w:pPr>
        <w:spacing w:line="168" w:lineRule="auto"/>
        <w:rPr>
          <w:lang w:val="it-IT"/>
        </w:rPr>
      </w:pPr>
    </w:p>
    <w:p w14:paraId="088990E5" w14:textId="77777777" w:rsidR="00913191" w:rsidRPr="00207E5E" w:rsidRDefault="00913191">
      <w:pPr>
        <w:spacing w:line="168" w:lineRule="auto"/>
        <w:rPr>
          <w:lang w:val="it-IT"/>
        </w:rPr>
      </w:pPr>
    </w:p>
    <w:p w14:paraId="26959348" w14:textId="77777777" w:rsidR="00913191" w:rsidRPr="00207E5E" w:rsidRDefault="00913191">
      <w:pPr>
        <w:spacing w:line="168" w:lineRule="auto"/>
        <w:rPr>
          <w:lang w:val="it-IT"/>
        </w:rPr>
      </w:pPr>
    </w:p>
    <w:tbl>
      <w:tblPr>
        <w:tblStyle w:val="TableGrid"/>
        <w:tblW w:w="0" w:type="auto"/>
        <w:tblLayout w:type="fixed"/>
        <w:tblLook w:val="04A0" w:firstRow="1" w:lastRow="0" w:firstColumn="1" w:lastColumn="0" w:noHBand="0" w:noVBand="1"/>
      </w:tblPr>
      <w:tblGrid>
        <w:gridCol w:w="9636"/>
      </w:tblGrid>
      <w:tr w:rsidR="00913191" w14:paraId="15E654A6" w14:textId="77777777" w:rsidTr="00303E64">
        <w:tc>
          <w:tcPr>
            <w:tcW w:w="9636" w:type="dxa"/>
            <w:shd w:val="clear" w:color="auto" w:fill="F4F4F4"/>
          </w:tcPr>
          <w:p w14:paraId="15526B2D" w14:textId="6391DFF7" w:rsidR="00481869" w:rsidRPr="00481869" w:rsidRDefault="00913191" w:rsidP="00303E64">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14:paraId="35BBF072" w14:textId="77777777" w:rsidTr="00303E64">
        <w:trPr>
          <w:trHeight w:val="311"/>
        </w:trPr>
        <w:tc>
          <w:tcPr>
            <w:tcW w:w="9636" w:type="dxa"/>
          </w:tcPr>
          <w:p w14:paraId="404A19BB" w14:textId="77777777" w:rsidR="00913191" w:rsidRDefault="00913191" w:rsidP="00303E64"/>
          <w:p w14:paraId="75C9E1F6" w14:textId="77777777" w:rsidR="00913191" w:rsidRDefault="00913191" w:rsidP="00303E64"/>
          <w:p w14:paraId="5CEEA210" w14:textId="77777777" w:rsidR="00913191" w:rsidRDefault="00913191" w:rsidP="00303E64"/>
          <w:p w14:paraId="49CC17DA" w14:textId="77777777" w:rsidR="00913191" w:rsidRDefault="00913191" w:rsidP="00303E64"/>
        </w:tc>
      </w:tr>
      <w:tr w:rsidR="00913191" w:rsidRPr="006463CB" w14:paraId="64B1AEFE" w14:textId="77777777" w:rsidTr="00481869">
        <w:trPr>
          <w:trHeight w:val="311"/>
        </w:trPr>
        <w:tc>
          <w:tcPr>
            <w:tcW w:w="9636" w:type="dxa"/>
            <w:shd w:val="clear" w:color="auto" w:fill="F2F2F2" w:themeFill="background1" w:themeFillShade="F2"/>
          </w:tcPr>
          <w:p w14:paraId="06040E9F" w14:textId="73498F5D" w:rsidR="00913191" w:rsidRPr="00481869" w:rsidRDefault="00913191" w:rsidP="00303E64">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913191" w:rsidRPr="006463CB" w14:paraId="6CA09AF3" w14:textId="77777777" w:rsidTr="00303E64">
        <w:trPr>
          <w:trHeight w:val="311"/>
        </w:trPr>
        <w:tc>
          <w:tcPr>
            <w:tcW w:w="9636" w:type="dxa"/>
          </w:tcPr>
          <w:p w14:paraId="0F93402F" w14:textId="77777777" w:rsidR="00913191" w:rsidRPr="00913191" w:rsidRDefault="00913191" w:rsidP="00303E64">
            <w:pPr>
              <w:rPr>
                <w:lang w:val="fr-FR"/>
              </w:rPr>
            </w:pPr>
          </w:p>
          <w:p w14:paraId="1F1212DC" w14:textId="77777777" w:rsidR="00913191" w:rsidRPr="00913191" w:rsidRDefault="00913191" w:rsidP="00303E64">
            <w:pPr>
              <w:rPr>
                <w:lang w:val="fr-FR"/>
              </w:rPr>
            </w:pPr>
          </w:p>
          <w:p w14:paraId="136A35DA" w14:textId="77777777" w:rsidR="00913191" w:rsidRPr="00913191" w:rsidRDefault="00913191" w:rsidP="00303E64">
            <w:pPr>
              <w:rPr>
                <w:lang w:val="fr-FR"/>
              </w:rPr>
            </w:pPr>
          </w:p>
        </w:tc>
      </w:tr>
    </w:tbl>
    <w:p w14:paraId="57F60CB5" w14:textId="77777777" w:rsidR="00913191" w:rsidRDefault="0091319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6463CB" w14:paraId="48814357" w14:textId="77777777" w:rsidTr="00303E64">
        <w:trPr>
          <w:cantSplit/>
        </w:trPr>
        <w:tc>
          <w:tcPr>
            <w:tcW w:w="9636" w:type="dxa"/>
            <w:gridSpan w:val="2"/>
            <w:shd w:val="clear" w:color="auto" w:fill="F4F4F4"/>
          </w:tcPr>
          <w:p w14:paraId="78149411" w14:textId="5CE759DD" w:rsidR="00481869" w:rsidRPr="00481869" w:rsidRDefault="00481869" w:rsidP="00303E64">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14:paraId="0827F875" w14:textId="77777777" w:rsidTr="00303E64">
        <w:trPr>
          <w:cantSplit/>
          <w:trHeight w:val="510"/>
        </w:trPr>
        <w:tc>
          <w:tcPr>
            <w:tcW w:w="4818" w:type="dxa"/>
          </w:tcPr>
          <w:p w14:paraId="2201417D" w14:textId="77777777" w:rsidR="00481869" w:rsidRDefault="00481869" w:rsidP="00303E64">
            <w:pPr>
              <w:keepNext/>
            </w:pPr>
            <w:r>
              <w:rPr>
                <w:b/>
                <w:color w:val="0D5F78"/>
              </w:rPr>
              <w:t>Modul de evacuare a deșeurilor</w:t>
            </w:r>
          </w:p>
          <w:p w14:paraId="253A2CEE" w14:textId="77777777" w:rsidR="00481869" w:rsidRDefault="00481869" w:rsidP="00303E64">
            <w:pPr>
              <w:keepNext/>
            </w:pPr>
          </w:p>
        </w:tc>
        <w:tc>
          <w:tcPr>
            <w:tcW w:w="4818" w:type="dxa"/>
          </w:tcPr>
          <w:p w14:paraId="43DA7C1B" w14:textId="3909995D" w:rsidR="00481869" w:rsidRPr="005B29C5" w:rsidRDefault="00481869" w:rsidP="00303E64">
            <w:pPr>
              <w:keepNext/>
              <w:rPr>
                <w:lang w:val="fr-FR"/>
              </w:rPr>
            </w:pPr>
            <w:r>
              <w:rPr>
                <w:b/>
                <w:color w:val="0D5F78"/>
                <w:lang w:val="fr-FR"/>
              </w:rPr>
              <w:t>M</w:t>
            </w:r>
            <w:r w:rsidRPr="005B29C5">
              <w:rPr>
                <w:b/>
                <w:color w:val="0D5F78"/>
                <w:lang w:val="fr-FR"/>
              </w:rPr>
              <w:t>ăsuri de securitate la incendiu</w:t>
            </w:r>
          </w:p>
          <w:p w14:paraId="2FD7E2E3" w14:textId="77777777" w:rsidR="00481869" w:rsidRPr="005B29C5" w:rsidRDefault="00481869" w:rsidP="00303E64">
            <w:pPr>
              <w:keepNext/>
              <w:rPr>
                <w:lang w:val="fr-FR"/>
              </w:rPr>
            </w:pPr>
          </w:p>
        </w:tc>
      </w:tr>
      <w:tr w:rsidR="00481869" w14:paraId="6A3E6F3D" w14:textId="77777777" w:rsidTr="00303E64">
        <w:trPr>
          <w:cantSplit/>
          <w:trHeight w:val="510"/>
        </w:trPr>
        <w:tc>
          <w:tcPr>
            <w:tcW w:w="4818" w:type="dxa"/>
          </w:tcPr>
          <w:p w14:paraId="007359C1" w14:textId="77777777" w:rsidR="00481869" w:rsidRDefault="00481869" w:rsidP="00303E64">
            <w:r>
              <w:rPr>
                <w:b/>
                <w:color w:val="0D5F78"/>
              </w:rPr>
              <w:t>Măsuri de protecție a mediului</w:t>
            </w:r>
          </w:p>
          <w:p w14:paraId="6446EBE5" w14:textId="77777777" w:rsidR="00481869" w:rsidRDefault="00481869" w:rsidP="00303E64"/>
        </w:tc>
        <w:tc>
          <w:tcPr>
            <w:tcW w:w="4818" w:type="dxa"/>
          </w:tcPr>
          <w:p w14:paraId="0FD4A589" w14:textId="1EE59EF2" w:rsidR="00481869" w:rsidRDefault="00481869" w:rsidP="00303E64">
            <w:r>
              <w:rPr>
                <w:b/>
                <w:color w:val="0D5F78"/>
              </w:rPr>
              <w:t>Alte  măsuri specifice</w:t>
            </w:r>
          </w:p>
          <w:p w14:paraId="6BDF2294" w14:textId="77777777" w:rsidR="00481869" w:rsidRDefault="00481869" w:rsidP="00303E64"/>
        </w:tc>
      </w:tr>
    </w:tbl>
    <w:p w14:paraId="56875253" w14:textId="77777777" w:rsidR="00481869" w:rsidRDefault="00481869">
      <w:pPr>
        <w:spacing w:line="168" w:lineRule="auto"/>
        <w:rPr>
          <w:lang w:val="fr-FR"/>
        </w:rPr>
      </w:pPr>
    </w:p>
    <w:p w14:paraId="3C380F78" w14:textId="77777777" w:rsidR="00481869" w:rsidRDefault="00481869">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14:paraId="05487BBA" w14:textId="77777777" w:rsidTr="00303E64">
        <w:trPr>
          <w:cantSplit/>
        </w:trPr>
        <w:tc>
          <w:tcPr>
            <w:tcW w:w="9636" w:type="dxa"/>
            <w:gridSpan w:val="3"/>
            <w:shd w:val="clear" w:color="auto" w:fill="F4F4F4"/>
          </w:tcPr>
          <w:p w14:paraId="4CC38EC2" w14:textId="2887E864" w:rsidR="00481869" w:rsidRDefault="00481869" w:rsidP="00303E64">
            <w:pPr>
              <w:keepNext/>
            </w:pPr>
            <w:r>
              <w:rPr>
                <w:b/>
                <w:sz w:val="16"/>
              </w:rPr>
              <w:t xml:space="preserve">13. </w:t>
            </w:r>
            <w:r>
              <w:rPr>
                <w:b/>
                <w:color w:val="000000"/>
                <w:sz w:val="18"/>
              </w:rPr>
              <w:t>ÎNTOCMIT</w:t>
            </w:r>
          </w:p>
        </w:tc>
      </w:tr>
      <w:tr w:rsidR="00481869" w14:paraId="7D366BD0" w14:textId="77777777" w:rsidTr="00303E64">
        <w:trPr>
          <w:cantSplit/>
          <w:trHeight w:val="510"/>
        </w:trPr>
        <w:tc>
          <w:tcPr>
            <w:tcW w:w="4818" w:type="dxa"/>
          </w:tcPr>
          <w:p w14:paraId="48BF3A7A" w14:textId="77777777" w:rsidR="00481869" w:rsidRPr="00207E5E" w:rsidRDefault="00481869" w:rsidP="00303E64">
            <w:pPr>
              <w:rPr>
                <w:lang w:val="it-IT"/>
              </w:rPr>
            </w:pPr>
            <w:r w:rsidRPr="00207E5E">
              <w:rPr>
                <w:b/>
                <w:color w:val="0D5F78"/>
                <w:lang w:val="it-IT"/>
              </w:rPr>
              <w:t>Numele și prenumele / firma și reprezentantul</w:t>
            </w:r>
          </w:p>
          <w:p w14:paraId="6B334517" w14:textId="77777777" w:rsidR="00481869" w:rsidRPr="00207E5E" w:rsidRDefault="00481869" w:rsidP="00303E64">
            <w:pPr>
              <w:rPr>
                <w:lang w:val="it-IT"/>
              </w:rPr>
            </w:pPr>
          </w:p>
        </w:tc>
        <w:tc>
          <w:tcPr>
            <w:tcW w:w="1606" w:type="dxa"/>
          </w:tcPr>
          <w:p w14:paraId="28EE7D57" w14:textId="77777777" w:rsidR="00481869" w:rsidRDefault="00481869" w:rsidP="00303E64">
            <w:r>
              <w:rPr>
                <w:b/>
                <w:color w:val="0D5F78"/>
              </w:rPr>
              <w:t>Data</w:t>
            </w:r>
          </w:p>
          <w:p w14:paraId="604B415A" w14:textId="77777777" w:rsidR="00481869" w:rsidRDefault="00481869" w:rsidP="00303E64"/>
        </w:tc>
        <w:tc>
          <w:tcPr>
            <w:tcW w:w="3212" w:type="dxa"/>
          </w:tcPr>
          <w:p w14:paraId="4217163A" w14:textId="77777777" w:rsidR="00481869" w:rsidRDefault="00481869" w:rsidP="00303E64">
            <w:r>
              <w:rPr>
                <w:b/>
                <w:color w:val="0D5F78"/>
              </w:rPr>
              <w:t>Semnătura și parafa</w:t>
            </w:r>
          </w:p>
          <w:p w14:paraId="0ABC8491" w14:textId="77777777" w:rsidR="00481869" w:rsidRDefault="00481869" w:rsidP="00303E64"/>
        </w:tc>
      </w:tr>
    </w:tbl>
    <w:p w14:paraId="6405C781" w14:textId="77777777" w:rsidR="00481869" w:rsidRPr="00913191" w:rsidRDefault="00481869">
      <w:pPr>
        <w:spacing w:line="168" w:lineRule="auto"/>
        <w:rPr>
          <w:lang w:val="fr-FR"/>
        </w:rPr>
      </w:pPr>
    </w:p>
    <w:sectPr w:rsidR="00481869" w:rsidRPr="00913191" w:rsidSect="002B61AC">
      <w:headerReference w:type="default" r:id="rId10"/>
      <w:footerReference w:type="default" r:id="rId11"/>
      <w:headerReference w:type="first" r:id="rId12"/>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F32A6" w14:textId="77777777" w:rsidR="00C14BC9" w:rsidRDefault="00C14BC9">
      <w:r>
        <w:separator/>
      </w:r>
    </w:p>
  </w:endnote>
  <w:endnote w:type="continuationSeparator" w:id="0">
    <w:p w14:paraId="1AAE5D9B" w14:textId="77777777" w:rsidR="00C14BC9" w:rsidRDefault="00C14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461" w14:textId="0660487A" w:rsidR="003C7CA3" w:rsidRDefault="003454F7">
    <w:pPr>
      <w:pStyle w:val="Footer"/>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5B29C5">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5B29C5">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DFCCC" w14:textId="77777777" w:rsidR="00C14BC9" w:rsidRDefault="00C14BC9">
      <w:r>
        <w:separator/>
      </w:r>
    </w:p>
  </w:footnote>
  <w:footnote w:type="continuationSeparator" w:id="0">
    <w:p w14:paraId="2F77724B" w14:textId="77777777" w:rsidR="00C14BC9" w:rsidRDefault="00C14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10B0" w14:textId="57BD5E57" w:rsidR="002B61AC" w:rsidRDefault="002B61AC">
    <w:pPr>
      <w:pStyle w:val="Header"/>
    </w:pPr>
    <w:r>
      <w:rPr>
        <w:color w:val="595959"/>
      </w:rPr>
      <w:t>F_A_01 · versiunea 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8B78" w14:textId="05EF2CCB" w:rsidR="002B61AC" w:rsidRDefault="002B61AC">
    <w:pPr>
      <w:pStyle w:val="Header"/>
      <w:rPr>
        <w:i/>
        <w:iCs/>
        <w:sz w:val="24"/>
        <w:szCs w:val="24"/>
        <w:u w:val="single"/>
        <w:lang w:val="ro-RO"/>
      </w:rPr>
    </w:pPr>
    <w:r w:rsidRPr="002B61AC">
      <w:rPr>
        <w:i/>
        <w:iCs/>
        <w:sz w:val="24"/>
        <w:szCs w:val="24"/>
        <w:u w:val="single"/>
        <w:lang w:val="ro-RO"/>
      </w:rPr>
      <w:t>Anexa nr.2</w:t>
    </w:r>
  </w:p>
  <w:p w14:paraId="260ED929" w14:textId="22ADB072" w:rsidR="002B61AC" w:rsidRPr="002B61AC" w:rsidRDefault="002B61AC">
    <w:pPr>
      <w:pStyle w:val="Header"/>
      <w:rPr>
        <w:i/>
        <w:iCs/>
        <w:sz w:val="24"/>
        <w:szCs w:val="24"/>
        <w:u w:val="single"/>
        <w:lang w:val="ro-RO"/>
      </w:rPr>
    </w:pPr>
    <w:r w:rsidRPr="00207E5E">
      <w:rPr>
        <w:color w:val="595959"/>
        <w:lang w:val="it-IT"/>
      </w:rPr>
      <w:t>F_A_01 · versiunea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1162431448">
    <w:abstractNumId w:val="8"/>
  </w:num>
  <w:num w:numId="2" w16cid:durableId="407578684">
    <w:abstractNumId w:val="6"/>
  </w:num>
  <w:num w:numId="3" w16cid:durableId="1320231126">
    <w:abstractNumId w:val="5"/>
  </w:num>
  <w:num w:numId="4" w16cid:durableId="1163854910">
    <w:abstractNumId w:val="4"/>
  </w:num>
  <w:num w:numId="5" w16cid:durableId="886600459">
    <w:abstractNumId w:val="7"/>
  </w:num>
  <w:num w:numId="6" w16cid:durableId="1499534852">
    <w:abstractNumId w:val="3"/>
  </w:num>
  <w:num w:numId="7" w16cid:durableId="1157958032">
    <w:abstractNumId w:val="2"/>
  </w:num>
  <w:num w:numId="8" w16cid:durableId="1529560678">
    <w:abstractNumId w:val="1"/>
  </w:num>
  <w:num w:numId="9" w16cid:durableId="299381353">
    <w:abstractNumId w:val="0"/>
  </w:num>
  <w:num w:numId="10" w16cid:durableId="18278150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47E"/>
    <w:rsid w:val="000C1855"/>
    <w:rsid w:val="001004BB"/>
    <w:rsid w:val="0015074B"/>
    <w:rsid w:val="001531A5"/>
    <w:rsid w:val="0016288B"/>
    <w:rsid w:val="00207E5E"/>
    <w:rsid w:val="0029639D"/>
    <w:rsid w:val="002B61AC"/>
    <w:rsid w:val="002E3AD3"/>
    <w:rsid w:val="002E47B8"/>
    <w:rsid w:val="0031113E"/>
    <w:rsid w:val="00326F90"/>
    <w:rsid w:val="003454F7"/>
    <w:rsid w:val="003C7CA3"/>
    <w:rsid w:val="003F6F31"/>
    <w:rsid w:val="00481869"/>
    <w:rsid w:val="004B1106"/>
    <w:rsid w:val="005375AB"/>
    <w:rsid w:val="005B29C5"/>
    <w:rsid w:val="006463CB"/>
    <w:rsid w:val="006C103E"/>
    <w:rsid w:val="007E5D45"/>
    <w:rsid w:val="0081465C"/>
    <w:rsid w:val="00911827"/>
    <w:rsid w:val="00913191"/>
    <w:rsid w:val="009817E5"/>
    <w:rsid w:val="009C5BE4"/>
    <w:rsid w:val="009E435D"/>
    <w:rsid w:val="00A71E11"/>
    <w:rsid w:val="00A80531"/>
    <w:rsid w:val="00AA1D8D"/>
    <w:rsid w:val="00AE2D91"/>
    <w:rsid w:val="00B0669A"/>
    <w:rsid w:val="00B47730"/>
    <w:rsid w:val="00C14BC9"/>
    <w:rsid w:val="00C32AB5"/>
    <w:rsid w:val="00C46767"/>
    <w:rsid w:val="00C5007E"/>
    <w:rsid w:val="00CB0664"/>
    <w:rsid w:val="00CD3FD2"/>
    <w:rsid w:val="00DA52DD"/>
    <w:rsid w:val="00DB3B82"/>
    <w:rsid w:val="00E61A6B"/>
    <w:rsid w:val="00E9623F"/>
    <w:rsid w:val="00EC2567"/>
    <w:rsid w:val="00F11D5D"/>
    <w:rsid w:val="00F61A70"/>
    <w:rsid w:val="00F97996"/>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F16EB"/>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07E5E"/>
    <w:rPr>
      <w:color w:val="0000FF" w:themeColor="hyperlink"/>
      <w:u w:val="single"/>
    </w:rPr>
  </w:style>
  <w:style w:type="character" w:styleId="UnresolvedMention">
    <w:name w:val="Unresolved Mention"/>
    <w:basedOn w:val="DefaultParagraphFont"/>
    <w:uiPriority w:val="99"/>
    <w:semiHidden/>
    <w:unhideWhenUsed/>
    <w:rsid w:val="00646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jt@cjtimis.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2CA0-0F59-406E-9ADC-7FFF681E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2352</Words>
  <Characters>13643</Characters>
  <Application>Microsoft Office Word</Application>
  <DocSecurity>0</DocSecurity>
  <Lines>113</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CJT Lucian Brihacescu</cp:lastModifiedBy>
  <cp:revision>4</cp:revision>
  <cp:lastPrinted>2026-08-31T11:49:00Z</cp:lastPrinted>
  <dcterms:created xsi:type="dcterms:W3CDTF">2026-09-02T07:07:00Z</dcterms:created>
  <dcterms:modified xsi:type="dcterms:W3CDTF">2026-09-17T07:13:00Z</dcterms:modified>
  <cp:category/>
</cp:coreProperties>
</file>