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627315" w14:paraId="734C00AB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2B6E0903" w14:textId="3CF901BF" w:rsidR="00627315" w:rsidRDefault="003C105F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37C4C657" wp14:editId="12F9DC2A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375C844B" w14:textId="596476A8" w:rsidR="00627315" w:rsidRDefault="00627315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</w:t>
            </w:r>
            <w:r w:rsidR="003C105F">
              <w:rPr>
                <w:b/>
                <w:bCs/>
                <w:sz w:val="20"/>
                <w:szCs w:val="20"/>
              </w:rPr>
              <w:t>TIMI</w:t>
            </w:r>
            <w:r w:rsidR="003C105F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627315" w14:paraId="6007F6B7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45C28EA4" w14:textId="77777777" w:rsidR="00627315" w:rsidRDefault="00627315" w:rsidP="001C4405"/>
        </w:tc>
        <w:tc>
          <w:tcPr>
            <w:tcW w:w="8030" w:type="dxa"/>
            <w:gridSpan w:val="3"/>
            <w:shd w:val="clear" w:color="auto" w:fill="F0F0F0"/>
          </w:tcPr>
          <w:p w14:paraId="53E7006B" w14:textId="51825318" w:rsidR="00627315" w:rsidRPr="00681BF0" w:rsidRDefault="00627315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3C105F" w:rsidRPr="00681BF0">
              <w:rPr>
                <w:b/>
                <w:bCs/>
                <w:sz w:val="20"/>
                <w:szCs w:val="20"/>
              </w:rPr>
              <w:t>CONSILIUL JUDE</w:t>
            </w:r>
            <w:r w:rsidR="003C105F">
              <w:rPr>
                <w:b/>
                <w:bCs/>
                <w:sz w:val="20"/>
                <w:szCs w:val="20"/>
              </w:rPr>
              <w:t>Ț</w:t>
            </w:r>
            <w:r w:rsidR="003C105F"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3C105F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627315" w:rsidRPr="003C105F" w14:paraId="73E54ACD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2C90AF43" w14:textId="77777777" w:rsidR="00627315" w:rsidRDefault="00627315" w:rsidP="001C4405"/>
        </w:tc>
        <w:tc>
          <w:tcPr>
            <w:tcW w:w="2409" w:type="dxa"/>
            <w:shd w:val="clear" w:color="auto" w:fill="F0F0F0"/>
          </w:tcPr>
          <w:p w14:paraId="45A05C94" w14:textId="77777777" w:rsidR="00627315" w:rsidRPr="00343BBA" w:rsidRDefault="00627315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40C7F4B" w14:textId="1BFDAF1F" w:rsidR="00627315" w:rsidRPr="00681BF0" w:rsidRDefault="003C105F" w:rsidP="003C105F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E7C3ECE" w14:textId="77777777" w:rsidR="00627315" w:rsidRPr="004F799F" w:rsidRDefault="00627315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44C92753" w14:textId="77777777" w:rsidR="003C105F" w:rsidRPr="006463CB" w:rsidRDefault="003C105F" w:rsidP="003C105F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23FE7543" w14:textId="77777777" w:rsidR="00627315" w:rsidRPr="004F799F" w:rsidRDefault="00627315" w:rsidP="001C4405">
            <w:pPr>
              <w:keepNext/>
              <w:rPr>
                <w:lang w:val="fr-FR"/>
              </w:rPr>
            </w:pPr>
          </w:p>
        </w:tc>
      </w:tr>
      <w:tr w:rsidR="00627315" w14:paraId="459B95E3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3E7394E8" w14:textId="77777777" w:rsidR="00627315" w:rsidRPr="004F799F" w:rsidRDefault="00627315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3245AA0" w14:textId="77777777" w:rsidR="00627315" w:rsidRDefault="00627315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4B59DDD" w14:textId="77777777" w:rsidR="00627315" w:rsidRDefault="00627315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6761D4C" w14:textId="77777777" w:rsidR="00627315" w:rsidRDefault="00627315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0C4EC9AC" w14:textId="77777777" w:rsidR="00627315" w:rsidRDefault="00627315" w:rsidP="001C4405">
            <w:pPr>
              <w:keepNext/>
            </w:pPr>
          </w:p>
        </w:tc>
      </w:tr>
      <w:tr w:rsidR="00627315" w:rsidRPr="003C105F" w14:paraId="215B6C91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CD20D76" w14:textId="77777777" w:rsidR="00627315" w:rsidRPr="00343BBA" w:rsidRDefault="00627315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627315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5FD545" w14:textId="7DE0A638" w:rsidR="00945CC5" w:rsidRPr="003E706D" w:rsidRDefault="00627315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3C105F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945CC5" w:rsidRPr="003C105F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64B9FB2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3C105F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r>
              <w:rPr>
                <w:b/>
                <w:color w:val="0D5F78"/>
              </w:rPr>
              <w:t xml:space="preserve">Termen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Pr="00627315" w:rsidRDefault="00FA7758" w:rsidP="003E706D">
      <w:pPr>
        <w:spacing w:before="80" w:after="60"/>
        <w:jc w:val="center"/>
        <w:rPr>
          <w:lang w:val="it-IT"/>
        </w:rPr>
      </w:pPr>
      <w:r w:rsidRPr="00627315">
        <w:rPr>
          <w:sz w:val="18"/>
          <w:lang w:val="it-IT"/>
        </w:rPr>
        <w:t>în conformitate cu prevederile art. 293 din Legea nr. 169/2026 privind Codul amenajării teritoriului, urbanismului și construcțiilor, solicit emiterea</w:t>
      </w:r>
    </w:p>
    <w:p w14:paraId="6DBB5635" w14:textId="77777777" w:rsidR="00945CC5" w:rsidRPr="00627315" w:rsidRDefault="00FA7758">
      <w:pPr>
        <w:spacing w:after="160"/>
        <w:jc w:val="center"/>
        <w:rPr>
          <w:lang w:val="it-IT"/>
        </w:rPr>
      </w:pPr>
      <w:r w:rsidRPr="00627315">
        <w:rPr>
          <w:b/>
          <w:sz w:val="20"/>
          <w:lang w:val="it-IT"/>
        </w:rPr>
        <w:t>AUTORIZAȚIEI DE MODIFICARE</w:t>
      </w:r>
    </w:p>
    <w:p w14:paraId="2C3182FB" w14:textId="7446FCB0" w:rsidR="00945CC5" w:rsidRPr="00627315" w:rsidRDefault="00FA7758">
      <w:pPr>
        <w:spacing w:after="120"/>
        <w:jc w:val="center"/>
        <w:rPr>
          <w:lang w:val="it-IT"/>
        </w:rPr>
      </w:pPr>
      <w:r w:rsidRPr="00627315">
        <w:rPr>
          <w:sz w:val="19"/>
          <w:lang w:val="it-IT"/>
        </w:rPr>
        <w:t>în vederea realizării lucrărilor corespunzătoare modificărilor de temă</w:t>
      </w:r>
    </w:p>
    <w:p w14:paraId="027A92FB" w14:textId="77777777" w:rsidR="00945CC5" w:rsidRPr="00627315" w:rsidRDefault="00945CC5">
      <w:pPr>
        <w:spacing w:after="60" w:line="168" w:lineRule="auto"/>
        <w:rPr>
          <w:lang w:val="it-IT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 w:rsidRPr="00627315">
              <w:rPr>
                <w:b/>
                <w:sz w:val="16"/>
                <w:lang w:val="it-IT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Pr="00627315" w:rsidRDefault="00FA7758">
            <w:pPr>
              <w:keepNext/>
              <w:rPr>
                <w:lang w:val="it-IT"/>
              </w:rPr>
            </w:pPr>
            <w:r w:rsidRPr="00627315">
              <w:rPr>
                <w:b/>
                <w:color w:val="0D5F78"/>
                <w:lang w:val="it-IT"/>
              </w:rPr>
              <w:t>rezistență mecanică și stabilitate — nume și prenume verificator / nr. atestat</w:t>
            </w:r>
          </w:p>
          <w:p w14:paraId="689EA516" w14:textId="77777777" w:rsidR="00945CC5" w:rsidRPr="00627315" w:rsidRDefault="00945CC5">
            <w:pPr>
              <w:keepNext/>
              <w:rPr>
                <w:lang w:val="it-IT"/>
              </w:rPr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Pr="00627315" w:rsidRDefault="00FA7758">
            <w:pPr>
              <w:keepNext/>
              <w:rPr>
                <w:lang w:val="it-IT"/>
              </w:rPr>
            </w:pPr>
            <w:r w:rsidRPr="00627315">
              <w:rPr>
                <w:b/>
                <w:color w:val="0D5F78"/>
                <w:lang w:val="it-IT"/>
              </w:rPr>
              <w:t>securitate la incendiu — nume și prenume verificator / nr. atestat</w:t>
            </w:r>
          </w:p>
          <w:p w14:paraId="703B95E1" w14:textId="77777777" w:rsidR="00945CC5" w:rsidRPr="00627315" w:rsidRDefault="00945CC5">
            <w:pPr>
              <w:keepNext/>
              <w:rPr>
                <w:lang w:val="it-IT"/>
              </w:rPr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Pr="00627315" w:rsidRDefault="00FA7758">
            <w:pPr>
              <w:keepNext/>
              <w:rPr>
                <w:lang w:val="it-IT"/>
              </w:rPr>
            </w:pPr>
            <w:r w:rsidRPr="00627315">
              <w:rPr>
                <w:b/>
                <w:color w:val="0D5F78"/>
                <w:lang w:val="it-IT"/>
              </w:rPr>
              <w:t>igienă, sănătate și mediu înconjurător — nume și prenume verificator / nr. atestat</w:t>
            </w:r>
          </w:p>
          <w:p w14:paraId="5BB348F7" w14:textId="77777777" w:rsidR="00945CC5" w:rsidRPr="00627315" w:rsidRDefault="00945CC5">
            <w:pPr>
              <w:keepNext/>
              <w:rPr>
                <w:lang w:val="it-IT"/>
              </w:rPr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Pr="00627315" w:rsidRDefault="00FA7758">
            <w:pPr>
              <w:keepNext/>
              <w:rPr>
                <w:lang w:val="it-IT"/>
              </w:rPr>
            </w:pPr>
            <w:r w:rsidRPr="00627315">
              <w:rPr>
                <w:b/>
                <w:color w:val="0D5F78"/>
                <w:lang w:val="it-IT"/>
              </w:rPr>
              <w:t>siguranță și accesibilitate în exploatare — nume și prenume verificator / nr. atestat</w:t>
            </w:r>
          </w:p>
          <w:p w14:paraId="76E92343" w14:textId="77777777" w:rsidR="00945CC5" w:rsidRPr="00627315" w:rsidRDefault="00945CC5">
            <w:pPr>
              <w:keepNext/>
              <w:rPr>
                <w:lang w:val="it-IT"/>
              </w:rPr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Pr="00627315" w:rsidRDefault="00FA7758">
            <w:pPr>
              <w:keepNext/>
              <w:rPr>
                <w:lang w:val="it-IT"/>
              </w:rPr>
            </w:pPr>
            <w:r w:rsidRPr="00627315">
              <w:rPr>
                <w:b/>
                <w:color w:val="0D5F78"/>
                <w:lang w:val="it-IT"/>
              </w:rPr>
              <w:t>protecție împotriva zgomotului — nume și prenume verificator / nr. atestat</w:t>
            </w:r>
          </w:p>
          <w:p w14:paraId="6BFE415A" w14:textId="77777777" w:rsidR="00945CC5" w:rsidRPr="00627315" w:rsidRDefault="00945CC5">
            <w:pPr>
              <w:keepNext/>
              <w:rPr>
                <w:lang w:val="it-IT"/>
              </w:rPr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Pr="00627315" w:rsidRDefault="00FA7758">
            <w:pPr>
              <w:rPr>
                <w:lang w:val="it-IT"/>
              </w:rPr>
            </w:pPr>
            <w:r w:rsidRPr="00627315">
              <w:rPr>
                <w:b/>
                <w:color w:val="0D5F78"/>
                <w:lang w:val="it-IT"/>
              </w:rPr>
              <w:t>economie de energie și izolare termică — nume și prenume verificator / nr. atestat</w:t>
            </w:r>
          </w:p>
          <w:p w14:paraId="4CDA516A" w14:textId="77777777" w:rsidR="00945CC5" w:rsidRPr="00627315" w:rsidRDefault="00945CC5">
            <w:pPr>
              <w:rPr>
                <w:lang w:val="it-IT"/>
              </w:rPr>
            </w:pPr>
          </w:p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3C105F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Pr="00627315" w:rsidRDefault="00FA7758">
            <w:pPr>
              <w:rPr>
                <w:lang w:val="it-IT"/>
              </w:rPr>
            </w:pPr>
            <w:r w:rsidRPr="00627315">
              <w:rPr>
                <w:b/>
                <w:color w:val="0D5F78"/>
                <w:lang w:val="it-IT"/>
              </w:rPr>
              <w:t>Valoarea lucrărilor supuse autorizării (lei)</w:t>
            </w:r>
          </w:p>
          <w:p w14:paraId="1E0E077C" w14:textId="77777777" w:rsidR="00945CC5" w:rsidRPr="00627315" w:rsidRDefault="00945CC5">
            <w:pPr>
              <w:rPr>
                <w:lang w:val="it-IT"/>
              </w:rPr>
            </w:pPr>
          </w:p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3C105F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05999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05999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3C105F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3C105F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11855" w14:textId="77777777" w:rsidR="00267DB5" w:rsidRDefault="00267DB5">
      <w:r>
        <w:separator/>
      </w:r>
    </w:p>
  </w:endnote>
  <w:endnote w:type="continuationSeparator" w:id="0">
    <w:p w14:paraId="325B88DB" w14:textId="77777777" w:rsidR="00267DB5" w:rsidRDefault="0026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509BC" w14:textId="77777777" w:rsidR="00267DB5" w:rsidRDefault="00267DB5">
      <w:r>
        <w:separator/>
      </w:r>
    </w:p>
  </w:footnote>
  <w:footnote w:type="continuationSeparator" w:id="0">
    <w:p w14:paraId="30DA9E3E" w14:textId="77777777" w:rsidR="00267DB5" w:rsidRDefault="00267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1138431">
    <w:abstractNumId w:val="8"/>
  </w:num>
  <w:num w:numId="2" w16cid:durableId="675424049">
    <w:abstractNumId w:val="6"/>
  </w:num>
  <w:num w:numId="3" w16cid:durableId="1313753262">
    <w:abstractNumId w:val="5"/>
  </w:num>
  <w:num w:numId="4" w16cid:durableId="276520636">
    <w:abstractNumId w:val="4"/>
  </w:num>
  <w:num w:numId="5" w16cid:durableId="422338923">
    <w:abstractNumId w:val="7"/>
  </w:num>
  <w:num w:numId="6" w16cid:durableId="827982781">
    <w:abstractNumId w:val="3"/>
  </w:num>
  <w:num w:numId="7" w16cid:durableId="1788768112">
    <w:abstractNumId w:val="2"/>
  </w:num>
  <w:num w:numId="8" w16cid:durableId="1244752997">
    <w:abstractNumId w:val="1"/>
  </w:num>
  <w:num w:numId="9" w16cid:durableId="63734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081"/>
    <w:rsid w:val="00034616"/>
    <w:rsid w:val="0006063C"/>
    <w:rsid w:val="0015074B"/>
    <w:rsid w:val="001B3DCD"/>
    <w:rsid w:val="00267DB5"/>
    <w:rsid w:val="0029639D"/>
    <w:rsid w:val="002E3AD3"/>
    <w:rsid w:val="002F7EE8"/>
    <w:rsid w:val="00326F90"/>
    <w:rsid w:val="003C105F"/>
    <w:rsid w:val="003E706D"/>
    <w:rsid w:val="00405999"/>
    <w:rsid w:val="00442ED2"/>
    <w:rsid w:val="004B1106"/>
    <w:rsid w:val="004E6AFA"/>
    <w:rsid w:val="00627315"/>
    <w:rsid w:val="006C103E"/>
    <w:rsid w:val="00911827"/>
    <w:rsid w:val="00945CC5"/>
    <w:rsid w:val="009E4E9E"/>
    <w:rsid w:val="00A71320"/>
    <w:rsid w:val="00AA1D8D"/>
    <w:rsid w:val="00B47730"/>
    <w:rsid w:val="00BE763D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273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2026-09-02T07:29:00Z</dcterms:created>
  <dcterms:modified xsi:type="dcterms:W3CDTF">2026-09-02T07:29:00Z</dcterms:modified>
  <cp:category/>
</cp:coreProperties>
</file>